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7. Sınıf Fen Bilimleri Dersi 36.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36.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14-18 Haziran 2027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Sürdürülebilir Yaşam ve Enerji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Sürdürülebilir Yaşam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FB.7.7.2.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tasarruflu kullanımının önemini sorgulayabilme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FB.7.7.2.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tasarruflu kullanımı ile ilgili problemi tanımlar.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tasarruflu kullanımına yönelik çözüm bulmak için model geliştirir.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tasarruflu kullanımına yönelik planladığı araştırmayı gerçekleştirir.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tasarruflu kullanımına yönelik analiz ettiği verileri yorumlar.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d)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tasarruflu kullanımına yönelik kanıta dayalı çözüm üretir.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e)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tasarruflu kullanımına yönelik bilgileri değerlendirir ve paylaşır.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KB2.8. Sorgulama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KB2.10. Çıkarım Yapma, KB2.20. Sentezleme,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SDB1.2. Kendini Düzenleme, SDB1.3. Kendine Uyarlama, SDB2.1. İletişim, SDB2.2. İş Birliği, SDB3.1. Uyum,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D5. Duyarlılık, D9. Merhamet, D16. Sorumluluk, D17. Tasarruf, D19. Vatanseverlik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OB2. Dijital Okuryazarlık, OB3. Finansal Okuryazarlık, OB4. Görsel Okuryazarlık, OB5. Kültür Okuryazarlığı, OB8. Sürdürülebilirlik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Türkçe, Matematik, Sosyal Bilgiler, Bilişim Teknolojileri ve Yazılım, Görsel Sanatlar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sorgulama, araştırma, veri toplama ve yorumlama, model geliştirme, kanıta dayalı çözüm üretme ve akran değerlendirmesi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7. Sınıf Fen Bilimleri ders kitabı, kaynak kullanımına ait öğrenci verileri, tablo veya grafik şablonu, çözüm modeli formu ve dereceli puanlama anahtarı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Doğal kaynak, tasarruf, sürdürülebilirlik, araştırma, veri, kanıt ve çözüm modeli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keepNext w:val="0"/>
        <w:keepLines w:val="0"/>
        <w:pageBreakBefore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kaynakların tasarruflu kullanımına ilişkin bir problem ve araştırma sorusu belirlediği, veri toplama planı hazırladığı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Hazırlanan araştırma planları ve elde edilen veriler gözden geçirilir; veri toplama sürecinin amaca uygunluğu değerlendirilir.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Su, enerji, kâğıt ve besin tasarrufu ile doğal kaynakların sürdürülebilir kullanımı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Sınıf; gerektiğinde okulun uygun bölümleri, yakın çevre, kütüphane ve güvenli dijital araştırma ortamları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planladıkları araştırmayı tamamlar; topladıkları verileri tablo veya grafikle düzenleyip yorumlar. Kaynak kullanım problemine yönelik çözüm modelleri kanıtlarla karşılaştırılarak geliştirilir.</w:t>
              <w:br/>
              <w:t>Gruplar su, enerji, kâğıt veya besin tasarrufuna yönelik kanıta dayalı çözümlerini sunar. Çözümlerin uygulanabilirliği, kaynak kullanımına katkısı ve olası sınırlılıkları değerlendirilir; akran dönütleriyle model yenilenir.</w:t>
              <w:br/>
              <w:t>Araştırma verileri, çözüm modeli ve öğrenci sunumları birlikte değerlendirilir. Öğrenciler kaynakların tasarruflu kullanımına yönelik bilgilerini sınıfla paylaşır.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Araştırma ve Çözüm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 kullanım problemine ilişkin veri tablosu veya grafik, yorum ve kanıta dayalı çözüm modeli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Çözüm Sunumu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Tasarruf çözümünün uygulanabilirliğini, kaynak kullanımına katkısını ve sınırlılıklarını açıklayan öğrenci sunumu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Çalışma kâğıdı, analitik dereceli puanlama anahtarı, öz ve akran değerlendirmesi ile öğrenci ürün dosyası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Araştırma verileri hazır tablo veya grafik şablonuyla düzenlenir. Çözüm modeli için yönlendirici sorular ve örnek başlangıç cümleleri verilebilir.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geliştirdikleri tasarruf çözümünü okulda uygulanabilecek kısa bir sosyal sorumluluk çalışmasına dönüştürebilir.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