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7. Sınıf Fen Bilimleri Dersi 35.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35.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7-11 Haziran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Sürdürülebilir Yaşam ve Enerji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2+2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Besin Zinciri ve Enerji Akışı / Sürdürülebilir Yaşam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FB.7.7.1.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Besin zincirindeki canlılar arasındaki ilişkileri yapılandırabilme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FB.7.7.2.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Kaynakların tasarruflu kullanımının önemini sorgulayabilme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FB.7.7.1.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Besin zincirindeki canlılar arasındaki nedensel ilişkileri ortaya koyar.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Besin zincirini uyumlu bir bütün olarak açıklar.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FB.7.7.2.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Kaynakların tasarruflu kullanımı ile ilgili problemi tanımlar.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Kaynakların tasarruflu kullanımına yönelik çözüm bulmak için model geliştirir.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Kaynakların tasarruflu kullanımına yönelik planladığı araştırmayı gerçekleştirir.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Kaynakların tasarruflu kullanımına yönelik analiz ettiği verileri yorumlar.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d)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Kaynakların tasarruflu kullanımına yönelik kanıta dayalı çözüm üretir.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e)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Kaynakların tasarruflu kullanımına yönelik bilgileri değerlendirir ve paylaşır.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FBAB8. Bilimsel Çıkarım Yapma, KB2.8. Sorgulama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KB2.10. Çıkarım Yapma, KB2.20. Sentezleme,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E2.2. Sorumluluk, E3.2. Odaklanma, E3.3. Yaratıcılık,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SDB1.2. Kendini Düzenleme, SDB1.3. Kendine Uyarlama, SDB2.1. İletişim, SDB2.2. İş Birliği, SDB3.1. Uyum,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D5. Duyarlılık, D9. Merhamet, D16. Sorumluluk, D17. Tasarruf, D19. Vatanseverlik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OB2. Dijital Okuryazarlık, OB3. Finansal Okuryazarlık, OB4. Görsel Okuryazarlık, OB5. Kültür Okuryazarlığı, OB8. Sürdürülebilirlik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Türkçe, Matematik, Sosyal Bilgiler, Bilişim Teknolojileri ve Yazılım, Görsel Sanatlar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model inceleme, neden-sonuç ilişkisi kurma, problem tanımlama, bilgi toplama, araştırma planlama, veri yorumlama ve grup çalışması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7. sınıf Fen Bilimleri ders kitabı, besin zinciri kartları, ok işaretleri, kaynak kullanımına ilişkin görsel ve veri setleri, araştırma planı, çalışma kâğıdı ve değerlendirme formu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Besin zinciri, üretici, tüketici, ayrıştırıcı, madde ve enerji aktarımı, doğal kaynak, tasarruf, sürdürülebilir yaşam, kanıt ve çözüm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üretici, tüketici ve ayrıştırıcıların besin zincirindeki rollerini; okların besini sağlayan canlıdan onunla beslenen canlıya yöneldiğini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Önceki hafta hazırlanan besin zincirleri incelenir. Su, enerji ve besin gibi kaynakların günlük kullanımına ilişkin örneklerle tasarruf konusundaki ön bilgiler belirlenir.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Besin zincirinde madde ve enerji aktarımının sürekliliği ile doğal kaynakların bilinçli kullanılması ve canlı yaşamının devamı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Sınıf; gerektiğinde okulun uygun bölümleri, yakın çevre, kütüphane ve güvenli dijital araştırma ortamları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İlk 2 ders saatinde farklı yaşam alanlarına ait üretici, tüketici ve ayrıştırıcı kartları kullanılarak besin zincirleri tamamlanır. Canlılar arasındaki nedensel ilişkiler ve ok yönleri gerekçelendirilir; zincir uyumlu bir bütün olarak açıklanır.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Besin zincirindeki bir canlının sayısının değişmesi durumunda diğer canlıların nasıl etkilenebileceği tartışılır. Hazırlanan zincirler kavram haritası veya model üzerinde karşılaştırılarak FB.7.7.1’e ilişkin süreç tamamlanır.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Sonraki 2 ders saatinde okulda veya evde su, elektrik, kâğıt ya da besin kullanımına ilişkin bir tasarruf problemi tanımlanır. Problemin nedenleri ve çözüm için gerekli bilgiler belirlenerek kısa bir araştırma planı hazırlanır.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2. Dönem 2. Yazılı Sınavı için belirlenen 31 Mayıs-11 Haziran 2027 tarih aralığı dikkate alınır. Sınav, okulun sınav programında bu haftaya belirlenmişse uygulanır; sonuçlar analiz edilerek öğrencilere geri bildirim verilir.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Yapılandırma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Canlılar arasındaki beslenme ilişkilerini doğru ok yönleri ve gerekçelerle gösteren besin zinciri veya kavram haritası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Sorgulama Başlangıcı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Kaynak kullanımına ilişkin tanımlanan problem, araştırma sorusu ve veri toplama planı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Yazılı Sınav Takvimi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2. Dönem 2. Yazılı Sınavı; 31 Mayıs-11 Haziran 2027 aralığında okulun belirlediği tarihte uygulanır.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Besin zinciri kartları ve ok yönleri hazır verilebilir. Tasarruf problemi seçme ve araştırma sorusu oluşturma basamakları örneklerle ve kısmen doldurulmuş formla desteklenebilir.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seçtikleri kaynak kullanım problemine ilişkin okul veya ev verilerini toplamaya başlayarak çözüm modelinin ilk taslağını oluşturabilir.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