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33.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33.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24-28 Mayıs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 Yükleri ve Elektriklenme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FB.7.6.3.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Cisimlerin elektrik yüklerini sınıflandırabilme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FB.7.6.3.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Cisimlerin elektrik yüklerinin niteliklerini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Cisimlerin yük durumlarını ayrıştırır.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Cisimlerin yük durumlarını gruplandırır.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Cisimlerin yük durumlarını negatif, pozitif ve nötr olarak etiketler.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FBAB2. Sınıflandırma,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KB2.8. Sorgulama,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D16. Sorumluluk,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Bilişim Teknolojileri ve Yazılım,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bilimsel gözlem, karşılaştırma, ayrıştırma, sınıflandırma, tablo oluşturma,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balon, yün kumaş, plastik kalem veya çubuk, kâğıt ve strafor parçaları, elektrik yükü model kartları, gözlem ve sınıflandırma formları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Pozitif yük, negatif yük, nötr cisim, yüklü cisim, elektron fazlalığı, elektron eksikliği, itme ve çekme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atomdaki proton ve elektronların yüklerini; elektriklenmenin elektron alışverişi veya yüklerin cisim içinde yeniden dağılmasıyla ilişkili olduğunu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Elektriklenmiş ve elektriklenmemiş cisimlerin kâğıt parçalarıyla etkileşimi karşılaştırılarak yüklü ve nötr cisimlere ilişkin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Balonun saç veya yün kumaşla etkileşimi gibi günlük gözlemler ile cisimlerin pozitif, negatif ve nötr olarak sınıflandırılması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fen laboratuvarı; deney malzemelerinin öğretmen gözetiminde kullanıldığı güvenli ortam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Pozitif ve negatif elektrik yüklerinin nitelikleri ile yük miktarlarının cisimlerin yük durumuna etkisi model kartları üzerinden incelenir. Pozitif ve negatif yük miktarları eşit olan cisimlerin nötr olduğu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cisimler, elektriklenme öncesi ve sonrasında kâğıt veya strafor parçalarıyla etkileşimleri gözlenerek yüklü ve nötr olma durumlarına göre ayrıştırılır. Gözlem sonuçları tabloya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Yük modelleri ve gözlem verileri kullanılarak cisimler pozitif yüklü, negatif yüklü ve nötr olarak gruplandırılır. Aynı ve farklı yüklü cisimlerin itme-çekme durumları sınıflandırma gerekçelerini desteklemek için karşılaştırılır.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verilen cisim ve yük modellerini uygun yük durumuyla etiketler; seçimlerini yük miktarı ve etkileşim verileriyle açıklar. Sınıflandırma tablosu ve gerekçeli açıklamalar birlikte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Nitelik Belirleme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Pozitif ve negatif yüklerin niteliklerini ve cisimlerin yük durumlarını gösteren model inceleme kayıtları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Cisimleri pozitif yüklü, negatif yüklü ve nötr olarak doğru gruplandıran ve etiketleyen tablo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Model tamamlama, eşleştirme, kısa cevaplı veya açık uçlu sorular ve gerekçeli öğrenci açıklamaları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Pozitif, negatif ve nötr yük durumları büyük ve belirgin yük modelleriyle gösterilir. Sınıflandırma ölçütleri adım adım verilir; kısmen doldurulmuş tablo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farklı yük durumlarına sahip cisimlerin etkileşimlerini açıklayan kart veya dijital model hazırlar; her durumu yük dağılımı ve gözlem kanıtıyla gerekçelendirir.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