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/>
      <w:r>
        <w:rPr>
          <w:rFonts w:ascii="Times New Roman" w:hAnsi="Times New Roman"/>
          <w:b/>
          <w:color w:val="000000"/>
          <w:sz w:val="24"/>
        </w:rPr>
        <w:t>7. Sınıf Fen Bilimleri Dersi 32.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32.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17-21 Mayıs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7/……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Elektriklenme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Elektrik Yükleri ve Elektriklenme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FB.7.6.2.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Elektriklenme çeşitlerini belirlemeye yönelik deney yapabilme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FB.7.6.2. a)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Elektriklenme çeşitlerini gözlemleyebilecekleri bir deney tasarlar.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Deneyle ilgili ölçme ve veri analizi yapar.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FBAB7. Deney Yapma, KB2.7. Karşılaştırma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KB2.6. Bilgi Toplama, KB2.8. Sorgulama, KB3.3. Eleştirel Düşünme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E1.1. Merak, E2.2. Sorumluluk, E3.2. Odaklanma,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SDB1.2. Kendini Düzenleme, SDB2.1. İletişim, SDB2.2. İş Birliği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D3. Çalışkanlık, D16. Sorumluluk, D20. Yardımseverlik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OB1. Bilgi Okuryazarlığı, OB2. Dijital Okuryazarlık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Matematik, Türkçe, Bilişim Teknolojileri ve Yazılım, Teknoloji ve Tasarım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Soru-cevap, deney tasarlama ve uygulama, bilimsel gözlem, ölçme, veri kaydetme ve analiz etme, karşılaştırma, grup çalışması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7. sınıf Fen Bilimleri ders kitabı, balon, yün ve ipek kumaş, plastik ve cam çubuk, plastik pipet, kâğıt, strafor, alüminyum folyo, ip, destek çubuğu, deney ve akran değerlendirme formları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19 Mayıs Atatürk'ü Anma, Gençlik ve Spor Bayramı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Elektriklenme, temaslı elektriklenme, temassız elektriklenme, sürtünme ile elektriklenme, dokunma ile elektriklenme, etki ile elektriklenme, itme ve çekme</w:t>
            </w:r>
          </w:p>
        </w:tc>
      </w:tr>
    </w:tbl>
    <w:p>
      <w:pPr>
        <w:spacing w:before="0" w:after="0"/>
      </w:pPr>
      <w: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Öğrencilerin elektriklenme kavramını ve günlük yaşamda karşılaşılan elektriklenme örneklerini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Yün kumaşa sürtülen balonun saç ve küçük kâğıt parçalarıyla etkileşimi üzerinden öğrencilerin tahminleri ve ön bilgileri yoklanır.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Giysilerde oluşan elektriklenme, plastik tarağın kâğıt parçalarını çekmesi ve benzeri günlük olaylarla elektriklenme çeşitleri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Sınıf veya fen laboratuvarı; deney malzemelerinin öğretmen gözetiminde kullanıldığı güvenli ortam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Elektriklenme çeşitlerini gözlemlemeye yönelik araştırma sorusu belirlenir. Gruplar amaç, malzemeler, uygulama basamakları, kaydedilecek veriler ve güvenlik kurallarını içeren deney planı hazırlar.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Sürtünme ve dokunma ile elektriklenmeyi gözlemlemek için uygun düzenekler kurulur. Cisimlerin deney öncesi ve sonrasındaki itme-çekme durumları gözlem formuna kaydedilir.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Yüklü bir cisim nötr bir cisme dokundurulmadan yaklaştırılarak etki ile elektriklenmeye yönelik deney uygulanır. Gözlenebilir hareket, etkileşim yönü ve temas durumu tabloya işlenir.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Deney verileri karşılaştırılır. Sürtünme ve dokunma ile elektriklenmenin temaslı, etki ile elektriklenmenin temassız olduğu sonucuna ulaşılır; deney raporu ve akran değerlendirme formu incelenir.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Deney Tasarımı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Elektriklenme çeşitlerinden birini gözlemlemeye uygun amaç, malzeme, uygulama basamakları ve güvenlik kurallarını içeren düzenek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Ölçme ve Veri Analizi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Cisimlerin temas durumu, hareketi ve itme-çekme etkileşimine ilişkin gözlem kayıtları ile karşılaştırmalı deney raporu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Kontrol listesi, akran değerlendirme formu, kısa cevaplı veya açık uçlu sorular ve öğrenci açıklamaları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Deney basamakları görsel yönergeyle sunulur; malzemeler önceden gruplandırılır ve veri tablosu kısmen hazırlanır. Deney yapılamadığında güvenli video veya simülasyon kullanılabilir.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temaslı ve temassız elektriklenmeyi karşılaştıran farklı bir deney düzeneği tasarlar; elde ettikleri verileri tablo veya grafikle sunup deneyin geliştirilebilecek yönlerini açıklar.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