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31.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31.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10-14 Mayıs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 Yükleri ve Elektriklenme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FB.7.6.1.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 ile ilgili bilgi toplayabilme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FB.7.6.1.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 ile ilgili bilgiye ulaşmak için kullanacağı araçları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Belirlediği araçları kullanarak elektriklenme hakkında bilgileri bulur.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 ile ilgili bulduğu bilgileri doğrular.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 ile ilgili bulduğu bilgileri kaydeder.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KB2.8. Sorgulama,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D16. Sorumluluk,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Bilişim Teknolojileri ve Yazılım,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gözlem, soru oluşturma, bilgi toplama, kaynak karşılaştırma ve doğrulama, grup çalışması, poster veya afiş hazırlama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güvenilir basılı ve dijital kaynaklar, günlük yaşamda elektriklenme örneklerine ait görseller, bilgi kayıt ve kaynak değerlendirme formları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Elektriklenme, elektrik yükü, statik elektrik, günlük yaşamda elektriklenme, doğada ve teknolojide elektriklenme uygulamaları, kaynak doğrulama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atomda pozitif ve negatif yüklü parçacıklar bulunduğunu; maddelerin tanecikli yapıya sahip olduğunu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Yünlü giysilerde oluşan çıtırtı, saçların hareketlenmesi ve küçük kâğıt parçalarının çekilmesi gibi gözlemler üzerinden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Günlük yaşamda karşılaşılan elektriklenme olayları ile şimşek, yıldırım ve teknolojideki elektriklenme uygulamaları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Sınıf; gerektiğinde okul kütüphanesi ve güvenli dijital araştırma ortamları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elektriklenmeyle ilgili merak ettikleri soruları belirler. Bilgiye ulaşmak için ders kitabı, güvenilir genel ağ adresleri, basılı kaynaklar, video veya alan uzmanı görüşü gibi araçlardan uygun olanları seçer.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Seçilen araçlar kullanılarak elektriklenmenin günlük yaşam, doğa ve teknolojideki örnekleri hakkında bilgiler bulunur. Ulaşılan bilgiler kaynak adı ve temel açıklamayla bilgi kayıt formuna yazılır.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Bulunan bilgiler en az iki güvenilir kaynakla karşılaştırılır. Kaynakların güncelliği, açıklığı ve bilgiyi destekleyen kanıtları incelenerek doğruluk değerlendirmesi yapılır; doğrulanamayan bilgiler kullanılmaz.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doğruladıkları bilgilerle elektriklenme kavramını ve uygulama örneklerini içeren poster, afiş veya kısa sunum hazırlar. Bilgi toplama süreci kaynak değerlendirme formu, öğrenci ürünü ve kontrol listesiyle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Bilgi Toplama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Araç ve kaynak seçimi, bulunan bilgilerin karşılaştırılması, doğrulanması ve bilgi kayıt formuna aktarılması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Öğrenci Ürünü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 kavramı ile doğa ve teknolojideki uygulama örneklerini içeren poster, afiş veya kısa sunum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 değerlendirme formu, kontrol listesi, kısa cevaplı, eşleştirmeli veya açık uçlu sorular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Güvenilir kaynaklar öğretmen tarafından önceden seçilerek sunulur. Bilgi toplama basamakları kısa yönergeyle gösterilir; görsel destekli ve kısmen doldurulmuş kayıt formu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doğada veya teknolojide görülen bir elektriklenme uygulamasını farklı kaynaklardan araştırır; kaynakların güvenilirliğini karşılaştırarak gerekçeli bir bilgilendirme ürünü hazırlar.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