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7. Sınıf Fen Bilimleri Dersi 30.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30.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3-7 Mayıs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Maddenin Doğasına Yolculuk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Karışımların Ayrılması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FB.7.5.10.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Karışımları ayırmak için deney yapabilme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FB.7.5.10.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Farklı karışımları ayırmak için deney tasarlar.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Deney ile ilgili ölçme ve veri analizi yapar.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FBAB7. Deney Yapma,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KB2.5. Sınıflandırma, KB2.7. Karşılaştırma, KB2.20. Sentezleme,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E3.3. Yaratıcılık,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SDB1.1. Kendini Tanıma, SDB1.2. Kendini Düzenleme, SDB2.1. İletişim, SDB2.2. İş Birliği, SDB3.1. Uyum,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D3. Çalışkanlık, D4. Dostluk, D7. Estetik, D11. Özgürlük, D12. Sabır, D14. Saygı, D16. Sorumluluk, D18. Temizlik, D19. Vatanseverlik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Matematik, Türkçe, Bilişim Teknolojileri ve Yazılım, Görsel Sanatlar, Teknoloji ve Tasarım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deney tasarlama ve uygulama, ölçme, veri kaydetme ve analiz etme, karşılaştırma, grup çalışması ve sonuç çıkarma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7. sınıf Fen Bilimleri ders kitabı, farklı karışım örnekleri, şeffaf kaplar, ayırma hunisi veya uygun model, buharlaştırma ve damıtma düzeneği veya güvenli dijital gösterim, ölçme araçları ve deney formu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Karışımları ayırma, buharlaştırma, yoğunluk farkı, ayırma hunisi, damıtma, deney tasarlama, ölçme, veri analizi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homojen ve heterojen karışımları ayırt edebildikleri; karışımlarda maddelerin kendi özelliklerini koruduğunu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Tuzlu su ve zeytinyağı-su gibi karışımların hangi özelliklerinden yararlanılarak ayrılabileceğine ilişkin tahminlerle ön bilgiler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Evde ve çevrede kullanılan süzme, buharlaştırma ve yoğunluk farkından yararlanma uygulamaları ile karışımları ayırma yöntemleri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laboratuvarı veya sınıf; ısıtma ve cam malzemelerin öğretmen gözetiminde kullanıldığı güvenli deney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Farklı karışımların bileşenleri ve ayırmada kullanılabilecek fiziksel özellikler belirlenir. Karışımın yapısına göre buharlaştırma, yoğunluk farkı veya damıtma yöntemlerinden uygun olanı seçilir.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Gruplar seçtikleri karışım için amaç, araç-gereç, uygulama basamakları, ölçülecek değişkenler ve güvenlik önlemlerini içeren deney planı hazırlar. Plan uygulama öncesinde öğretmen tarafından kontrol 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Uygun deney veya güvenli dijital gösterim gerçekleştirilir. Süre, sıcaklık, ayrılan madde miktarı veya gözlenebilir değişimler amaca uygun biçimde kaydedilir; veriler tablo veya grafik üzerinden analiz 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Elde edilen sonuçlar seçilen ayırma yöntemiyle ilişkilendirilir. Deney planı, veri kayıtları ve öğrenci açıklamaları kontrol listesiyle değerlendirilir; gerekli durumlarda deney önerileri geliştirilir.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Deney Tasarımı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Karışıma uygun ayırma yöntemi, araç-gereç, işlem basamakları ve güvenlik önlemlerini içeren deney planı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Ölçme ve Veri Analizi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Deney sırasında elde edilen ölçüm ve gözlemler ile bunların tablo veya grafik üzerinden yorumlanması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Deney formu, kontrol listesi, kısa cevaplı veya açık uçlu sorular ve öğrenci açıklamaları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Karışım-yöntem eşleştirme kartları ve deney basamaklarını gösteren görsel yönerge kullanılır. Ölçüm tablosu kısmen hazırlanır; deney gerekirse öğretmen gösterimi veya simülasyonla yürütülür.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aynı karışım için kullanılabilecek yöntemleri verim, süre ve uygulanabilirlik bakımından karşılaştırır; ölçme sonuçlarına dayalı geliştirilmiş bir deney tasarımı sunar.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