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7. Sınıf Fen Bilimleri Dersi 29.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29. Hafta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26-30 Nisan 2027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Maddenin Doğasına Yolculuk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Karışımlar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FB.7.5.9.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Çözünme hızına etki eden faktörler ile ilgili hipotez oluşturabilme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FB.7.5.9.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Çözünme hızını etkileyen faktörleri tanımlar.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Çözünme hızı ile onu etkileyen faktörler arasındaki neden sonuç ilişkilerini belirler.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Çözünme hızını etkileyen değişkenleri belirler.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Temas yüzeyi, karıştırma ve sıcaklık değişkenlerini kontrol eder.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d)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Çözünme hızını etkileyen faktörlere ait önermeler sunar.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FBAB6. Hipotez Oluşturma, KB2.10. Çıkarım Yapma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KB2.5. Sınıflandırma, KB2.7. Karşılaştırma, KB2.20. Sentezleme,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Tanıma, SDB1.2. Kendini Düzenleme, SDB2.1. İletişim, SDB2.2. İş Birliği, SDB3.1. Uyum,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D4. Dostluk, D7. Estetik, D11. Özgürlük, D12. Sabır, D14. Saygı, D16. Sorumluluk, D18. Temizlik, D19. Vatanseverlik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Matematik, Türkçe, Bilişim Teknolojileri ve Yazılım, Görsel Sanatlar, Teknoloji ve Tasarım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gözlem, neden-sonuç ilişkisi kurma, değişken belirleme ve kontrol etme, hipotez oluşturma, grup çalışması ve deney planlama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7. sınıf Fen Bilimleri ders kitabı, su, şeker veya tuz, farklı sıcaklıklarda su, tane ve toz hâlinde çözünen madde, şeffaf kaplar, kaşık, termometre, kronometre ve çalışma kâğıtları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29 Nisan Kût'ül Amâre Zaferi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Çözünme, çözünme hızı, sıcaklık, karıştırma, temas yüzeyi, bağımsız değişken, bağımlı değişken, kontrol edilen değişken, hipotez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keepNext w:val="0"/>
        <w:keepLines w:val="0"/>
        <w:pageBreakBefore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homojen karışımların çözelti olarak adlandırıldığını, çözücü ve çözünen kavramlarını bildikleri kabul edilir.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Şekerin sıcak-soğuk suda, karıştırılarak-karıştırılmadan veya tane-toz hâlinde çözünmesine ilişkin günlük gözlemler üzerinden ön bilgiler yoklanır.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içeceğin hazırlanması sırasında uygulanan karıştırma, sıcaklık ve tanecik boyutu değişiklikleri ile çözünme süresi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fen laboratuvarı; öğretmen gözetiminde güvenli deney ortamı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Çözünme hızına etki edebilecek sıcaklık, karıştırma ve temas yüzeyi faktörleri tanımlanır. Her faktör ile çözünme süresi arasındaki olası neden-sonuç ilişkileri tartışılır.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Gruplar seçtikleri bir faktöre yönelik araştırma sorusu oluşturur. Bağımsız, bağımlı ve kontrol edilen değişkenler belirlenir; yalnızca incelenen değişkenin değiştirilmesine dikkat edilir.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değişkenler arasındaki ilişkiye yönelik sınanabilir bir hipotez kurar ve hipotezi sınamak için izlenecek adımları planlar. Sıcak su ve cam malzemeler yalnızca öğretmen gözetiminde kullanılır.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Hazırlanan hipotezler bilimsel, açık ve sınanabilir olma bakımından değerlendirilir. Değişken kontrol tablosu, deney planı ve öğrenci önermeleri üzerinden geri bildirim verilir.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Hipotez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Çözünme hızını etkileyen bir faktöre yönelik açık ve sınanabilir öğrenci önermesi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Değişkenler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Bağımsız, bağımlı ve kontrol edilen değişkenleri doğru gösteren değişken kontrol tablosu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Deney planı, çalışma kâğıdı, kısa cevaplı veya açık uçlu sorular ve öğrenci açıklamaları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Her çalışmada yalnızca bir değişken ele alınır. Değişken türleri günlük bir örnek ve hazır tabloyla gösterilir; hipotez cümlesi için başlangıç ifadesi ve görsel yönerge verilebilir.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sıcaklık, karıştırma ve temas yüzeyi faktörlerine ilişkin üç ayrı hipotez oluşturur; deneylerde sabit tutulması gereken değişkenleri karşılaştırmalı bir tabloda gerekçelendirir.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