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7. Sınıf Fen Bilimleri Dersi 27.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27.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12-16 Nisan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Maddenin Doğasına Yolculuk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Saf Maddeler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FB.7.5.7.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Bileşiklerin isimlerini formülleriyle yapılandırabilme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FB.7.5.7.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Yaygın kullanılan bileşiklerin formüllerini inceleyerek mantıksal ilişkiler ortaya koyar.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Konu ile ilgili ön öğrenmelerine bağlı olarak uyumlu bir bütün oluşturur.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KB2.20. Sentezleme,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KB2.5. Sınıflandırma, KB2.7. Karşılaştırma, KB2.20. Sentezleme,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SDB1.1. Kendini Tanıma, SDB1.2. Kendini Düzenleme, SDB2.1. İletişim, SDB2.2. İş Birliği, SDB3.1. Uyum,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D3. Çalışkanlık, D4. Dostluk, D7. Estetik, D11. Özgürlük, D12. Sabır, D14. Saygı, D16. Sorumluluk, D18. Temizlik, D19. Vatanseverlik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Matematik, Türkçe, Bilişim Teknolojileri ve Yazılım, Görsel Sanatlar, Teknoloji ve Tasarım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model ve formül inceleme, ilişki belirleme, eşleştirme, kart oyunu, grup çalışması ve yapılandırma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7. sınıf Fen Bilimleri ders kitabı, yaygın bileşiklere ait ad-formül-model kartları, element sembol kartları, çalışma kâğıtları ve değerlendirme araçları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Bileşik, bileşik formülü, element sembolü, atom türü, atom sayısı, ad-formül-model ilişkisi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elementleri sembolleriyle gösterebildikleri; farklı tür atomların bir araya gelmesiyle bileşiklerin oluştuğunu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Su ve sofra tuzu gibi bilinen bileşiklerin adları, formülleri ve tanecik modelleri üzerinden öğrencilerin ön bilgileri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Element sembollerinin ortak bilim dili oluşturması ile bileşiklerin formüllerle gösterilmesi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Sınıf; gerektiğinde güvenli dijital modelleme ve öğrenme ortamları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Yaygın kullanılan bileşiklerin adları, formülleri ve tanecik modelleri birlikte incelenir. Formüllerdeki element sembollerinin atom türlerini, alt indislerin ise atom sayılarını gösterdiği örnekler üzerinden belirlenir.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Bileşik adları ile formülleri eşleştirilir. Formül ile model arasındaki ilişkiler karşılaştırılarak atom türü ve sayısına ilişkin mantıksal bağlantılar ortaya konur; hatalı eşleştirmeler gerekçeleriyle düzeltilir.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bileşiklerin ad, formül ve modellerini içeren tablo, kavram ağı veya eşleştirme kartları oluşturur. Elde edilen ilişkiler uyumlu bir bütün hâline getirilerek öğrenci ürünleri kontrol 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2. Dönem 1. Yazılı Sınavı için belirlenen 5-16 Nisan 2027 tarih aralığı dikkate alınır. Sınav, okulun sınav programında bu haftaya belirlenmişse uygulanır; sonuçlar analiz edilerek öğrencilere geri bildirim verilir.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Yapılandırma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Yaygın bileşiklerin ad, formül ve modellerini doğru ilişkilendiren tablo, kavram ağı veya kart seti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Çalışma kâğıdı, tanılayıcı dallanmış ağaç, yapılandırılmış grid, eşleştirme veya kısa cevaplı sorular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Yazılı Sınav Takvimi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2. Dönem 1. Yazılı Sınavı; 5-16 Nisan 2027 aralığında okulun belirlediği tarihte uygulanır.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Bileşik adları, formülleri ve modelleri az sayıda örnekle eş zamanlı gösterilir. Element sembolleri ve alt indisler adım adım açıklanır; kısmen doldurulmuş eşleştirme tablosu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seçtikleri yaygın bileşiklerin ad, formül ve modellerini araştırır; atom türü ve sayısı ilişkisini açıklayan özgün bir eşleştirme oyunu hazırlar.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