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7. Sınıf Fen Bilimleri Dersi 26.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26.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5-9 Nisan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Maddenin Doğasına Yolculuk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Saf Maddeler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FB.7.5.6.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Periyodik tabloda grup ve periyotları karşılaştırabilme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FB.7.5.6.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Periyodik tabloda grup ve periyotlara ilişkin özellikleri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Belirlenen özelliklere ilişkin benzerlikleri listeler.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Belirlenen özelliklere ilişkin farklılıkları listeler.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KB2.5. Sınıflandırma, KB2.7. Karşılaştırma, KB2.20. Sentezleme,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SDB1.1. Kendini Tanıma, SDB1.2. Kendini Düzenleme, SDB2.1. İletişim, SDB2.2. İş Birliği, SDB3.1. Uyum,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D3. Çalışkanlık, D4. Dostluk, D7. Estetik, D11. Özgürlük, D12. Sabır, D14. Saygı, D16. Sorumluluk, D18. Temizlik, D19. Vatanseverlik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Matematik, Türkçe, Bilişim Teknolojileri ve Yazılım, Görsel Sanatlar, Teknoloji ve Tasarım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periyodik tablo inceleme, elektron dağılımı, karşılaştırma, tablo oluşturma, grup çalışması ve problem çözme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7. sınıf Fen Bilimleri ders kitabı, periyodik tablo, ilk 18 elemente ait atom ve elektron dağılımı kartları, karşılaştırma ve çalışma kâğıtları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Periyodik tablo, grup, periyot, elektron dağılımı, katman sayısı, son katmandaki elektron sayısı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ilk 18 elementin ad ve sembollerini bildikleri; atomların elektron dağılımına ilişkin temel ön bilgilere sahip oldukları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Periyodik tablodaki yatay ve dikey yerleşim ile elementlerin elektron dağılımları arasındaki ilişkiye yönelik kısa sorularla ön bilgiler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Bir sınıflandırma düzeninde benzer özellikteki ögelerin aynı satır veya sütunda toplanması ile periyodik tablonun düzeni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Sınıf; gerektiğinde güvenli dijital periyodik tablo ve öğrenme ortamları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Periyodik tabloda sütunların grup, satırların periyot olarak adlandırıldığı belirlenir. Seçilen ilk 18 elementin elektron dağılımları ile periyodik tablodaki konumları birlikte incelenir.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Aynı grupta bulunan elementlerin son katmanlarındaki elektron sayıları, aynı periyotta bulunan elementlerin katman sayıları karşılaştırılır. Helyumun periyodik tablodaki konumuna ilişkin istisna ayrıca belirtilir.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Grup ve periyotların benzer ve farklı özellikleri karşılaştırma tablosuna kaydedilir. Öğrenciler verilen elektron dağılımlarından yararlanarak elementlerin grup ve periyotlarını belirler ve gerekçelerini açıklar.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2. Dönem 1. Yazılı Sınavı için belirlenen 5-16 Nisan 2027 tarih aralığı dikkate alınır. Sınav, okulun sınav programında bu haftaya belirlenmişse uygulanır; sonuçlar analiz edilerek öğrencilere geri bildirim verilir.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Karşılaştırma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Grup ve periyotların özelliklerine ilişkin benzerlik ve farklılıkları gösteren karşılaştırma tablosu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Uygulama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Elektron dağılımından grup ve periyot belirlemeye yönelik çalışma kâğıdı ve gerekçeli öğrenci açıklamaları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Yazılı Sınav Takvimi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2. Dönem 1. Yazılı Sınavı; 5-16 Nisan 2027 aralığında okulun belirlediği tarihte uygulanır.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Periyodik tablonun satır ve sütunları belirginleştirilmiş şablonla gösterilir. Elektron dağılımları adım adım yapılır; kısmen doldurulmuş karşılaştırma tablosu ve yönlendirici sorular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ilk 18 elementten seçtikleri örneklerin elektron dağılımlarını karşılaştırır; grup ve periyot ilişkisini gerekçelendiren özgün bir tablo veya kavram ağı hazırlar.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