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 w:val="0"/>
        <w:keepLines w:val="0"/>
        <w:widowControl w:val="0"/>
        <w:spacing w:after="0" w:before="0"/>
        <w:jc w:val="center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2026-2027 Eğitim Öğretim Yılı</w:t>
      </w:r>
    </w:p>
    <w:p>
      <w:pPr>
        <w:keepNext w:val="0"/>
        <w:keepLines w:val="0"/>
        <w:widowControl w:val="0"/>
        <w:spacing w:after="0" w:before="0"/>
        <w:jc w:val="center"/>
      </w:pPr>
      <w:r>
        <w:rPr>
          <w:rFonts w:ascii="Times New Roman" w:hAnsi="Times New Roman" w:eastAsia="Times New Roman" w:cs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 xml:space="preserve"> ................... ORTAOKULU</w:t>
      </w:r>
    </w:p>
    <w:p>
      <w:pPr>
        <w:keepNext w:val="0"/>
        <w:keepLines w:val="0"/>
        <w:widowControl w:val="0"/>
        <w:spacing w:after="0" w:before="0"/>
        <w:jc w:val="center"/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7. Sınıf Fen Bilimleri Dersi 24.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24. Hafta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22-26 Mart 2027</w:t>
            </w:r>
          </w:p>
        </w:tc>
      </w:tr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7/……</w:t>
            </w:r>
          </w:p>
        </w:tc>
      </w:tr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Maddenin Doğasına Yolculuk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2+2 ders saati</w:t>
            </w:r>
          </w:p>
        </w:tc>
      </w:tr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Saf Maddeler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 ders saati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FB.7.5.4.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Saf maddeleri element ve bileşik olarak sınıflandırabilme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FB.7.5.4. a)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Saf maddelerin farklı yapıda olduğunu belirler.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Saf maddeleri niteliklerine göre ayrıştırır.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Saf maddeleri element ve bileşik olarak sınıflar.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ç)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Çevresindeki maddeleri element ve bileşik olarak etiketlendirir.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FBAB2. Sınıflandırma, KB2.7. Karşılaştırma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KB2.5. Sınıflandırma, KB2.7. Karşılaştırma, KB2.20. Sentezleme, KB3.3. Eleştirel Düşünme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E1.1. Merak, E2.2. Sorumluluk, E3.2. Odaklanma, E3.3. Yaratıcılık, E3.4. Gerçeği Arama, E3.8. Soru Sorma, E3.10. Eleştirel Bakma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SDB1.1. Kendini Tanıma, SDB1.2. Kendini Düzenleme, SDB2.1. İletişim, SDB2.2. İş Birliği, SDB3.1. Uyum, SDB3.3. Sorumlu Karar Verme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D3. Çalışkanlık, D4. Dostluk, D7. Estetik, D11. Özgürlük, D12. Sabır, D14. Saygı, D16. Sorumluluk, D18. Temizlik, D19. Vatanseverlik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OB1. Bilgi Okuryazarlığı, OB4. Görsel Okuryazarlık, OB5. Kültür Okuryazarlığı, OB7. Veri Okuryazarlığı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Matematik, Türkçe, Bilişim Teknolojileri ve Yazılım, Görsel Sanatlar, Teknoloji ve Tasarım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Soru-cevap, model ve görsel inceleme, karşılaştırma, sınıflandırma, araştırma, grup çalışması, ürün hazırlama ve okul temelli planlama çalışması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7. sınıf Fen Bilimleri ders kitabı, element ve bileşiklere ait tanecik modeli kartları, güvenilir basılı veya dijital kaynaklar, sınıflandırma tablosu ve ürün değerlendirme formu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Saf madde, element, bileşik, atomik yapı, moleküler yapı, tanecik modeli, sınıflandırma, etiketleme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sz w:val="24"/>
        </w:rPr>
        <w:br w:type="page"/>
      </w:r>
    </w:p>
    <w:p>
      <w:pPr>
        <w:keepNext w:val="0"/>
        <w:keepLines w:val="0"/>
        <w:pageBreakBefore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Öğrencilerin saf maddelerin tanecikli yapısını inceleyerek element ve bileşik ayrımına ilişkin temel ölçütleri belirleyebildikleri kabul edilir.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Farklı tanecik modellerinin hangi özelliklerine göre element veya bileşik olarak adlandırılabileceği kısa sorular ve kartlarla yoklanır.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Günlük yaşamda adı bilinen saf madde örnekleri ile bunların element veya bileşik olarak sınıflandırılması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Sınıf, okulun mevcut öğrenme ortamları ve zümre kararına uygun okul temelli öğrenme alanı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Farklı saf maddelere ait tanecik modelleri incelenir. Modellerdeki atom türü ve tanecik yapısı belirlenerek benzerlik ve farklılıklar sınıflandırma tablosuna kaydedilir.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Saf maddeler, belirlenen niteliklere göre ayrıştırılır; element ve bileşik olarak gruplandırılır. Atomik ve moleküler yapıya sahip element örnekleri ile bileşik örnekleri uygun kavramlarla etiketlenir ve gerekçeleri açıklanır.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Güvenilir kaynaklardan seçilen madde örneklerinin saf madde olup olmadığı araştırılır. Saf olduğu doğrulanan örnekler element veya bileşik olarak sınıflandırılır; tanecik modeli, ad ve sınıf bilgisi birlikte gösterilir.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Okul temelli planlama kapsamında zümre kararına uygun araştırma, gözlem, kart hazırlama, poster veya sınıf içi sergi çalışması yürütülür. Ürünlerde kullanılan örneklerin kaynak doğruluğu ve sınıflandırma gerekçesi değerlendirilir.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Sınıflandırma</w:t>
            </w:r>
          </w:p>
        </w:tc>
        <w:tc>
          <w:tcPr>
            <w:tcW w:type="dxa" w:w="6973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Saf maddeleri tanecik yapılarına göre element ve bileşik olarak ayıran ve etiketleyen çalışma tablosu</w:t>
            </w:r>
          </w:p>
        </w:tc>
      </w:tr>
      <w:tr>
        <w:tc>
          <w:tcPr>
            <w:tcW w:type="dxa" w:w="35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Araştırma ve Ürün</w:t>
            </w:r>
          </w:p>
        </w:tc>
        <w:tc>
          <w:tcPr>
            <w:tcW w:type="dxa" w:w="6973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Kaynağı doğrulanmış element ve bileşik örneklerini içeren kart, poster, sunum veya sınıf içi sergi ürünü</w:t>
            </w:r>
          </w:p>
        </w:tc>
      </w:tr>
      <w:tr>
        <w:tc>
          <w:tcPr>
            <w:tcW w:type="dxa" w:w="35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Okul Temelli Çalışma</w:t>
            </w:r>
          </w:p>
        </w:tc>
        <w:tc>
          <w:tcPr>
            <w:tcW w:type="dxa" w:w="6973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Araştırma ve gözlem kayıtları, öğrenci ürünü, öz veya akran değerlendirme formu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Tanecik modelleri ad ve sembol etiketleriyle birlikte verilir. Element-bileşik ayrımında atom türü ölçütü adım adım gösterilir; kısmen doldurulmuş sınıflandırma tablosu kullanılabilir.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 atomik ve moleküler yapıya sahip elementleri bileşiklerle karşılaştırır; seçtikleri örnekleri tanecik modeli ve gerekçeli açıklamalarla sunar.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