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7. Sınıf Fen Bilimleri Dersi 23.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23. Hafta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15-19 Mart 2027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Maddenin Doğasına Yolculuk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Maddenin Tanecikli Yapısı / Saf Maddeler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FB.7.5.3.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Farklı moleküllere ait bilimsel model oluşturabilme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FB.7.5.4.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maddeleri element ve bileşik olarak sınıflandırabilme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FB.7.5.3.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Aynı veya farklı atomların bir araya gelmesiyle ilgili molekül modeli önerir.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Yeni kanıtlarla modeli yeniler.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FB.7.5.4.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maddelerin farklı yapıda olduğunu belirler.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maddeleri niteliklerine göre ayrıştırır.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maddeleri element ve bileşik olarak sınıflar.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Çevresindeki maddeleri element ve bileşik olarak etiketlendirir.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FBAB9. Bilimsel Model Oluşturma, FBAB2. Sınıflandırma,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KB2.5. Sınıflandırma, KB2.7. Karşılaştırma, KB2.20. Sentezleme,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Tanıma, SDB1.2. Kendini Düzenleme, SDB2.1. İletişim, SDB2.2. İş Birliği, SDB3.1. Uyum,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D4. Dostluk, D7. Estetik, D11. Özgürlük, D12. Sabır, D14. Saygı, D16. Sorumluluk, D18. Temizlik, D19. Vatanseverlik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Matematik, Türkçe, Bilişim Teknolojileri ve Yazılım, Görsel Sanatlar, Teknoloji ve Tasarım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model inceleme ve oluşturma, karşılaştırma, sınıflandırma, grup çalışması, akran değerlendirmesi ve ürün geliştirme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7. sınıf Fen Bilimleri ders kitabı, atom ve molekül model setleri veya oyun hamuru, bağlantı çubukları, tanecik modeli kartları, sınıflandırma ve değerlendirme formları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Atom, molekül, molekül modeli, saf madde, element, bileşik, atomik yapı, moleküler yapı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keepNext w:val="0"/>
        <w:keepLines w:val="0"/>
        <w:pageBreakBefore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atomun temel parçacıklarını ve bilimsel modellerin yeni kanıtlarla değişebileceğini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Aynı ve farklı tür atomların bir araya gelmesiyle oluşabilecek tanecik yapılarına ilişkin tahminler alınır; örnek modellerdeki benzerlik ve farklılıklar belirlenir.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Su, oksijen, demir ve karbondioksit gibi bilinen maddelerin tanecik yapıları üzerinden molekül, element ve bileşik kavramlarıyla bağlantı kurulur.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fen laboratuvarı; gerektiğinde güvenli dijital modelleme ortamları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Aynı tür ve farklı tür atomları temsil eden parçalar incelenir. Öğrenciler verilen tanecik yapılarını yorumlayarak aynı veya farklı atomların bir araya gelmesine ilişkin molekül modeli önerir ve modelini açıklar.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Önerilen modeller, güvenilir görsel ve model örnekleriyle karşılaştırılır. Atom türü, atom sayısı veya bağlanma düzenine ilişkin yeni kanıtlar doğrultusunda modellerde gerekli değişiklikler yapılır ve yenilenen model gerekçelendirilir.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maddelere ait tanecik modellerinin farklı yapıda olduğu belirlenir. Modeller, içerdikleri atom türlerine göre ayrıştırılır; aynı tür atom içerenler element, farklı tür atom içerenler bileşik olarak sınıflandırılır ve uygun kavramlarla etiketlenir.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molekül modelleri ve sınıflandırma tabloları birlikte değerlendirilir. Model oluşturma süreci için analitik dereceli puanlama anahtarı; kavramların ayırt edilmesi için eşleştirme, kısa cevaplı ve açık uçlu sorular kullanılabilir.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Bilimsel Model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Aynı veya farklı atomların bir araya gelmesini gösteren ilk ve yenilenmiş molekül modeli ile öğrenci açıklaması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Sınıflandırma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maddeleri tanecik yapılarına göre element ve bileşik olarak ayıran, gerekçeli sınıflandırma tablosu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Analitik dereceli puanlama anahtarı, eşleştirme, kısa cevaplı veya açık uçlu sorular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Atom türleri ad ve sembollerle belirginleştirilmiş model parçaları kullanılır. Model oluşturma basamakları kısa yönergeyle verilir; kısmen hazırlanmış sınıflandırma tablosu ve örnek tanecik kartları sunulabilir.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farklı element ve bileşiklere ait tanecik modellerini araştırır; seçtikleri bir modeli yeni kanıtlarla geliştirerek önceki ve sonraki hâlini gerekçeleriyle karşılaştırır.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