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18.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18.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18-22 Ocak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 ve Mercekler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FB.7.4.1.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Ortam değiştiren ışığın izlediği yolu gözlemleyerek kırılma olayına yönelik bilimsel çıkarım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FB.7.4.1.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 ışınlarının kırılmasına yönelik nitelikleri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Farklı yoğunluklara sahip ortamlarda ışığın kırılmasına yönelik verileri toplayarak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Az yoğun ortamda ve çok yoğun ortamda ışığın izlediği yolları yorumlar ve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FBAB8. Bilimsel Çıkarım Yapma,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KB2.7. Karşılaştırma, KB2.8. Sorgulama,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SDB2.1. İletişim, SDB2.2. İş Birliği, SDB2.3. Sosyal Farkındalık,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D14. Saygı,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Matematik, Türkçe, Teknoloji ve Tasarım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tahmin-gözlem-açıklama, deney, bilimsel gözlem, veri kaydetme, karşılaştırma ve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ışık kaynağı veya lazer ışık kutusu, saydam kap, su, yarım daire biçimli saydam blok, açıölçer, gözlem ve çalışma kâğıtları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kırılması, gelen ışın, kırılan ışın, normal, gelme açısı, kırılma açısı, az yoğun ortam, çok yoğun ortam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ışığın doğrusal yayıldığını ve saydam maddelerden geçebildiğini bildikleri; ışın ve açı kavramlarına ilişkin temel ön bilgilere sahip oldukları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Su içindeki bir cismin konumunun farklı görünmesi ve ışığın iki saydam ortam arasındaki geçişi üzerine tahminler alınarak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yaşamda su içindeki kalemin kırık görünmesi gibi gözlemler ile ışığın ortam değiştirirken izlediği yol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 veya fen laboratuvarı; gerektiğinde güvenli dijital deney ve gözlem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 ışınının saydam bir ortamdan farklı yoğunluktaki başka bir saydam ortama geçişi gözlemlenir. Gelen ışın, kırılan ışın ve normal belirlenir; gelme ve kırılma açılarına ilişkin nitelikler tanımlanır. Öğrenciler deney öncesinde ışığın izleyeceği yola ilişkin tahminlerini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Işık, az yoğun ortamdan çok yoğun ortama ve çok yoğun ortamdan az yoğun ortama gönderilir. Işının izlediği yol çizilir; gelme ve kırılma açıları ölçülerek gözlem tablosuna kaydedilir. Deneyde ışık kaynağı göze yöneltilmez ve güvenli kullanım kurallarına uyulur.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Grupların verileri karşılaştırılır. Işığın az yoğun ortamdan çok yoğun ortama geçerken normale yaklaştığı, çok yoğun ortamdan az yoğun ortama geçerken normalden uzaklaştığı; normale dik gelen ışının doğrultu değiştirmediği sonucuna ulaşılır.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gözlem verilerinden yararlanarak kırılma olayına yönelik çıkarımlarını ışın çizimleriyle açıklar. Görsel tamamlama, kısa cevaplı sorular ve deney gözlem formuyla süreç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Deney ve Gözlem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Işığın farklı yoğunluktaki ortamlarda izlediği yola ilişkin tahmin, çizim, ölçüm ve gözlem tablosu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Az yoğun ve çok yoğun ortam geçişlerini yorumlayan ışın çizimleri ve öğrenci açıklamaları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Görsel tamamlama çalışması, kısa cevaplı veya açık uçlu sorular ve öğrenci ürün dosyası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Deney koşulları uygun değilse video, animasyon veya simülasyon kullanılır. Normal çizgisi ve ışın yolları renk ayrımı yapılmadan belirgin çizgilerle gösterilir; kısmen hazırlanmış gözlem tablosu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saydam ortam çiftlerinde ışığın izleyeceği yolu tahmin eder, deney veya simülasyon verileriyle karşılaştırır ve sonuçlarını gerekçeli ışın çizimleriyle sunar.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