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7. Sınıf Fen Bilimleri Dersi 15.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15.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28 Aralık 2026-1 Ocak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Vücudumuzdaki Sistemler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Solunum Sistemi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—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 xml:space="preserve">FB.7.3.6.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Solunum sistemini oluşturan yapı ve organların görevlerini model üzerinde bilimsel olarak gözlemleyebilme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FB.7.3.6.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Solunum sistemini oluşturan yapı ve organların niteliklerini tanımlar.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Solunum sistemini oluşturan yapı ve organları model üzerinde inceleyerek gözlem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verilerini kaydeder.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FBAB1. Bilimsel Gözlem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KB2.8. Sorgulama, KB2.15. Yansıtma,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E1.1. Merak, E1.5. Kendine Güvenme, E2.2. Sorumluluk, E2.5. Oyunseverlik, E3.2. Odaklanma, E3.3. Yaratıcılık, E3.4. Gerçeği Arama, E3.5. Açık Fikirlilik,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SDB1.2. Kendini Düzenleme, SDB2.1. İletişim, SDB2.2. İş Birliği, SDB2.3. Sosyal Farkındalık,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D1. Adalet, D3. Çalışkanlık, D5. Duyarlılık, D6. Dürüstlük, D13. Sağlıklı Yaşam, D14. Saygı, D16. Sorumluluk, D17. Tasarruf, D20. Yardımseverlik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OB1. Bilgi Okuryazarlığı, OB2. Dijital Okuryazarlık, OB4. Görsel Okuryazarlık, OB6. Vatandaşlık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Beden Eğitimi, Türkçe, Bilişim Teknolojileri ve Yazılım, Teknoloji ve Tasarım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Soru-cevap, grup tartışması, model üzerinde gözlem, veri kaydetme, maket hazırlama ve akran geribildirimi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7. sınıf Fen Bilimleri ders kitabı, solunum sistemi modeli veya posteri, anatomik görseller, video veya animasyon, gözlem formu ve maket için güvenli malzemeler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Solunum sistemi, burun, yutak, gırtlak, soluk borusu, akciğerler, doğru nefes alma</w:t>
            </w:r>
          </w:p>
        </w:tc>
      </w:tr>
    </w:tbl>
    <w:p>
      <w:pPr>
        <w:keepNext w:val="0"/>
        <w:keepLines w:val="0"/>
        <w:pageBreakBefore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soluk alıp verme olayını günlük yaşamdan tanıdıkları ve solunum sistemini oluşturan temel yapı ve organlara ilişkin ön bilgilere sahip oldukları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Solunum sistemini oluşturan yapı ve organların adları ve gözlenebilir nitelikleri kısa cevaplı sorular ve görseller üzerinden yoklanır.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Günlük yaşamda soluk alıp verme sırasında fark edilen değişimler, havanın vücutta izlediği yol ve doğru nefes alma ile ilişkilendirilir.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Sınıf; gerektiğinde okul kütüphanesi ve okulun mevcut öğrenme ortamları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Soluk alıp verme sırasında vücutta fark edilen değişimler üzerine konuşulur. Öğrenciler doğru nefes alma hakkındaki görüşlerini paylaşır; burun, yutak, gırtlak, soluk borusu ve akciğerlerin gözlenebilir niteliklerini tanımlar.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Solunum sistemi modeli, posteri, anatomik görseli, video veya animasyonu grup çalışmasıyla incelenir. Öğrenciler havanın izlediği yolu, yapı ve organların sırasını, konumunu ve gözlenebilir özelliklerini gözlem formuna kaydeder.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Gruplar gözlem kayıtlarını karşılaştırır; eksik veya hatalı kayıtlarını model ve görsellerden yeniden kontrol ederek düzeltir. Yapı ve organların adları ile konumları eşleştirme ve yapılandırılmış grid çalışmalarıyla pekiştirilir.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 solunum sistemini oluşturan yapı ve organların sırasını ve konumunu gösteren bir maket hazırlar. Güvenli ve mümkünse yeniden kullanılabilir malzemelerden yararlanılır. Maket ile hazırlama süreci analitik dereceli puanlama anahtarıyla değerlendirilir.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 Dönem 2. Yazılı Sınavı için belirlenen 28 Aralık 2026-8 Ocak 2027 tarih aralığı dikkate alınır. Sınav, okulun sınav programında bu haftaya belirlenmişse uygulanır; sonuçlar analiz edilerek öğrencilere geri bildirim verilir.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Nitelikleri Tanımlama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Solunum sistemindeki yapı ve organlara yönelik kısa cevaplı sorular, eşleştirme ve yapılandırılmış grid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Bilimsel Gözlem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Model incelemesine dayalı gözlem formu ve yapı-organ niteliklerine yönelik öğrenci açıklamaları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Performans Görevi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Solunum sistemindeki yapı ve organların sırasını ve konumunu gösteren maket; analitik dereceli puanlama anahtarı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Yazılı Sınav Takvimi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 Dönem 2. Yazılı Sınavı; 28 Aralık 2026-8 Ocak 2027 aralığında okulun belirlediği tarihte uygulanır.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Solunum sistemindeki yapı ve organlar etiketli model, görsel veya video ile somutlaştırılır. Görsel destekli ve kısmen doldurulmuş gözlem formu ile hazır maket şablonu kullanılabilir.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 gözlem kayıtlarından yararlanarak solunum sistemindeki yapı ve organların konumunu gösteren ayrıntılı bir model veya açıklamalı şema geliştirir.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15.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