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6. Sınıf Fen Bilimleri Dersi 5.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5.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12-16 Ekim 2026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6/……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Kuvvetin Etkisinde Hareket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Bileşke Kuvvet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FB.6.2.2.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Dengelenmiş ve dengelenmemiş kuvvetlerin etkisi altındaki bir cismin hareketine yönelik deney yapabilme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FB.6.2.2.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Dengelenmiş ve dengelenmemiş kuvvetlerin bir cismin hareketine etkisini gösteren deney düzeneği tasarlar.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Deney ile ilgili ölçme ve veri analizi yapar.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FBAB13. Bilimsel Sorgulama, KB2.6. Bilgi Toplama, KB2.10. Çıkarım Yapma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KB2.7. Karşılaştırma, KB2.10. Çıkarım Yapma, KB2.20. Sentezleme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E3.2. Odaklanma,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SDB1.2. Kendini Düzenleme (Öz Düzenleme), SDB2.1. İletişim, SDB2.2. İş Birliği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D3. Çalışkanlık, D16. Sorumluluk,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OB4. Görsel Okuryazarlık,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Matematik, Türkçe, Beden Eğitimi, Teknoloji ve Tasarım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deney tasarlama, tahmin, gözlem, ölçme, veri kaydetme ve analiz etme, grup çalışması, tartışma ve poster hazırlama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6. sınıf Fen Bilimleri ders kitabı, oyuncak araba veya uygun cisim, ip, dinamometre, eşit kütleler, metre, süreölçer, deney kayıt formu, V diyagramı ve poster malzemeleri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Bileşke kuvvet, dengelenmiş kuvvet, dengelenmemiş kuvvet, dengeleyici kuvvet, hareket durumu, deney düzeneği, ölçme ve veri analizi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aynı doğrultudaki kuvvetlerin bileşkesini belirleyebildikleri ve kuvvetin hareket üzerindeki temel etkilerini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Bileşke kuvvetin sıfır veya sıfırdan farklı olduğu durumlarda duran ya da hareketli bir cismin nasıl davranacağı kısa sorular ve günlük yaşam örnekleriyle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Dengede duran bir cisim veya sabit süratle ilerleyen bir araç ile kuvvetlerin dengelenme durumu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 veya fen laboratuvarı; hareketli düzeneklerin güvenli sınırlar içinde kullanılabildiği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Dengelenmiş ve dengelenmemiş kuvvetlerin bir cismin hareketine etkisini araştırmaya yönelik odak soru belirlenir. Bileşke kuvvetin sıfır ve sıfırdan farklı olduğu durumlar için tahminler oluşturulur.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Gruplar oyuncak araba veya uygun bir cisim, ip, dinamometre ve eşit kütlelerden yararlanarak güvenli bir deney düzeneği tasarlar. Kuvvetlerin büyüklüğü ve yönü değiştirilirken gözlenecek hareket durumu belirlenir; deney planı çizimle gösterilir.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Düzenek uygulanır; kuvvet büyüklükleri ve cismin durma, sabit süratle hareket etme, hızlanma, yavaşlama veya yön değiştirme durumları ölçülerek tabloya ya da V diyagramına kaydedilir.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Toplanan veriler karşılaştırılır ve tahminlerle ilişkilendirilir. Bileşke kuvvet sıfır olduğunda kuvvetlerin dengelendiği, sıfırdan farklı olduğunda kuvvetlerin dengelenmediği sonucuna ulaşılır. Günlük yaşam örnekleri posterle sunulur.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Deney Tasarımı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Odak soru, tahmin, malzeme, değişkenler, uygulama basamakları ve düzenek çizimini içeren deney planı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Ölçme ve Veri Analizi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Kuvvet büyüklükleri ile cismin hareket durumunu gösteren veri tablosu veya V diyagramı ve gerekçeli sonuç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Deney gözlem formu, çalışma kâğıdı, günlük yaşam örnekleri posteri ve analitik dereceli puanlama anahtarı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Düzenek örneği ve işlem sırası görsel yönergeyle gösterilir. Kuvvet yönleri renkli oklarla belirtilir; veri tablosunun başlıkları önceden hazırlanabilir.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farklı kuvvet büyüklükleri ve başlangıç hareket durumları için yeni denemeler planlar; sonuçları karşılaştırarak düzeneğin güçlü ve geliştirilmesi gereken yönlerini açıklar.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