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34.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34.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31 Mayıs-4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Sürdürülebilir Yaşam ve Etkileşim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FB.6.7.2.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faktörleri araştırma verilerine dayalı tahmin edebilme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FB.6.7.2.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 konusunda ön bilgilere dayalı önerme oluşturur.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 konusunda veriye dayalı olan ve dayalı olmayan önermeleri karşılaştırır.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 konusunda tahminde bulunur.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 konusunda tahminlerin geçerliğini sorgular.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FBAB4. Bilimsel Veriye Dayalı Tahmin Etme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KB2.8. Sorgulama, KB2.10. Çıkarım Yapma, KB2.14. Yorumlama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SDB2.3. Sosyal Farkındalık, SDB3.2. Esneklik,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D1. Adalet, D3. Çalışkanlık, D5. Duyarlılık, D6. Dürüstlük, D9. Merhamet, D12. Sabır, D14. Saygı,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OB3. Finansal Okuryazarlık, OB5. Kültür Okuryazarlığı, OB6. Vatandaşlık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Sosyal Bilgiler,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araştırma, veri inceleme, önerme oluşturma, karşılaştırma, veriye dayalı tahmin, tahminin geçerliğini sorgulama, poster hazırlama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biyoçeşitliliğe ilişkin veri ve görseller, güvenilir basılı ya da dijital kaynaklar, araştırma-veri formu, poster kâğıdı ve dereceli puanlama anahtarı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Sınavı: 31 Mayıs-11 Haziran 2027 tarih aralığında, zümre öğretmenler kurulu kararında belirlenen tarihte uygulanır. Sınav tarihi: …/…/2027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Biyoçeşitlilik, habitat kaybı, çevre kirliliği, orman yangını, aşırı avlanma, sürdürülebilir olmayan tarım, araştırma verisi, önerme ve tahmin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biyoçeşitliliğin doğal yaşam için önemini ve biyoçeşitliliği azaltabilecek bazı insan faaliyetlerini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Orman yangını, çevre kirliliği, aşırı avlanma ve habitat kaybının canlı çeşitliliği üzerindeki olası etkileri hakkında önermeler alınır.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gözlem ve görüşlerin güvenilir araştırma verileriyle sınanması; veriye dayalı çıkarımlardan geleceğe yönelik tahmin oluşturulması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bilişim ortamı; güncel olmayan ya da kaynağı belirsiz iddiaların ayırt edildiği, güvenilir veri ve görsellerin karşılaştırmalı olarak incelendiği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faktörlere ilişkin ön bilgilere dayalı önermeler oluşturulur. Habitat kaybı, çevre kirliliği, aşırı avlanma, orman yangınları ve sürdürülebilir olmayan uygulamalara ait araştırma verileri incelenir.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Önermeler araştırma verileriyle karşılaştırılarak veriye dayalı olanlar ve olmayanlar gerekçeleriyle ayırt edilir. Verilerin kaynağı, güncelliği ve iddiayı destekleme durumu sorgulanır.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İncelenen faktörlerin devam etmesi hâlinde biyoçeşitlilikte oluşabilecek değişimlere ilişkin tahminler geliştirilir. Tahminlerin geçerliği farklı veri ve kaynaklarla kontrol edilerek gerekli düzeltmeler yapılır.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faktörleri, araştırma verilerini ve geçerliği sorgulanmış tahminleri içeren poster hazırlanır; dereceli puanlama anahtarıyla değerlendirilir. 2. Dönem 2. Yazılı Sınavı için belirlenen 31 Mayıs-11 Haziran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Veri Karşılaştırma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Önermeleri araştırma verileriyle karşılaştırarak veriye dayalı olan ve olmayanları gerekçelendiren tablo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Tahmin ve Sorgulama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Tehditlerin gelecekteki etkilerine ilişkin tahminler ve geçerlik kontrolü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Biyoçeşitliliği tehdit eden faktörler posteri, dereceli puanlama anahtarı ve yazılı sınav sonuç analizi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Tehdit eden faktörler görsel ve kısa veri kartlarıyla sunulur. Önerme-veri-tahmin ilişkisi basamaklandırılır; kısmen doldurulmuş karşılaştırma tablosu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seçtikleri bir tehdit faktörüne ait verileri grafikle gösterir, farklı gelecek senaryoları için tahminler geliştirir ve biyoçeşitliliği korumaya yönelik uygulanabilir öneriler sunar.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