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6. Sınıf Fen Bilimleri Dersi 30.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30.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3-7 Mayıs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6/……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Elektriğin İletimi ve Direnç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Elektriksel Direnç ve Bağlı Olduğu Faktörler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FB.6.6.2.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 devresindeki ampulün parlaklığının bağlı olduğu değişkenleri belirlemeye yönelik deney yapabilme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FB.6.6.2.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 devresindeki ampulün parlaklığının bağlı olduğu değişkenleri belirleyebilecek bir deney tasarlar.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Deney ile ilgili ölçme ve veri analizi yapar.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FBAB7. Deney Yapma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KB2.6. Bilgi Toplama, KB2.7. Karşılaştırma, KB2.10. Çıkarım Yapma, KB2.20. Sentezleme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E3.2. Odaklanma,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SDB1.2. Kendini Düzenleme (Öz Düzenleme), SDB2.1. İletişim, SDB2.2. İş Birliği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D1. Adalet, D3. Çalışkanlık, D6. Dürüstlük, D10. Mütevazılık, D16. Sorumluluk,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OB2. Dijital Okuryazarlık,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Türkçe, Matematik, Bilişim Teknolojileri ve Yazılım,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kontrollü deney, istasyon çalışması, ölçme, gözlem, veri kaydetme, karşılaştırma, veri analizi, raporlaştırma ve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6. sınıf Fen Bilimleri ders kitabı, düşük gerilimli pil devresi, aynı uzunlukta farklı kalınlıkta teller, aynı uzunluk ve kalınlıkta farklı cins teller, cetvel ve veri tablosu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Elektriksel direnç, ampul parlaklığı, iletken telin dik kesit alanı, iletken telin cinsi, değişkenler ve kontrollü deney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tel uzunluğunun elektriksel direnç ve ampul parlaklığı üzerindeki etkisini kontrollü deney verileriyle açıklayabildikleri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Aynı uzunluktaki ince ve kalın tellerin ya da farklı cinsteki tellerin özdeş devrelerde kullanılması durumunda ampul parlaklığının nasıl değişeceği sorularıyla tahminler alınır.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Telin uzunluğu, dik kesit alanı ve cinsi ile elektriksel direnç arasındaki ilişkilerin ayrı deneylerde incelenmesi gerektiği vurgulanır.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laboratuvarı; yalnızca düşük gerilimli pil devrelerinin kullanıldığı, devrelerin öğretmen gözetiminde ve anahtar açıkken değiştirildiği güvenli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İletken telin dik kesit alanının ampul parlaklığına etkisini sınamak için uzunluk ve tel cinsi sabit tutulur. Farklı kalınlıktaki teller özdeş devrelerde denenir; gözlemler tabloya kaydedilir.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İletken telin cinsinin ampul parlaklığına etkisini sınamak için uzunluk ve dik kesit alanı sabit tutulur. Farklı cinsteki tellerle elde edilen ampul parlaklıkları karşılaştırılır.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Veriler analiz edilerek dik kesit alanı arttıkça elektriksel direncin azaldığı; telin cinsine göre direncin değişebildiği sonucuna ulaşılır. Uzunluk, dik kesit alanı ve tel cinsine ilişkin bulgular birlikte değerlendirilir.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Deneyler tahmin-gözlem-açıklama tekniğine uygun biçimde raporlaştırılır. Ölçme ve veri analizi bölümleri analitik dereceli puanlama anahtarıyla; grup katkıları öz ve akran değerlendirmesiyle incelenir.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Kontrollü Deney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Dik kesit alanı ve tel cinsi için bağımsız, bağımlı ve kontrol edilen değişkenleri doğru belirleyen deney düzenekleri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Veri Analizi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Ampul parlaklığı gözlemlerini telin uzunluğu, dik kesit alanı ve cinsiyle ilişkilendiren karşılaştırma tablosu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Tahmin-gözlem-açıklama raporu, analitik dereceli puanlama anahtarı, öz ve akran değerlendirme formları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Her deneyde yalnızca değiştirilecek özellik açıkça işaretlenir. İnce-kalın ve farklı tel cinslerine ait örnekler yan yana gösterilir; sonuç cümleleri için yapılandırılmış ifade kalıpları verilebilir.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üç değişkeni birlikte gösteren bir kavram haritası veya dijital infografik hazırlar; günlük yaşamda iletken tel seçiminin amaç ve koşullara göre neden değiştiğini araştırır.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