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6. Sınıf Fen Bilimleri Dersi 27.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27.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12-16 Nisan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Ayırt Edici Özellikleri / Elektriğin İletimi ve Direnç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3+1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Yoğunluk / Elektriğin İletimi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FB.6.5.6.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Yoğunluk ile ilgili bilimsel model oluşturabilme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FB.6.6.1.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Maddelerin elektriği iletme durumlarını gösteren deney yapabilme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FB.6.5.6.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Yoğunluk ile ilgili model önerir.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Yeni kanıtlarla modeli yeniler.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FB.6.6.1.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Maddelerin iletme durumlarını test etmek için elektrik devresi tasarlar.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Deney ile ilgili veri analizi yapar.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FBAB9. Bilimsel Model Oluşturma, FBAB7. Deney Yapma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Birliği, SDB2.3. Sosyal Farkındalık, SDB3.1. Uyum, SDB3.2. Esneklik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D1. Adalet, D3. Çalışkanlık, D4. Dostluk, D5. Duyarlılık, D6. Dürüstlük, D10. Mütevazılık, D12. Sabır, D14. Saygı, D16. Sorumluluk, D18. Temizlik,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Türkçe, Matematik, Sosyal Bilgiler,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bilimsel model oluşturma, tasarım, test etme, kanıta göre yenileme, devre inceleme, deney planlama ve tartışma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Ders kitabı, su kabı, günlük malzemeler, yüzen araç modeli için güvenli araç-gereçler, pil, pil yatağı, ampul, duy, anahtar, bağlantı kabloları ve çalışma kâğıdı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Yazılı Sınav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 Dönem 1. Yazılı Sınavı: 5-16 Nisan 2027 tarih aralığında, zümre öğretmenler kurulu kararında belirlenen tarihte uygulanır. Sınav tarihi: …/…/2027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Yoğunluk modeli, yüzme, taşıma kapasitesi, kanıt, basit elektrik devresi, test uçları, elektriksel iletkenlik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yoğunluk ile yüzme-batma ilişkisini ve basit elektrik devresinin temel elemanlarını bildikleri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Metal bir cismin batmasına karşın metalden yapılmış büyük araçların yüzebilmesi ve kapalı devrede ampulün ışık vermesi üzerine ön bilgiler yoklanır.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modelin test sonuçlarına göre geliştirilmesi ile maddelerin iletkenlik durumunu belirlemek için devre tasarlanması arasında bilimsel süreç bağlantısı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fen laboratuvarı; yalnızca düşük gerilimli pil devresinin kullanıldığı, şehir elektriği ve prizlerle işlem yapılmadığı güvenli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Yoğunluk, şekil, hacim ve taşıma kapasitesi ilişkisini gösterecek yüzen bir araç modeli önerilir. Model güvenli malzemelerle oluşturulur, suda test edilir ve gözlem sonuçları kaydedilir.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Test sonuçları ve yeni kanıtlar değerlendirilerek modelin şekli, hacmi veya yük dağılımı iyileştirilir. İlk model ile yenilenen model karşılaştırılır ve değişiklikler gerekçelendirilir.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Basit devre elemanları ve iletkenlik testinde kullanılan test uçları tanıtılır. Maddelerin elektriği iletme durumunu belirleyecek düşük gerilimli pil devresi için deney planı oluşturulur.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 Dönem 1. Yazılı Sınavı için belirlenen 5-16 Nisan 2027 tarih aralığı dikkate alınır. Sınav, okulun sınav programında bu haftaya belirlenmişse uygulanır; sonuçlar analiz edilerek öğrencilere geri bildirim verilir.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Bilimsel Model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Yoğunluk ilişkisini gösteren, test edilen ve yeni kanıtlara göre yenilenen model ile kısa model raporu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Deney Planı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Maddelerin iletkenliğini test etmek için düşük gerilimli devre taslağı, değişkenler ve veri kayıt tablosu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Yazılı Sınav Takvimi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 Dönem 1. Yazılı Sınavı; 5-16 Nisan 2027 aralığında okulun belirlediği tarihte uygulanır.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Model oluşturma süreci tasarla, test et ve yenile basamaklarıyla gösterilir. Basit devre şeması ve kısmen hazırlanmış veri tablosu kullanılabilir.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farklı yükleri taşıyabilecek bir model geliştirir veya iletkenlik test devresini güvenli dijital ortamda kurarak deney planıyla karşılaştırır.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