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22.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22.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1-5 Mart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Ayırt Edici Özellikleri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Hâl Değişim Noktaları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FB.6.5.2.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Maddelerin erime, donma ve kaynama noktasını gösteren deney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FB.6.5.2.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Maddelerin erime, donma ve kaynama noktasını gösteren deney tasarlar.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ile ilgili ölçme ve veri analizi yapar.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FBAB7. Deney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SDB2.3. Sosyal Farkındalık, SDB3.1. Uyum, SDB3.2. Esneklik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D1. Adalet, D3. Çalışkanlık, D4. Dostluk, D5. Duyarlılık, D6. Dürüstlük, D12. Sabır, D14. Saygı, D18. Temizlik,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Matematik,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deney tasarlama, kontrollü deney, ölçme, veri kaydetme, tablo ve grafik yorumlama, karşılaştırma, çıkarım yapma,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su, termometre, beherglas, süreölçer, güvenli ısıtma düzeneği, farklı saf maddelere ait veri tabloları, çalışma kâğıdı ve değerlendirme formu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Kaynama, kaynama noktası, erime noktası, donma noktası, saf madde, sıcaklık-zaman verisi ve ayırt edici özellik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saf maddelerde erime ve donma süresince sıcaklığın sabit kaldığını ve aynı saf maddenin erime-donma noktalarının eşit olduğunu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Kaynama ile buharlaşma arasındaki fark ve kaynama sırasında sıcaklığın değişip değişmeyeceği kısa sorularla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Bir sıvının kaynama sürecinde elde edilen sıcaklık-zaman verileri ile kaynama noktasının belirlenmesi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laboratuvarı; sıcak sıvı ve ısıtma düzeneğine öğrencilerin doğrudan müdahale etmediği, deneyin öğretmen gözetiminde yürütüldüğü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Suyun kaynama noktasını belirlemek için deney planı gözden geçirilir. Ölçüm aralığı, veri kayıt biçimi, sabit tutulacak koşullar ve güvenlik önlemleri açıklanır; deney öncesi tahminler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Su ısıtılırken sıcaklık eşit zaman aralıklarında ölçülür ve tabloya kaydedilir. Kaynama başladıktan sonra bir süre daha ölçüm sürdürülür; ısıtma düzeneğini öğretmen kullanır.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Sıcaklık-zaman verileri tablo veya grafik üzerinde analiz edilir. Kaynama süresince saf maddenin sıcaklığının sabit kaldığı belirlenir ve bu sıcaklık kaynama noktası olarak ifade 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saf maddelere ait güvenilir erime, donma ve kaynama noktası verileri karşılaştırılır. Bu değerlerin saf maddeler için ayırt edici özellik olduğu sonucuna ulaşılır ve deney raporu ölçütlere göre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Deney Uygulaması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Ölçüm aralıklarına ve güvenlik kurallarına uygun yürütülen kaynama noktası deneyi ile süreç kontrol listesi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Ölçme ve Veri Analizi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Kaynama sürecine ilişkin sıcaklık-zaman tablosu veya grafiği ve kaynama noktasını verilerle belirleyen öğrenci açıklaması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saf maddelerin hâl değişim noktalarını karşılaştıran çalışma kâğıdı ve bütüncül dereceli puanlama anahtarı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Kaynama süreci görsel aşamalarla sunulur. Ölçüm değerleri birlikte okunur; veri tablosundan sıcaklığın sabit kaldığı bölüm renk kullanmadan işaretlenebilir.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saf maddelerin hâl değişim noktalarına ait verileri inceleyerek bilinmeyen bir saf maddeyi belirlemeye yönelik gerekçeli çözüm hazırlar.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