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20.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20.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15-19 Şubat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Maddenin Ayırt Edici Özellikleri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Genleşme ve Büzülme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FB.6.5.1.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Isı etkisiyle maddelerin genleşip büzüleceğine yönelik bilimsel gözleme dayalı tahmin edebilme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FB.6.5.1.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Ön bilgi ve deneyimiyle maddelerin genleşip büzüleceğine yönelik önerme oluşturur.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Gözleme dayalı olan ve olmayan günlük yaşam ile ilişkili önermeleri karşılaştırır.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Tahminlerini temellendirmek için gözlem verilerinden sonuç çıkarır.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Günlük yaşam ile ilişkili gözlemlenmemiş duruma ilişkin tahminde bulunur.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Tahminlerin geçerliğini sorgular.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FBAB3. Bilimsel Gözleme Dayalı Tahmin Etme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Birliği, SDB2.3. Sosyal Farkındalık, SDB3.1. Uyum, SDB3.2. Esneklik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D1. Adalet, D3. Çalışkanlık, D4. Dostluk, D5. Duyarlılık, D6. Dürüstlük, D12. Sabır, D14. Saygı, D18. Temizlik,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Matematik, Sosyal Bilgiler,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bilimsel gözlem, karşılaştırma, önerme oluşturma, tahmin, veri kaydetme, çıkarım yapma,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6. sınıf Fen Bilimleri ders kitabı, sıcak ve soğuk su, özdeş cam şişeler, balonlar, termometre, güvenli katı genleşme düzeneği, gözlem-tahmin formu ve çalışma kâğıdı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Isı, genleşme, büzülme, hacim değişimi, katı, sıvı, gaz ve günlük yaşam uygulamaları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ısı alan ve ısı veren maddelerde tanecikler arasındaki mesafenin değişebildiğini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telleri, tren rayları, kavanoz kapağı, termometre, araç lastiği ve balon örnekleri üzerinden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Maddelerin ısı etkisiyle hacimlerinin değişmesi ile yapı ve araçlarda bırakılan genleşme payı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fen laboratuvarı; sıcak su ve ısıtılan araçların yalnızca öğretmen gözetiminde kullanıldığı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Isı alan ve ısı veren maddelerde oluşabilecek hacim değişimine ilişkin önermeler oluşturulur. Önermeler gözleme dayanma durumu bakımından karşılaştırılır ve deney öncesi tahminler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Özdeş şişelerin ağızlarına geçirilen balonların sıcak ve soğuk su ortamındaki değişimleri gözlemlenir. Uygun bir katı genleşme düzeneğinde ısıtma ve soğutma öncesi-sonrası durumlar öğretmen gözetiminde karşılaştırılır.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Gözlemler tabloya kaydedilir. Isı alan maddelerin genellikle genleştiği, ısı veren maddelerin ise genellikle büzüldüğü sonucuna ulaşılır; değişim tanecikler arasındaki mesafe ve hacimle ilişkilendirilir.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telleri, ray aralıkları, termostatlar, köprüler ve metal yapıların sıcaklık değişimindeki davranışları için tahmin yapılır. Tahminlerin geçerliği gözlem verileri ve güvenilir bilgilerle sorgulanır.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Önerme ve Tahmin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Genleşme ve büzülmeye ilişkin önermeleri, deney öncesi tahminleri ve gerekçeleri içeren öğrenci kaydı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Bilimsel Gözlem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Katı ve gaz örneklerindeki ısınma-soğuma değişimlerini gösteren gözlem ve karşılaştırma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Kısa cevaplı, doğru-yanlış veya eşleştirme soruları ile tahminlerin geçerliğini sorgulayan öğrenci açıklamaları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Günlük yaşam örnekleri görsel kartlarla sunulur. Isı alma-verme ile genleşme-büzülme ilişkisi oklarla gösterilir; kısmen doldurulmuş gözlem-tahmin tablosu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yapılarda genleşme ve büzülmenin etkilerini azaltmak için kullanılan çözümleri araştırır; seçtiği çözümün çalışma ilkesini bilimsel verilerle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