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6. Sınıf Fen Bilimleri Dersi 2.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21-25 Eylül 2026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Sistemi ve Tutulmalar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Sistemi / Güneş ve Ay Tutulmaları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FB.6.1.2.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sistemi ile ilgili bilimsel model oluşturabilme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FB.6.1.3.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tutulması ile ilgili bilimsel çıkarım yapabilme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FB.6.1.2.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sistemi ile ilgili model önerir.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sistemi ile ilgili hazırladığı modelini yeni kanıtlarla yeniler.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FB.6.1.3.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tutulmasının niteliklerini tanımlar.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tutulması ile ilgili veri toplar ve kaydeder.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tutulmasını değerlendirir.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FBAB4. Bilimsel Model Oluşturma, FBAB8. Bilimsel Çıkarım Yapma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KB2.6. Bilgi Toplama, KB2.7. Karşılaştırma, 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D5. Duyarlılık, D16. Sorumluluk,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OB4. Görsel Okuryazarlık, OB7. Veri Okuryazarlığı, OB8. Sürdürülebilirlik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Matematik, Türkçe, Sosyal Bilgiler,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model önerme ve oluşturma, bilgi toplama, görsel inceleme, karşılaştırma, bilimsel çıkarım, grup çalışması ve sunum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6. sınıf Fen Bilimleri ders kitabı, Güneş sistemi görselleri, gezegen kartları, yeniden kullanılabilir model malzemeleri, Güneş-Dünya-Ay görselleri, bilgi kayıt ve değerlendirme formları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sistemi, bilimsel model, Güneş, Dünya, Ay, Güneş tutulması, Ay tutulması, gölge ve gök cisimlerinin konumu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gezegenleri yapı, büyüklük, Güneş’e yakınlık, uydu ve halka durumlarına göre sınıflandırabildikleri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sistemi modelinde bulunması gereken gök cisimleri ile Güneş ve Ay tutulmalarına ilişkin tahminler kısa sorular ve görsellerle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Günlük yaşamda bir nesne veya sistemin modelle gösterilmesi ile Güneş sisteminin bilimsel modelle temsil edilmesi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Sınıf; gerektiğinde güvenli dijital içeriklerin ve model malzemelerinin kullanılabildiği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gezegenlerin Güneş’e göre sırasını ve temel niteliklerini gösterecek bir Güneş sistemi modeli önerir. Modelin amacı, kullanılacak malzemeler, görev dağılımı ve uygulama basamakları planlanır.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Model, kolay ulaşılabilen ve mümkün olduğunca yeniden kullanılabilir malzemelerle hazırlanır. Bilimsel kaynaklar ve diğer modellerle karşılaştırılarak gezegenlerin sırası, yapısı ve belirgin özellikleri kontrol edilir; yeni kanıtlara göre gerekli düzeltmeler yapılır.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tutulmalarının oluşumuna ilişkin bilgi ve görseller incelenir. Her tutulmada Güneş, Dünya ve Ay’ın konumu ile gölge oluşumuna ilişkin veriler bilgi kayıt formuna aktarılır.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Toplanan veriler karşılaştırılarak tutulmaların nitelikleri belirlenir. Öğrenciler Güneş ve Ay tutulmalarının oluşumuna ilişkin ilk çıkarımlarını sözlü, yazılı veya çizimle açıklar; model ve öğrenci açıklamaları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Bilimsel Model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sistemindeki gezegenlerin sırasını ve temel niteliklerini gösteren, bilimsel kanıtlara göre yenilenmiş model ve proje raporu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Bilimsel Çıkarım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Güneş ve Ay tutulmalarında gök cisimlerinin konumu ile gölge oluşumuna ilişkin bilgi kayıt formu, çizim ve öğrenci açıklamaları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Model için analitik dereceli puanlama anahtarı, kontrol listesi, kısa cevaplı veya açık uçlu sorular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Modelin temel bölümleri görsel yönergeyle gösterilir; malzeme ve görev paylaşımı listesi sunulur. Tutulmalarda gök cisimlerinin konumunu gösteren kısmen tamamlanmış çizimler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modelde gezegenlerin hacimsel büyüklüklerini uygun bir ölçekle karşılaştırır; modelin güçlü ve geliştirilmesi gereken yönlerini bilimsel kanıtlara dayanarak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