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19.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19.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8-12 Şubat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Işığın Yansıması ve Renkler / Maddenin Ayırt Edici Özellikleri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Işığın Soğurulması / Genleşme ve Büzülme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FB.6.4.7.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enerjisinin günlük hayat ve teknolojideki yenilikçi uygulamalarına ilişkin eleştirel düşünebilme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FB.6.5.1.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Isı etkisiyle maddelerin genleşip büzüleceğine yönelik bilimsel gözleme dayalı tahmin edebilme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FB.6.4.7.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enerjisinin günlük yaşam ve teknolojideki yenilikçi uygulamalarına ilişkin fikirleri sorgular.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enerjisinin günlük yaşam ve teknolojideki yenilikçi uygulamalarına ilişkin akıl yürütür.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enerjisinin günlük yaşam ve teknolojideki yenilikçi uygulamalarına ilişkin ulaştığı çıkarımları yansıtır.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FB.6.5.1.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Ön bilgi ve deneyimiyle maddelerin genleşip büzüleceğine yönelik önerme oluşturur.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Gözleme dayalı olan ve olmayan günlük yaşam ile ilişkili önermeleri karşılaştırır.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Tahminlerini temellendirmek için gözlem verilerinden sonuç çıkarır.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 ile ilişkili gözlemlenmemiş duruma ilişkin tahminde bulunur.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Tahminlerin geçerliğini sorgular.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Eleştirel düşünme, FBAB3. Bilimsel Gözleme Dayalı Tahmin Etme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SDB1.2. Kendini Düzenleme (Öz Düzenleme), SDB2.1. İletişim, SDB2.2. İş Birliği, SDB2.3. Sosyal Farkındalık, SDB3.1. Uyum, SDB3.2. Esneklik,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D1. Adalet, D3. Çalışkanlık, D4. Dostluk, D5. Duyarlılık, D6. Dürüstlük, D10. Mütevazılık, D12. Sabır, D14. Saygı, D16. Sorumluluk, D18. Temizlik,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Okuryazarlığı, OB8. Sürdürülebilirlik Okuryazarlığı, OB9. Sanat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kaynak inceleme, sorgulama, eleştirel düşünme, gözlem, karşılaştırma, tahmin, grup çalışması ve tartışma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Ders kitabı, güneş enerjisi görselleri, sıcak-soğuk su, termometre, güvenli düzenek, gözlem formu ve çalışma kâğıdı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 ve uygulamaları; ısı, genleşme, büzülme, hacim değişimi ve tahmin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ışığın soğurulması ile sıcaklık artışı arasındaki ilişkiyi ve güneş enerjisinin günlük yaşamda kullanılabildiğini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panelleri, güneş kolektörleri ve güneş enerjili araçlarla; ısınan veya soğuyan maddelerde görülen boyut değişikliklerine ilişkin ön bilgiler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ışığını soğuran sistemlerde enerji elde edilmesi ile ısı alan veya veren maddelerin hacminde oluşabilecek değişimler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sıcak ve soğuk maddelerle temasın öğretmen gözetiminde, güvenli araçlarla sınırlandırıldığı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paneli, güneş kolektörü, güneş enerjili aydınlatma, sulama ve ulaşım uygulamaları incelenir. Uygulamaların yararları, sınırlılıkları ve çevre üzerindeki etkilerine ilişkin fikirler güvenilir bilgilere göre sorgulanır.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güneş enerjisinin gelecekteki kullanımına ilişkin bir öneri geliştirir; önerinin uygulanabilirliğini ve sürdürülebilirliğe katkısını gerekçelendirerek ulaştığı çıkarımları sözlü veya yazılı olarak yansıtır.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Isı alan ve ısı veren maddelerin hacimlerinin nasıl değişeceğine ilişkin önermeler oluşturulur. Güvenli bir düzenek üzerinde ısınma ve soğuma sonucunda gözlenen değişimler kaydedilir; gözleme dayalı olan ve olmayan önermeler karşılaştırılır.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 verilerinden yararlanılarak ısı alan maddelerin genellikle genleştiği, ısı veren maddelerin ise genellikle büzüldüğü yönünde tahmin yapılır. Tahminler elektrik telleri, tren rayları, kavanoz kapağı ve termometre gibi yeni durumlarda sorgulanır.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Eleştirel Düşünme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enerjisinin yenilikçi bir uygulamasını yarar, sınırlılık ve sürdürülebilirlik açısından değerlendiren gerekçeli öğrenci ürünü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Gözleme Dayalı Tahmin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Isınma ve soğuma gözlemlerini, önermeleri ve yeni durumlara ilişkin tahminleri içeren kayıt formu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 sunumu için analitik dereceli puanlama anahtarı; genleşme ve büzülmeye yönelik kısa cevaplı, doğru-yanlış veya eşleştirme soruları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enerjisi uygulamaları yarar ve sınırlılık kartlarıyla incelenir. Genleşme ve büzülme için günlük yaşam görselleri ile kısmen doldurulmuş gözlem-tahmin tablosu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güneş enerjisinin gelecekteki kullanımına yönelik özgün bir öneri geliştirir veya yapılarda genleşme ve büzülmenin etkilerini azaltmaya yönelik bir çözümü araştırıp gerekçelendirir.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283" w:right="624" w:bottom="283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