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17.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17.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11-15 Ocak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Işığın Yansıması ve Renkler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Işığın Soğurulması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öğretmenler kurulu kararına göre belirlenecek çalışma: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FB.6.4.5.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ışığın tüm ışık renklerinin bileşiminden oluştuğuna ilişkin bilimsel çıkarım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FB.6.4.5.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ışığı oluşturan nitelikleri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ışığın oluşumuna ilişkin topladığı verileri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ışığın oluşumuna dair verileri yorumlar ve değerlendirir.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FBAB8. Bilimsel Çıkarım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D5. Duyarlılık, D10. Mütevazılık, D14. Saygı,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OB7. Veri Okuryazarlığı, OB8. Sürdürülebilirlik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gözlem, görsel inceleme, model oluşturma, veri kaydetme, karşılaştırma, bilimsel çıkarım,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6. sınıf Fen Bilimleri ders kitabı, beyaz ışık kaynağı, prizma veya CD, beyaz ekran, renk çarkı için karton ve renkli kalemler, gözlem formu ve çalışma kâğıdı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ışık, ışık renkleri, prizma, ışığın renklerine ayrılması, gökkuşağı ve renk çarkı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ışığın maddelerle etkileşebildiğini, yansıyabildiğini ve madde tarafından soğurulabildiğini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Gökkuşağı, prizma, CD ve sabun köpüğünde görülen renklerle ilgili ön bilgiler görseller ve kısa sorularla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ışığının yağmur damlalarından geçerken farklı renklerde görünmesi ile beyaz ışığın prizmayla renklerine ayrılması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ışık kaynağının göze yöneltilmeden ve materyallerin öğretmen gözetiminde güvenli biçimde kullanıldığı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ışık, prizmaya veya uygun bir optik düzeneğe gönderilerek oluşan renkler beyaz ekran üzerinde gözlemlenir. Prizma bulunmadığında CD yüzeyinde beyaz ışığın renklerine ayrılması güvenli biçimde incelenebilir.</w:t>
              <w:br/>
              <w:t>Gözlenen kırmızı, turuncu, sarı, yeşil, mavi, lacivert ve mor renkler kayıt formuna yazılır. Renk çarkının hızlı döndürülmesiyle oluşan açık renkli görünüm gözlemlenir; iki gözlem birlikte yorumlanır.</w:t>
              <w:br/>
              <w:t>Veriler değerlendirilerek beyaz ışığın farklı ışık renklerinin bileşiminden oluştuğu sonucuna ulaşılır. Prizma, gökkuşağı, CD ve sabun köpüğündeki renk oluşumları bu çıkarımla ilişkilendirilir.</w:t>
              <w:br/>
              <w:t>Okul temelli planlama için ayrılan 2 ders saati, zümre öğretmenler kurulu kararında belirlenen çalışma için kullanılır. Yapılacak çalışma yukarıdaki alana öğretmen tarafından yazılır.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Gözlem Verisi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ışığın prizma veya uygun yüzeyle renklerine ayrılmasına ilişkin gözlem formu ve renk sıralaması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Beyaz ışığın farklı ışık renklerinin bileşiminden oluştuğunu gözlem verileriyle açıklayan öğrenci ifadesi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Çalışma kâğıdı, yapılandırılmış grid, doğru-yanlış, eşleştirme veya açık uçlu sorular ve ürün değerlendirme ölçütleri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Işık renkleri sıralı görsel kartlarla sunulur. Prizma ve renk çarkı gözlemleri ayrı tablolara kaydedilir; kısmen doldurulmuş gözlem formu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gökkuşağı, CD ve sabun köpüğünde görülen renkleri karşılaştırır; benzerlik ve farklılıkları gözlem verilerine dayanarak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