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16.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16.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4-8 Ocak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Yansıması ve Renkler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Soğurulması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FB.6.4.4.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madde ile etkileşimi sonucunda soğurulabileceğini bilimsel olarak gözlemleyebilme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FB.6.4.4.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madde ile etkileşimine yönelik nitelikleri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madde ile etkileşimine yönelik topladığı verileri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madde tarafından soğurulabileceğini elde ettiği veriler doğrultusunda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FBAB1. Bilimsel Gözlem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D5. Duyarlılık, D10. Mütevazılık, D14. Saygı,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OB7. Veri Okuryazarlığı, OB8. Sürdürülebilirlik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bilimsel gözlem, kontrollü deney, ölçme, veri kaydetme, karşılaştırma, veriye dayalı açıklama,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özdeş siyah ve beyaz yüzeyler veya kaplar, güvenli ışık kaynağı, termometre, kronometre, veri kayıt tablosu ve çalışma kâğıdı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1. Dönem 2. Yazılı Sınavı: 28 Aralık 2026-8 Ocak 2027 tarih aralığında, zümre öğretmenler kurulu kararında belirlenen tarihte uygulanır. Sınav tarihi: …/…/……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madde ile etkileşimi, soğurulma, yüzey rengi, sıcaklık değişimi ve enerji dönüşümü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ışığın maddelerle etkileşebildiğini ve bazı yüzeylerden yansıyabildiğini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Güneşli havada açık ve koyu renkli yüzeylerin ısınması, yazın açık renkli kıyafetlerin tercih edilmesi ve güneş panellerinin koyu görünmesiyle ilgili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Işık alan bir yüzeyde gözlenen sıcaklık değişimi ile ışık enerjisinin madde tarafından tutulması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ışık kaynağına ve ısınan yüzeylere doğrudan temas edilmeden, öğretmen gözetiminde güvenli ölçüm yapılan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cisimler tarafından tutulmasının soğurulma olduğu açıklanır. Özdeş siyah ve beyaz yüzeylerin aynı ışık kaynağı altında nasıl ısınacağına ilişkin tahminler alınır ve araştırılacak nitelikler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Özdeş yüzeylerin başlangıç sıcaklıkları ölçülür. Yüzeyler ışık kaynağına eşit uzaklıkta, eşit süreyle bırakılır; belirli zaman aralıklarındaki sıcaklık değerleri ölçülerek veri tablosuna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Başlangıç ve son sıcaklık değerleri karşılaştırılır. Yüzey rengi dışındaki koşulların aynı tutulmasının önemi açıklanır; ölçümlerdeki olası farklılıklar ve hata kaynakları değerlendirilir.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Elde edilen verilerden ışığın madde tarafından soğurulabildiği ve soğurulan ışık enerjisinin sıcaklık artışına yol açabildiği sonucuna ulaşılır. Sonuçlar günlük yaşam örnekleriyle ilişkilendirilir.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Bilimsel Gözlem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Özdeş yüzeylerin ışık öncesi ve sonrasındaki sıcaklıklarını gösteren gözlem ve veri kayıt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Veriye Dayalı Açıklama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madde tarafından soğurulmasını ölçüm sonuçlarına dayalı olarak açıklayan öğrenci ifadesi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Çalışma kâğıdı, yapılandırılmış grid, doğru-yanlış, eşleştirme veya açık uçlu sorular ve deney süreci kontrol listesi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düzeneği görsel yönergeyle adım adım sunulur. Ölçüm zamanları ve değişkenler işaretlenir; kısmen doldurulmuş veri tablosu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yüzey renklerinin aynı koşullardaki sıcaklık değişimini karşılaştıracak yeni bir deney önerir; değişkenleri belirleyip beklenen sonucu bilimsel gerekçeyle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