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6. Sınıf Fen Bilimleri Dersi 11.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11.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30 Kasım-4 Aralık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Canlılarda Sistemler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Denetleyici ve Düzenleyici Sistemler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FB.6.3.6.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Sinir sisteminin görevlerini model üzerinde bilimsel olarak gözlemleyebilme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FB.6.3.6.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Sinir sisteminin özelliklerini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Sinir sistemini model üzerinde inceler.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Sinir sisteminin görevlerini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FBAB1. Bilimsel Gözlem Yapma, KB2.4. Çözümleme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Toplama, 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 (Öz Düzenleme), 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D2. Aile Bütünlüğü, D3. Çalışkanlık, D5. Duyarlılık, D8. Mahremiyet, D9. Merhamet, D13. Sağlıklı Yaşam, D14. Saygı, D16. Sorumluluk, D18. Temizlik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Okuryazarlık, OB4. Görsel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Türkçe, Matematik,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model ve poster inceleme, bilimsel gözlem, şema oluşturma, görev-yapı eşleştirme, benzetim,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6. sınıf Fen Bilimleri ders kitabı, sinir sistemi modeli veya posteri, merkezî ve çevresel sinir sistemi şeması, yapı-görev kartları, gözlem formu ve çalışma kâğıdı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 Aralık Dünya Engelliler Günü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Sinir sistemi, merkezî sinir sistemi, çevresel sinir sistemi, beyin, beyincik, omurilik soğanı, omurilik, sinirler ve refleks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vücuttaki yapı ve organların birlikte çalıştığını; çevreden gelen uyarılara tepki verildiğini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Duyu organlarından gelen bilgilerin değerlendirilmesi, hareketlerin yönetilmesi ve ani tepkilerle ilgili ön bilgiler günlük yaşam örnekleriyle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Bir yönetim ve iletişim ağı ile sinir sisteminin vücuttaki denetleme, düzenleme ve haberleşme görevi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fen laboratuvarı; sinir sistemi modeli, poster ve güvenli dijital içeriklerin incelenebildiği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Sinir sistemi modeli veya posteri incelenerek gözlenebilen yapıların özellikleri tanımlanır. Sinir sisteminin merkezî ve çevresel sinir sistemi olmak üzere iki bölümden oluştuğu şema üzerinde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Merkezî sinir sistemindeki beyin, beyincik, omurilik soğanı ve omurilik model üzerinde incelenir. Yapıların öğrenme, denge-hareket, yaşamsal olayların düzenlenmesi, refleks ve iletişimle ilgili temel görevleri eşleştirilir.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Çevresel sinir sisteminin merkezî sinir sistemi ile vücuttaki yapı ve organlar arasında iletişim sağladığı açıklanır. Uyarının alınması, değerlendirilmesi ve uygun tepkinin oluşması basit bir akış şemasıyla gösterilir.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Refleksin ani ve istemsiz bir tepki olduğu günlük yaşam örnekleriyle ele alınır. Gözlem sonuçları ve yapı-görev ilişkileri kullanılarak sinir sistemini özetleyen bir poster hazırlanır ve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Bilimsel Gözlem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Sinir sistemi modelinde gözlenen yapıların özelliklerini ve bölümlerini gösteren gözlem formu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Yapı ve Görev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Merkezî ve çevresel sinir sistemi yapılarını temel görevleriyle doğru eşleştiren şema ve öğrenci açıklamaları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Sinir sistemini özetleyen poster, çalışma kâğıdı, kısa cevaplı veya açık uçlu sorular ve analitik dereceli puanlama anahtarı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Sinir sistemi bölümleri farklı renklerle gösterilir; yapı adları ve görevler görsel kartlarla eşleştirilir. Kısmen tamamlanmış şema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sinir sisteminin bir yönetim ve iletişim ağına benzerliğini araştırır; benzetmenin uygun ve sınırlı yönlerini gerekçeli bir posterle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