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10.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23-27 Kasım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Canlılarda Sistemler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Hayvanlarda Üreme, Büyüme ve Gelişme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 hakkında bilimsel çıkarım yapabilme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FB.6.3.5.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İnsanda üremeyi sağlayan yapı ve organlar arasındaki ilişkileri çözümleyebilme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gelişmeye etki eden temel faktörlere ait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gelişmeye etki eden temel faktörlere ilişkin veri toplar ve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gelişmeye etki eden temel faktörlere ilişkin verileri yorumlar ve değerlendirir.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FB.6.3.5.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İnsanda üremeyi sağlayan yapı ve organları poster/şema üzerinde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İnsanda üremeyi sağlayan yapı ve organlar arasındaki ilişkileri belirler.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FBAB8. Bilimsel Çıkarım Yapma, KB2.4. Çözümleme, 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D2. Aile Bütünlüğü, D3. Çalışkanlık, D5. Duyarlılık, D8. Mahremiyet, D9. Merhamet, D13. Sağlıklı Yaşam, D14. Saygı, D16. Sorumluluk, D18. Temizlik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görsel inceleme, yaşam döngüsü sıralama, bilgi toplama, karşılaştırma, bilimsel çıkarım, poster/şema inceleme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hayvan yaşam döngüsü görselleri, bilgi kayıt tablosu, insanda üremeyi sağlayan yapı ve organlar posteri/şeması, kavram kartları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24 Kasım Öğretmenler Günü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gelişme; yaşam döngüsü, başkalaşım ve yavru bakımı; insanda üremeyi sağlayan yapı ve organlar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eşeyli üremenin temel özelliklerini ve canlılarda büyüme ile gelişmenin gerçekleştiğini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Hayvanların yaşam döngüsü, yumurta veya doğumla yeni birey oluşumu ve insanda üremeyi sağlayan temel yapı ve organlara ilişkin ön bilgiler görsellerle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hayvanın yavruluktan yetişkinliğe geçişi ile öğrencilerin çevrelerinde gözlemledikleri büyüme ve gelişme örnekleri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Sınıf; bilimsel, yaş düzeyine uygun ve mahremiyete saygılı görsel materyallerin öğretmen rehberliğinde incelendiği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hayvanların yaşam döngüleri görseller üzerinden incelenir. Yumurta veya doğumla çoğalma, başkalaşım ve yavru bakımı gibi nitelikler belirlenerek bilgi kayıt tablosuna aktarılır.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Hayvanlarda üreme, büyüme ve gelişmeye etki eden beslenme, sıcaklık, yaşam alanı ve bakım gibi faktörlere ilişkin güvenilir kaynaklardan veri toplanır. Veriler karşılaştırılarak bilimsel çıkarımlar oluşturulur.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İnsanda üremeyi sağlayan dişi ve erkek yapı ve organları poster veya şema üzerinde belirlenir. Yapı ve organların görevleri bilimsel ve yaş düzeyine uygun ifadelerle eşleştirilir.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Yapı ve organlar arasındaki ilişkiler, üreme hücrelerinin üretimi ve iletilmesi temelinde şema üzerinde çözümlenir. Öğrenci açıklamalarında bilimsel dil, kişisel sınırlara saygı ve mahremiyet ilkesi gözetilir.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Hayvanların yaşam döngüsü ile üreme, büyüme ve gelişmeye etki eden faktörleri ilişkilendiren bilgi tablosu ve açıklamalar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İlişki Çözümleme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İnsanda üremeyi sağlayan yapı ve organları doğru belirleyen, görev ve ilişkilerini gösteren poster veya şema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yapılandırılmış grid, tanılayıcı dallanmış ağaç, kısa cevaplı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Hayvan yaşam döngüleri aşamalı görsellerle sunulur. Yapı ve organ adları kavram kartlarıyla eşleştirilir; kısmen tamamlanmış poster veya şema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seçtikleri bir hayvanın yaşam döngüsünü ve gelişimine etki eden faktörleri araştırır; farklı bir hayvanla benzerlik ve farklılıklarını karşılaştırmalı görselle sunar.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