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5. Sınıf Fen Bilimleri Dersi 8.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8.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2-6 Kasım 2026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Kuvveti Tanıyalım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Kuvvet ve Kuvvetin Ölçülmesi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Zümre öğretmenler kurulu kararına göre belirlenecek çalışma: …………………………………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FB.5.2.1.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Kuvveti büyüklüğü ile operasyonel tanımlayabilme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FB.5.2.1.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Kuvvetin niteliklerini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Kuvvetin büyüklüğünü dinamometre ile ölçer.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Kuvvetin büyüklüğünü Newton (N) birimi ile tanımlar.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FBAB5. Operasyonel Tanımlama, FBAB9. Bilimsel Model Oluşturma, FBAB10. Tümevarımsal Akıl Yürütme,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KB2.6. Bilgi Toplama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E1.2. Bağımsızlık, E3.5. Açık Fikirlilik, E3.8. Soru Sorma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SDB1.3. Kendine Uyarlama (Öz Yansıtma), SDB1.2. Kendini Düzenleme (Öz Düzenleme), SDB2.1. İletişim, SDB2.2. İş Birliği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D3. Çalışkanlık, D16. Sorumluluk,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OB7. Veri Okuryazarlığı, OB9. Sanat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uygulamalı ölçme, veri karşılaştırma, hata belirleme, çalışma kâğıdı, öz değerlendirme ve zümre kararına uygun okul temelli çalışma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 sınıf Fen Bilimleri ders kitabı, farklı ölçüm aralıklarına sahip dinamometreler, güvenli ölçüm cisimleri, ölçüm tablosu, çalışma kâğıdı ve okul temelli çalışma için zümre kararında belirtilen araç-gereçler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Yazılı Sınav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1. Dönem 1. Yazılı Sınavı: 2-13 Kasım 2026 tarih aralığında, zümre öğretmenler kurulu kararında belirlenen tarihte uygulanır. Sınav tarihi: …/…/2026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Kuvvet, kuvvetin büyüklüğü, dinamometre, ölçüm sınırı, ölçek, esneklik, Newton (N) ve ölçüm sonucu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kuvvetin niteliklerini, dinamometrenin kullanım amacını ve kuvvet biriminin Newton (N) olduğunu bildikleri; temel ölçüm basamaklarını uygulayabildikleri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Farklı dinamometre ve ölçüm sonuçlarını içeren örnekler incelenerek uygun araç seçimi, ölçek okuma, birim kullanma ve güvenli ölçüm konularındaki eksikler belirlenir.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Cetvel veya dereceli kapta uygun ölçüm aralığı ve ölçeğin doğru okunması ile dinamometrede ölçüm sınırı ve bölme değerinin dikkate alınması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Sınıf, laboratuvar veya zümre kararında belirlenen okul temelli çalışma ortamı; araçların öğretmen gözetiminde kullanıldığı ve gerekli güvenlik önlemlerinin alındığı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Dinamometrelerin ölçüm sınırları ve ölçekleri karşılaştırılır. Verilen bir kuvveti ölçmek için uygun dinamometrenin nasıl seçileceği belirlenir; sıfır noktası, bölme değeri ve birim kullanımı gözden geçirilir.</w:t>
              <w:br/>
              <w:t>Öğrenciler güvenli cisimlerin uyguladığı kuvvetleri ölçerek sonuçları Newton (N) birimiyle kaydeder. Hatalı araç seçimi, yanlış ölçek okuma ve birim yazmama gibi durumlar örnekler üzerinden düzeltilir; öğrenme çıktısı kısa çalışma kâğıdıyla değerlendirilir.</w:t>
              <w:br/>
              <w:t>Okul temelli planlama için ayrılan 2 ders saati, zümre öğretmenler kurulu kararında belirlenen okul dışı öğrenme, yerel çalışma, sosyal etkinlik, proje, okuma, araştırma veya gözlem çalışması için kullanılır. Yapılacak çalışma yukarıdaki alana öğretmen tarafından yazılır.</w:t>
              <w:br/>
              <w:t>1. Dönem 1. Yazılı Sınavı, 2-13 Kasım 2026 tarih aralığında zümre öğretmenler kurulu kararında belirlenen tarihte uygulanır. Sınavın bu hafta yapılması hâlinde ders süreci okulun sınav programına göre düzenlenir.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Ölçme Uygulaması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Uygun dinamometreyi seçerek ölçüm yapan ve sonucu Newton (N) birimiyle doğru kaydeden öğrenci çalışması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Ölçüm hatalarını belirleme çalışması, çalışma kâğıdı, kısa cevaplı sorular ve öğrenci öz değerlendirmesi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Okul Temelli Çalışma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Zümre kararında belirlenen çalışmaya ait plan, katılım kaydı veya öğrenci ürünü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Ölçüm basamakları görsel yönergeyle sunulur. Ölçüm aralığı ve bölme değeri belirgin araçlar kullanılır; kısmen doldurulmuş ölçüm tablosu sağlanabilir.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aynı kuvveti farklı ölçüm aralıklarındaki dinamometrelerle ölçerek sonuçları karşılaştırabilir ve ölçüm aralığının araç seçimine etkisini gerekçelendirebilir.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