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/>
      <w:r>
        <w:rPr>
          <w:rFonts w:ascii="Times New Roman" w:hAnsi="Times New Roman"/>
          <w:b/>
          <w:color w:val="000000"/>
          <w:sz w:val="24"/>
        </w:rPr>
        <w:t>5. Sınıf Fen Bilimleri Dersi 5.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5.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12-16 Ekim 2026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5/……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Gökyüzündeki Komşularımız ve Biz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4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Gökyüzündeki Komşumuz: Ay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FB.5.1.3.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Ay’ın evrelerini temsil eden bilimsel model oluşturabilme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FB.5.1.3. a)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Ay’ın evrelerini temsil eden bir model önerir.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Ay’ın evrelerini temsil eden modelini yeni kanıtlara bağlı olarak yeniler.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FBAB8. Bilimsel Çıkarım Yapma, FBAB9. Bilimsel Model Oluşturma, KB2.6. Bilgi Toplama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KB2.7. Karşılaştırma, KB2.16. Muhakeme (Akıl Yürütme) (KB2.16.1. Tümevarımsal Akıl Yürütme)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E2.5. Oyunseverlik, E3.4. Gerçeği Arama, E3.8. Soru Sorma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SDB1.1. Kendini Tanıma (Öz Farkındalık), SDB1.2. Kendini Düzenleme (Öz Düzenleme), SDB2.1. İletişim, SDB2.2. İş Birliği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D1. Adalet, D3. Çalışkanlık, D6. Dürüstlük, D7. Estetik, D8. Mahremiyet, D16. Sorumluluk, D19. Vatanseverlik, D20. Yardımseverlik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OB1. Bilgi Okuryazarlığı, OB2. Dijital Okuryazarlık, OB7. Veri Okuryazarlığı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Görsel Sanatlar, Din Kültürü ve Ahlak Bilgisi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Soru-cevap, gözlem verisi inceleme, tahmin, tartışma, model tasarlama, karşılaştırma, akran değerlendirmesi ve öz değerlendirme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5. sınıf Fen Bilimleri ders kitabı, Ay’ın farklı zamanlardaki görselleri veya öğrenci gözlem kayıtları, Güneş-Dünya-Ay model materyalleri, evre kartları, tasarım formu ve değerlendirme araçları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Ay’ın evreleri, yeni ay, ilk dördün, dolunay, son dördün, hilal, şişkin ay, periyodik değişim ve bilimsel model</w:t>
            </w:r>
          </w:p>
        </w:tc>
      </w:tr>
    </w:tbl>
    <w:p>
      <w:pPr>
        <w:spacing w:before="0" w:after="0"/>
      </w:pPr>
      <w: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Öğrencilerin Ay’ın küreye benzediğini, ışık kaynağı olmadığını, Güneş’ten aldığı ışığı yansıttığını ve Dünya’nın etrafında dolandığını bildikleri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Ay’ın farklı tarihlerde çekilmiş görselleri veya öğrenci gözlem kayıtları incelenerek görülen biçimler, değişim sırası ve bu değişimin nedeni hakkındaki ön bilgiler belirlenir.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Bir yılın aylardan oluşması ile Ay’ın görünümlerinin yaklaşık bir aylık sürede periyodik olarak tekrarlanması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Sınıf veya bilişim ortamı; gece gözlemi zorunlu tutulmadan, güvenli model materyallerinin ve önceden hazırlanmış Ay görsellerinin kullanıldığı iş birlikli öğrenme ortamı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Ay’ın farklı zamanlardaki görünümleri incelenir. Ana evrelerin yeni ay, ilk dördün, dolunay ve son dördün olduğu; hilal ve şişkin ayın ara evreler olarak gözlendiği belirlenir. Ana evrelerin yaklaşık birer hafta arayla görüldüğü üzerinde durulur.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Ay’ın Dünya çevresindeki konumları ile Dünya’dan görülen aydınlık bölüm arasındaki ilişki tartışılır. Ay’ın evrelerinin Ay’ın biçiminin değişmesinden değil, Güneş’ten aldığı ışığın Dünya’dan görülen kısmının değişmesinden kaynaklandığı açıklanır.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 Ay’ın evrelerinin oluş sırasını ve Dünya’dan görünümlerini temsil edecek güvenli bir model önerir. Modelde Güneş, Dünya ve Ay’ın konumları ile ana ve ara evrelerin görünümü uygun biçimde gösterilir.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Hazırlanan modeller gözlem kayıtları, güvenilir kaynaklar ve diğer öğrenci modelleriyle karşılaştırılır. Bilimsel olarak eksik veya hatalı kısımlar belirlenerek model yeni kanıtlara göre yenilenir; ürün analitik dereceli puanlama anahtarıyla değerlendirilir.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Model Önerisi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Ay’ın evrelerinin sırasını, konumlarını ve Dünya’dan görünümlerini gösteren tasarım planı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Bilimsel Model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Ana ve ara evreleri uygun sırada temsil eden, açıklamaları bilimsel bilgilerle uyumlu öğrenci modeli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Modeli Yenileme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Kaynak ve akran geri bildirimine göre yapılan düzeltmeleri gösteren değerlendirme formu ve son ürün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Ay’ın evreleri sıralı görsel kartlarla sunulur. Model kurma aşamaları öğretmen rehberliğinde basamaklandırılır; kısmen tamamlanmış konum şeması kullanılabilir.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 Ay’ın dönme ve dolanma hareketleriyle evrelerini birlikte gösteren kısa bir animasyon hazırlayabilir veya farklı model türlerini bilimsel yeterlilik açısından karşılaştırabilir.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