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4.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5-9 Ekim 2026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Gökyüzündeki Komşularımız ve Biz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Gökyüzündeki Komşumuz: Ay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FB.5.1.2.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Ay’ın özellikleri, dönme ve dolanma hareketleri ile ilgili bilimsel çıkarım yapabilme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FB.5.1.2.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Ay’ın özellikleri, dönme ve dolanma hareketleri ile ilgili nitelikleri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Ay’ın özellikleri, dönme ve dolanma hareketleri ile ilgili topladığı verileri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Ay’ın özellikleri, dönme ve dolanma hareketleri ile ilgili verileri yorumlar ve değerlendirir.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FBAB8. Bilimsel Çıkarım Yapma, FBAB9. Bilimsel Model Oluşturma, KB2.6. Bilgi Toplama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KB2.7. Karşılaştırma, KB2.16. Muhakeme (Akıl Yürütme) (KB2.16.1. Tümevarımsal Akıl Yürütme)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E2.5. Oyunseverlik, E3.4. Gerçeği Arama, E3.8. Soru Sorma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D1. Adalet, D3. Çalışkanlık, D6. Dürüstlük, D7. Estetik, D8. Mahremiyet, D16. Sorumluluk,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Görsel Sanatlar, Din Kültürü ve Ahlak Bilgisi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merak sorusu oluşturma, görsel ve bilgi inceleme, bilgi toplama, rol oynama, çizim, veri yorumlama, grup çalışması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Ay yüzeyi ve hareketlerine ait görseller, güvenilir basılı veya dijital kaynaklar, Dünya-Ay hareket modeli, A4 kâğıdı, veri kayıt formu ve kontrol listesi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Ay, doğal uydu, küresel şekil, krater, ışığı yansıtma, dönme hareketi, dolanma hareketi, hareket yönü ve görünen yüz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Ay’ın gökyüzünde görülen bir gök cismi olduğunu, Dünya’ya yakın bulunduğunu ve farklı zamanlarda farklı biçimlerde görülebildiğini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Ay’ın şekli, yüzey özellikleri, ışık kaynağı olup olmadığı ve yaptığı hareketler hakkında açık uçlu sorular sorularak ön bilgiler ve merak edilen konular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Dünya’nın kendi ekseni etrafındaki dönme ve Güneş etrafındaki dolanma hareketleri ile Ay’ın dönme ve Dünya etrafındaki dolanma hareketleri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Sınıf, okul bahçesi veya bilişim ortamı; gece gözlemi zorunlu tutulmadan, açık alan çalışmaları için aile bilgilendirmesi ve güvenlik koşullarının gözetildiği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Ay’a ait güncel görseller ve güvenilir bilgiler incelenir. Ay’ın Dünya’nın doğal uydusu olduğu, küreye benzediği, ışık kaynağı olmadığı, Güneş’ten aldığı ışığı yansıttığı ve yüzeyinde kraterler bulunduğu nitelikleri tanımlanır.</w:t>
              <w:br/>
              <w:t>Öğrenciler Ay’ın özellikleri, kendi ekseni etrafındaki dönme hareketi ve Dünya etrafındaki dolanma hareketiyle ilgili verileri güvenilir kaynaklardan toplar. Ulaşılan bilgiler ve hareket yönleri veri kayıt formuna yazılır veya çizilir.</w:t>
              <w:br/>
              <w:t>Dünya ve Ay’ın hareketlerini temsil eden güvenli bir rol oynama ya da model çalışması yapılır. Ay’ın dönme ve dolanma hareketlerini aynı yönde gerçekleştirdiği; bu hareketlerin süreleri yaklaşık eşit olduğu için Dünya’dan bakıldığında Ay’ın hep aynı yüzünün görüldüğü sonucuna ulaşılır.</w:t>
              <w:br/>
              <w:t>Gruplar kayıtlarını karşılaştırarak verileri yorumlar ve değerlendirir. Ay’ın özellikleri ile dönme-dolanma hareketlerine ilişkin öğrenci açıklamaları kısa cevaplı sorular, yapılandırılmış grid ve kontrol listesiyle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Nitelikleri Tanımlama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Ay’ın temel özelliklerini bilimsel ifadelerle gösteren bilgi ve görsel inceleme formu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Veri Kaydı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Ay’ın dönme ve dolanma hareketlerini, yönlerini ve görünen yüzüyle ilişkisini gösteren çizim veya kayıt tablosu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Yorumlama ve 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Model ya da rol oynama çalışmasına dayalı gerekçeli öğrenci açıklaması, kısa cevaplı sorular ve kontrol listesi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Ay’ın özellikleri görsel kartlarla sunulur. Dönme ve dolanma hareketleri öğretmen rehberliğinde yavaş ve basamaklı bir modelle gösterilir; kısmen doldurulmuş veri kayıt formu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Ay’ın dönme ve dolanma hareketlerini gösteren basit bir animasyon hazırlayabilir veya Ali Kuşçu ve Cacabey’in gök bilimine katkılarını araştırarak kısa sunum yapabilir.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