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36.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36.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14-18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 ve Geri Dönüşüm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 ve Geri Dönüşüm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önemli olduğuna yönelik bilimsel çıkarımda bulunabilme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Yakın çevresinde atık yönetiminin uygulanabilirliğine ilişkin deneyimlerini yansıtabilme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ve geri dönüşüme ait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önemine ilişkin topladığı verileri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önemine ilişkin verileri değerlendirir.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Yakın çevresinde atık yönetimine ilişkin deneyimlerini gözden geçirir.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Yakın çevresinde atık yönetimine ilişkin deneyimlerine dayalı çıkarım yapar.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Yakın çevresinde atık yönetimine ilişkin ulaşılan çıkarımları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KB2.6. Bilgi Toplama, KB2.18.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D7. Estetik, D14. Saygı, D16. Sorumluluk, D17. Tasarruf,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OB4. Görsel Okuryazarlık, OB5. Kültür Okuryazarlığı, OB6. Vatandaşlık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Sosyal Bilgiler,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bilgi ve veri toplama, karşılaştırma, bilimsel çıkarım yapma, gözlem, deneyimleri gözden geçirme, yansıtma, grup çalışması ve öz-akran değerlendirmesi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geri dönüşüm ve kaynak kullanımına ait veri kartları, yakın çevre atık yönetimi gözlem formu, yansıtma günlüğü, çalışma kâğıdı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Doğal kaynak, etkili kullanım, geri dönüşüm, veri, bilimsel çıkarım, atık yönetimi, azaltma, yeniden kullanma, ayrıştırma, deneyim ve yansıtma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geri dönüştürülebilen ve dönüştürülemeyen evsel atıkları ayırt edebildiği, geri dönüşümün doğal kaynakların korunmasına katkı sağlayabileceğini bildiği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Önceki hafta kaydedilen geri dönüşüm ve kaynak kullanımı verileri incelenir. Evde, okulda veya yakın çevrede atıkların azaltılması, yeniden kullanılması ve ayrıştırılmasına ilişkin deneyimler paylaşılır.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Verilere dayalı bilimsel çıkarım oluşturma ile öğrencilerin kendi atık yönetimi deneyimlerini kanıtlar üzerinden değerlendirmesi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okulun uygun bölümü; gözlemlerin çevreye zarar vermeden yapıldığı, kişisel bilgi içermeyen kayıtların kullanıldığı ve yalnızca güvenli materyallerin incelendiği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Geri dönüşüm ile kaynakların etkili kullanımına ilişkin önceki hafta toplanan veriler gözden geçirilir. Eksik veya güvenilirliği belirsiz bilgiler ayıklanır; doğrulanan veriler tablo, grafik ya da kısa bilgi notu biçiminde düzenlenir.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verileri karşılaştırarak geri dönüşümün doğal kaynak, ham madde ve enerji kullanımına katkısına ilişkin bilimsel çıkarımlar oluşturur. Çıkarımların verilerle uyumu değerlendirilir ve gerekli düzeltmeler yapılır.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evde, okulda veya yakın çevrede atıkları azaltma, yeniden kullanma, kaynağında ayırma ve uygun toplama noktasına ulaştırma deneyimlerini gözden geçirerek yansıtma günlüğüne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Deneyimlerden hareketle yakın çevrede atık yönetiminin uygulanabilirliğine ilişkin çıkarımlar oluşturulur. Çıkarımlar uygulanabilirlik, sorumluluk ve çevresel katkı ölçütleriyle değerlendirilerek sınıfla paylaşılır.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Geri dönüşümün kaynakların etkili kullanımındaki önemini doğrulanmış verilerle açıklayan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Yansıtma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Yakın çevredeki atık yönetimi deneyimlerini, çıkarımları ve değerlendirmeleri içeren yansıtma günlüğü veya kısa rapor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veri tablosu veya grafik, öz-akran değerlendirmesi, öğretmen gözlem kayıtları ve öğrenci ürün dosyası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 hazır tablo veya grafik şablonuyla düzenlenir. Bilimsel çıkarım ve yansıtma günlüğü için kısa yönlendirici sorular ile örnek başlangıç cümleleri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okulda uygulanabilecek bir atık azaltma veya doğru ayrıştırma önerisi geliştirerek beklenen yararını ve uygulanabilirlik koşullarını kısa bir sunumla açıklayabilir.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