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5. Sınıf Fen Bilimleri Dersi 35.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35. Hafta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7-11 Haziran 2027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Sürdürülebilir Yaşam ve Geri Dönüşüm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Atıklar ve Geri Dönüşüm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FB.5.7.1.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atıklarda geri dönüştürülebilen ve dönüştürülemeyen maddeleri sınıflandırabilme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FB.5.7.2.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Kaynakların etkili kullanımı konusunda geri dönüşümün önemli olduğuna yönelik bilimsel çıkarımda bulunabilme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FB.5.7.1.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atıkların niteliklerini tanımlar.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atıkları geri dönüştürülebilen ve dönüştürülemeyen olarak ayrıştırır.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atıkları geri dönüştürülebilen ve dönüştürülemeyen olarak gruplandırır.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atıkları geri dönüştürülebilen ve dönüştürülemeyen olarak etiketler.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FB.5.7.2.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Kaynakların etkili kullanımı ve geri dönüşüme ait nitelikleri tanımlar.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Kaynakların etkili kullanımı konusunda geri dönüşümün önemine ilişkin topladığı verileri kaydeder.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Kaynakların etkili kullanımı konusunda geri dönüşümün önemine ilişkin verileri değerlendirir.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FBAB2. Sınıflandırma,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KB2.2. Gözlemleme, KB2.4. Çözümleme, KB2.6. Bilgi Toplama, KB2.18. Tartışma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E3.3. Yaratıcılık, E3.7. Sistematiklik, E3.10. Eleştirel Bakma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SDB1.1. Kendini Tanıma (Öz Farkındalık), SDB1.2. Kendini Düzenleme (Öz Düzenleme), SDB2.1. İletişim, SDB2.2. İş Birliği,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D3. Çalışkanlık, D5. Duyarlılık, D7. Estetik, D14. Saygı, D16. Sorumluluk, D17. Tasarruf, D18. Temizlik, D19. Vatanseverlik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OB4. Görsel Okuryazarlık, OB5. Kültür Okuryazarlığı, OB6. Vatandaşlık Okuryazarlığı, OB7. Veri Okuryazarlığı, OB8. Sürdürülebilirlik Okuryazarlığı, OB9. Sanat Okuryazarlığı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Sosyal Bilgiler, Görsel Sanatlar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gözlem, karşılaştırma, sınıflandırma, bilgi ve veri toplama, veri kaydetme, bilimsel çıkarım yapma, grup çalışması ve tartışma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 sınıf Fen Bilimleri ders kitabı, temiz ve kuru ambalaj örnekleri veya atık görsel kartları, geri dönüşüm sembolleri, sınıflandırma tablosu, kaynak kullanımı veri kartları, çalışma kâğıdı ve değerlendirme formu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atık, geri dönüşüm, geri dönüştürülebilen atık, dönüştürülemeyen atık, doğal kaynak, etkili kullanım, veri, kanıt ve bilimsel çıkarım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keepNext w:val="0"/>
        <w:keepLines w:val="0"/>
        <w:pageBreakBefore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evsel atıkların farklı özelliklere sahip olduğunu, bazı atıkların geri dönüştürülebildiğini ve atıkları kaynağında ayırmanın çevre temizliğine katkı sağladığını bildikleri kabul edilir.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Önceki hafta oluşturulan atık sınıflandırmaları gözden geçirilir. Geri dönüşümün kâğıt, cam, metal ve plastik gibi maddelerin üretiminde kullanılan kaynaklarla ilişkisine yönelik ön bilgiler belirlenir.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ürünü oluşturan maddenin yeniden üretim süreci ile atığın geri dönüştürülerek yeniden kullanılabilir bir ham maddeye dönüştürülmesi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okulun uygun bölümü; yalnızca temiz ve kuru ambalajların ya da görsel kartların kullanıldığı, kesici-kırık, kirli veya sağlığa zararlı atıkların sınıfa getirilmediği güvenli öğrenme ortamı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 örnekleri veya görsel kartlar; yapıldığı madde, geri dönüşüm işareti ve yerel toplama kuralları dikkate alınarak yeniden incelenir. Atıklar geri dönüştürülebilen ve dönüştürülemeyen olarak ayrıştırılır; uygun gruplar altında etiketlenir.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Sınıflandırmalar gerekçeleriyle karşılaştırılır. Yerel uygulamalara göre farklılık gösterebilen örnekler güvenilir bilgilerle kontrol edilir; hatalı gruplandırmalar düzeltilerek FB.5.7.1’e ilişkin öğrenci ürünleri tamamlanır.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Kâğıt, cam, metal ve plastik üretiminde kullanılan doğal kaynaklar ile bu maddelerin geri dönüşümüne ilişkin bilgiler toplanır. Kaynakların etkili kullanımı ve geri dönüşümün sağladığı katkılara ait veriler tabloya kaydedilir.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Veriler karşılaştırılarak geri dönüşümün ham madde ve enerji kullanımını azaltmaya katkı sağladığına yönelik kanıta dayalı çıkarımlar oluşturulur. Yazılı sınav bu hafta yapılırsa ders süreci okulun sınav programına göre düzenlenir.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Sınıflandırma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Evsel atıkları niteliklerine göre ayıran, gruplandıran ve uygun başlıklarla etiketleyen öğrenci çalışması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Veri ve Çıkarım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Geri dönüşüm ile kaynakların etkili kullanımı arasındaki ilişkiyi verilerle gösteren tablo ve gerekçeli bilimsel çıkarım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Yazılı Sınav Takvimi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2. Dönem 2. Yazılı Sınavı; 31 Mayıs-11 Haziran 2027 aralığında okulun belirlediği tarihte uygulanır.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Atıklar anlaşılır görsel kartlarla sunulur; grup başlıkları ve veri tablosunun sütunları hazır verilebilir. Bilimsel çıkarım için veri-kanıt-sonuç ilişkisini gösteren yönlendirici sorular kullanılabilir.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bir atık türünün üretimden geri dönüşüme uzanan sürecini araştırarak kaynak kullanımına katkısını karşılaştırmalı poster veya kısa dijital sunumla açıklayabilir.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