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5. Sınıf Fen Bilimleri Dersi 33.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33.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24-28 Mayıs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Yaşamımızdaki Elektrik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Basit Bir Elektrik Devresinde Ampul Parlaklığını Etkileyen Değişkenler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FB.5.6.3.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Bir elektrik devresindeki ampul parlaklığını etkileyen değişkenlerin neler olduğuna ilişkin hipotez oluşturabilme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FB.5.6.3.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Elektrik devrelerindeki ampul parlaklığını etkileyen değişkenleri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Pil ve ampul sayısını değiştirerek ampul parlaklığındaki değişimi neden-sonuç ilişkisi bağlamında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Ampul parlaklığındaki bağımlı, bağımsız ve kontrol edilen değişkenleri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Bağımsız değişken olarak pil sayısı ve ampul sayısını kontrol 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d)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Farklı elektrik devreleri üzerinden ampul parlaklığının pil sayısı ve ampul sayısına bağlı olarak değiştiğine yönelik önermelerde bulunur.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FBAB2. Sınıflandırma, FBAB6. Hipotez Oluşturma, FBAB7. Deney Yapma,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KB2.2. Gözlemleme, KB2.4. Çözümleme, KB2.6. Bilgi Toplama,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E3.3. Yaratıcılık, E3.7. Sistematiklik,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SDB1.1. Kendini Tanıma (Öz Farkındalık),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D3. Çalışkanlık, D16. Sorumluluk, D18. Temizlik,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OB2. Dijital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Bilişim Teknolojileri ve Yazılım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tahmin-gözlem-açıklama, kontrollü deney, değişkenleri belirleme ve kontrol etme, veri kaydetme, karşılaştırma, hipotez sınama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5. sınıf Fen Bilimleri ders kitabı, düşük gerilimli özdeş piller, pil yatakları, özdeş ampuller ve duylar, anahtar, bağlantı kabloları, devre şemaları, veri tablosu ve deney raporu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İstanbul’un Fethi (29 Mayıs)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Ampul parlaklığı, pil sayısı, ampul sayısı, bağımsız değişken, bağımlı değişken, kontrol edilen değişken, hipotez ve kontrollü deney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basit elektrik devresi kurabildiği; ampul parlaklığını etkileyebilecek pil ve ampul sayısına ilişkin hipotez yazabildiği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Önceki hafta yazılan hipotezler incelenir. Bir deneyde yalnızca bir değişkenin değiştirilmesi gerektiğine ilişkin örnekler üzerinden ön bilgiler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Farklı sayıda pil veya ampul içeren el feneri ve aydınlatma örnekleri ile devredeki eleman sayılarının ampul parlaklığına etkisi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laboratuvar; düşük gerilimli ve sağlam pillerin kullanıldığı, şehir elektriğine bağlantı yapılmadığı, kısa devreyi önlemek için bağlantıların öğretmen tarafından kontrol edildiği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pil sayısının ampul parlaklığına etkisine ilişkin hipotezlerini sınamak için özdeş ampul ve bağlantı elemanlarıyla iki devre tasarlar. Pil sayısı değiştirilirken diğer değişkenler sabit tutulur.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Devreler öğretmen kontrolünden sonra çalıştırılır; ampul parlaklıkları gözlenip karşılaştırılır. Pil sayısı arttıkça ampul parlaklığının arttığına ilişkin sonuç, deney verileriyle değerlendirilir.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Ampul sayısının parlaklığa etkisini incelemek için bu kez pil sayısı ve diğer koşullar sabit tutulur. Özdeş ampullerin sayısı değiştirilerek gözlem yapılır; ampul sayısı arttıkça parlaklığın azaldığı belirlenir.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Her deneyde bağımsız, bağımlı ve kontrol edilen değişkenler tabloya yazılır. Başlangıç hipotezleri kanıtlarla karşılaştırılır; geçerli hipotezler neden-sonuç ilişkisini açıklayan önermelere dönüştürülür.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Hipotez ve Değişkenler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Pil ve ampul sayısına ilişkin sınanabilir hipotezler ile bağımlı, bağımsız ve kontrol edilen değişken tablosu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Deney Verileri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Özdeş devrelerde pil ve ampul sayısına göre parlaklık değişimini gösteren gözlem ve karşılaştırma kayıtları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raporu, veri tablosu, analitik dereceli puanlama anahtarı, öz değerlendirme ve öğretmen gözlemleri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Devrelerin şemaları ve değişken tabloları hazır sunulabilir. Öğrenciler önce tek bir değişkeni inceleyen iki devreyi karşılaştırır; hipotez cümleleri örnek kalıpla desteklenebilir.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farklı devre şemalarındaki değişkenleri inceleyerek hangi devre çiftinin adil karşılaştırma oluşturduğunu gerekçelendirebilir ve yeni bir hipotez önerebilir.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