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5. Sınıf Fen Bilimleri Dersi 32.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32.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17-21 Mayıs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Yaşamımızdaki Elektrik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3+1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Devre Şemaları / Ampul Parlaklığını Etkileyen Değişkenler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FB.5.6.2.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Şemasını çizdiği elektrik devresine uygun deney yapabilme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FB.5.6.3.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Bir elektrik devresindeki ampul parlaklığını etkileyen değişkenlerin neler olduğuna ilişkin hipotez oluşturabilme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FB.5.6.2.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Çizdiği elektrik devresine uygun deney düzeneği tasarlar.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ile ilgili ölçme ve veri analizi yapar.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FB.5.6.3.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 devrelerindeki ampul parlaklığını etkileyen değişkenleri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Pil ve ampul sayısını değiştirerek ampul parlaklığındaki değişimi neden-sonuç ilişkisi bağlamında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Ampul parlaklığındaki bağımlı, bağımsız ve kontrol edilen değişkenleri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Bağımsız değişken olarak pil sayısı ve ampul sayısını kontrol 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d)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Farklı elektrik devreleri üzerinden ampul parlaklığının pil sayısı ve ampul sayısına bağlı olarak değiştiğine yönelik önermelerde bulunur.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FBAB2. Sınıflandırma, FBAB6. Hipotez Oluşturma, FBAB7. Deney Yapma,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KB2.2. Gözlemleme, KB2.4. Çözümleme, KB2.6. Bilgi Toplama,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E3.3. Yaratıcılık, E3.7. Sistematiklik,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SDB1.1. Kendini Tanıma (Öz Farkındalık),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D3. Çalışkanlık, D16. Sorumluluk, D18. Temizlik,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Bilişim Teknolojileri ve Yazılım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güvenli deney, devre şeması çizme, gözlem, veri kaydetme, hata belirleme, neden-sonuç ilişkisi kurma, değişkenleri belirleme ve hipotez oluşturma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5. sınıf Fen Bilimleri ders kitabı, düşük gerilimli piller, pil yatakları, özdeş ampuller ve duylar, anahtar, bağlantı kabloları, farklı devre şemaları, gözlem ve hipotez formu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19 Mayıs Atatürk’ü Anma ve Gençlik ve Spor Bayramı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Devre şeması, deney düzeneği, ampul parlaklığı, pil sayısı, ampul sayısı, değişken, neden-sonuç ilişkisi ve hipotez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devre elemanlarını sembolleriyle gösterebildiği, basit bir devre şeması çizebildiği ve şemaya uygun düşük gerilimli devre kurabildiği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Önceki hafta hazırlanan şema ve düzenekler karşılaştırılır; çalışmayan devrelerdeki bağlantı eksiklikleri ve sembol kullanımına ilişkin hatalar belirlenir.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 fenerinde pil sayısının veya bir aydınlatma düzeneğinde ampul sayısının değişmesi ile ampul parlaklığındaki değişim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laboratuvar; yalnızca düşük gerilimli pillerin kullanıldığı, şehir elektriğine kesinlikle bağlanılmadığı, kısa devreyi önlemek için devrelerin öğretmen gözetiminde kurulduğu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İlk 3 ders saatinde farklı basit elektrik devresi şemaları incelenir. Öğrenciler seçtikleri şemaya uygun düzeneği tasarlar; eleman sayıları, bağlantıların doğruluğu ve anahtarın konumu kontrol 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Düzenek öğretmen kontrolünden sonra çalıştırılır. Ampulün ışık verme durumu gözlemlenir; şema ile düzenek karşılaştırılır. Çalışmayan devrelerdeki sorunlar belirlenip giderilir ve deney verileri forma kaydedilir.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Sonraki 1 ders saatinde özdeş devre örnekleri karşılaştırılarak ampul parlaklığını etkileyebilecek pil sayısı ve ampul sayısı tanımlanır. Değişkenlerin neden-sonuç ilişkisi içindeki rolleri tartışılır.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pil sayısı veya ampul sayısı değiştirildiğinde parlaklığın nasıl değişeceğine ilişkin sınanabilir hipotezler yazar. Hipotezlerde bağımsız, bağımlı ve kontrol edilen değişkenler belirlenir.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Şema ve Deney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Devre şemasına uygun kurulan güvenli düzenek, gözlem kaydı ve hata düzeltme açıklaması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Değişken ve Hipotez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Pil veya ampul sayısı ile parlaklık arasındaki ilişkiye yönelik sınanabilir hipotez ve değişken tablosu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raporu, hipotez formu, analitik dereceli puanlama anahtarı ve öğretmen gözlemleri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Devre şemaları aşamalı ve renk kodlu bağlantı yönergeleriyle sunulur. Değişken tablosunun başlıkları ve hipotez cümlesinin başlangıcı hazır verilebilir.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hatalı çizilmiş bir devre şemasını veya çalışmayan bir düzeneği inceleyerek sorunu belirleyebilir ve gerekçeli düzeltme önerisi hazırlayabilir.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