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31.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31.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10-14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Yaşamımızdaki Elektrik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Elemanlarının Sembollerle Gösterimi ve Devre Şemaları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FB.5.6.1.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sınıflandırabilme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FB.5.6.2.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Şemasını çizdiği elektrik devresine uygun deney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FB.5.6.1.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elemanların sembollerini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elemanların sembollerini niteliklerine göre etiketler.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FB.5.6.2.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Çizdiği elektrik devresine uygun deney düzeneği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Deney ile ilgili ölçme ve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FBAB6. Hipotez Oluşturma, FBAB7. Deney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KB2.6. Bilgi Toplama,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D16. Sorumluluk, D18. Temizlik,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kart eşleştirme, sınıflandırma, devre şeması çizme, güvenli deney, gözlem, veri kaydetme, karşılaştırma ve grup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devre elemanı ve sembol kartları, düşük gerilimli pil, pil yatağı, ampul, duy, anahtar, bağlantı kabloları, devre şeması ve deney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Pil, ampul, anahtar, bağlantı kablosu, pil yatağı, duy, devre sembolü, devre şeması, açık devre ve kapalı devre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pil, ampul, anahtar ve bağlantı kablosundan oluşan basit elektrik devresini tanıdığı; devrenin çalışması için bağlantıların tamamlanması gerektiğini bildiği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Görselleri verilen devre elemanlarının adları, görevleri ve varsa sembolleri sorularla belirlenir; sembolü olan ve olmayan elemanlara ilişkin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Harita, trafik ve matematik sembollerinin ortak bir anlatım sağlaması ile elektrik devrelerinde ortak sembollerin kullanılması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laboratuvar; yalnızca düşük gerilimli pillerin kullanıldığı, şehir elektriğiyle bağlantı kurulmadığı, kısa devre ve hasarlı pil riskine karşı tüm bağlantıların öğretmen tarafından kontrol edildiği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İlk 2 ders saatinde pil, ampul, anahtar, bağlantı kablosu, pil yatağı ve duy görselleri incelenir. Elemanların adları ve görevleri belirlenir; pil, ampul, anahtar ve bağlantı kablosunun ortak devre sembolleri çizilir.</w:t>
              <w:br/>
              <w:t>Devre elemanları kendilerine özgü sembollerinin bulunup bulunmamasına göre ayrıştırılır, gruplandırılır ve uygun başlıklarla etiketlenir. Görsel-sembol-görev kartları eşleştirilir; ortak sembol dilinin sağladığı kolaylıklar tartışılır.</w:t>
              <w:br/>
              <w:t>Sonraki 2 ders saatinde öğrenciler pil, ampul, anahtar ve bağlantı kablosundan oluşan basit bir devrenin şemasını çizer. Şemadaki eleman sayıları ve bağlantılar kontrol edilerek şemaya uygun deney düzeneği tasarlanır.</w:t>
              <w:br/>
              <w:t>Düşük gerilimli pil devresi öğretmen kontrolünden sonra kurulur ve ampulün ışık verme durumu gözlemlenir. Şema ile düzenekteki elemanlar karşılaştırılır; gözlem ve veriler deney formuna kaydedilerek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 sembolünün olup olmamasına göre doğru gruplandıran ve etiketleyen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Şema ve Düzenek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Çizilen devre şeması, şemaya uygun güvenli deney düzeneği ve gözlem kaydı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Kart eşleştirme çalışması, deney formu, analitik dereceli puanlama anahtarı ve öğretmen gözlemleri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elemanlarının görselleri, adları ve sembolleri ayrı kartlarla sunulur. Bağlantı yönleri kısmen çizilmiş şema ve öğretmen tarafından önceden kontrol edilmiş düzenek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aynı devreyi farklı yerleşimlerle çizerek sembollerin devre elemanlarının gerçek görünüşünden bağımsız ortak bir dil oluşturmasını gerekçelendirebilir.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