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26.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26.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5-9 Nisan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Doğası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Isı ve Sıcaklık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FB.5.5.3.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Sıcaklığı farklı olan sıvıların karıştırılması sonucu ısı alışverişi olduğuna yönelik bilimsel çıkarım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FB.5.5.3.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Sıvılar arasındaki ısı alışverişinin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Sıvıların karıştırılmadan önceki ve sonraki sıcaklıklarına dair verileri toplar ve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Karıştırılan sıvılar arasında ısı alışverişi olduğunu yorumlayarak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FBAB2. Sınıflandırma, FBAB3. Bilimsel Gözleme Dayalı Tahmin, FBAB8. Bilimsel Çıkarım Yapma, FBAB9. Bilimsel Model Oluşturma,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KB2.2. Gözlemleme, KB2.4. Çözümleme, KB2.6. Bilgi Toplama, KB2.9. Genelleme, KB2.18. Tartışma,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E1.3. Azim ve Kararlılık, E1.5. Kendine Güvenme (Öz Güven), E2.5. Oyunseverlik, E3.3. Yaratıcılık, E3.4. Gerçeği Arama,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 (Öz Düzenleme), SDB2.1. İletişim, SDB2.2. İş Birliği, SDB2.3. Sosyal Farkındalık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D2. Aile Bütünlüğü, D3. Çalışkanlık, D11. Özgürlük, D12. Sabır, D16. Sorumluluk, D17. Tasarruf,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Sosyal Bilgiler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Tahmin-gözlem-açıklama, güvenli deney, ölçme, veri kaydetme, karşılaştırma, bilimsel çıkarım, raporlama ve grup çalışması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öğretmen tarafından hazırlanmış güvenli sıcaklıklarda ılık ve serin su, kırılmaz kaplar, dijital termometre, ölçüm ve tahmin formu, deney raporu ve dereceli puanlama anahtarı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1. Yazılı Sınavı: 5-16 Nisan 2027 tarih aralığında, zümre öğretmenler kurulu kararında belirlenen tarihte uygulanır. Sınav tarihi: …/…/2027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Isı alışverişi, sıcaklık farkı, ısı alan madde, ısı veren madde, sıcaklık değişimi, termal denge, ilk sıcaklık ve son sıcaklık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ısının sıcaklıkları farklı maddeler arasında aktarılabilen bir enerji olduğunu ve sıcaklığın termometreyle ölçüldüğünü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Sıcaklıkları farklı aynı tür iki sıvı karıştırıldığında oluşacak son sıcaklığın nasıl değişeceğine ilişkin tahminler alınır ve gerekçeleri kaydedilir.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Sıcak bir içeceğin zamanla soğuması veya serin bir sıvının ılık ortamda sıcaklığının artması ile maddeler arasındaki ısı alışverişi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laboratuvar; yalnızca güvenli sıcaklıklardaki sıvıların, kırılmaz kapların ve öğretmen gözetimindeki termometrelerin kullanıldığı; dökülmelere karşı çalışma yüzeyinin korunduğu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aynı türden, sıcaklıkları farklı iki sıvı karıştırıldığında son sıcaklığın nasıl değişeceğini tahmin eder. Isının hangi sıvıdan hangisine aktarılacağına ilişkin önermelerini tahmin formuna yazar.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Öğretmen tarafından güvenli sıcaklıklarda hazırlanmış eşit miktardaki ılık ve serin suyun ilk sıcaklıkları ölçülür. Sıvılar kırılmaz bir kapta karıştırılır; son sıcaklık ölçülerek ölçüm tablosuna kaydedilir ve tahminlerle karşılaştırılır.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Verilerden hareketle ısının sıcaklığı yüksek sıvıdan sıcaklığı düşük sıvıya aktarıldığı ve aktarımın sıcaklıklar eşitleninceye kadar sürdüğü çıkarımına ulaşılır. Eşit sıcaklıktaki maddeler arasında ısı alışverişi olmadığı belirtilir.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 deney verilerini, çıkarımlarını ve günlük yaşam örneklerini kısa rapora dönüştürür. Rapor dereceli puanlama anahtarıyla değerlendirilir; yazılı sınav bu hafta yapılırsa ders süreci okulun sınav programına göre düzenlenir.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Tahmin ve Veri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Sıvıların ilk ve son sıcaklıklarını, tahmini ve ölçüm sonucunu gösteren kayıt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Isı aktarımının yönünü ve sıcaklıkların eşitlenmesini ölçüm verileriyle açıklayan deney raporu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Dereceli puanlama anahtarı, çalışma kâğıdı, öğrenci raporu ve öğretmen gözlem kayıtları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basamakları görsel ve numaralı yönergeyle sunulur. Ölçüm tablosunun değişken başlıkları hazır verilir; ısı aktarım yönü oklarla gösterilebilir.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başlangıç sıcaklıklarına ait öğretmen tarafından sağlanan verileri karşılaştırarak son sıcaklığın hangi aralıkta olacağına ilişkin gerekçeli tahminler oluşturabilir.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