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23.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23.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15-19 Mart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Işığın Dünyası / Maddenin Doğası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Gölgenin Oluşumu / Maddenin Tanecikli Yapısı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FB.5.4.3.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gölgeyi bilimsel olarak gözlemleyebilme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FB.5.5.1.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tanecikli, boşluklu ve hareketli yapısına göre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FB.5.4.3.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gölgenin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gölgeye ait elde ettiği verileri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gölgeyi etkileyen değişkenleri açıklar.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FB.5.5.1.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Maddelerin tanecikli, boşluklu ve hareketli yapısının niteliklerini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tanecikli, boşluklu ve hareketli yapısına göre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tanecikli, boşluklu ve hareketli yapısına göre katı, sıvı ve gaz olarak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tanecikli, boşluklu ve hareketli yapılarına göre farklı gruplar altında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FBAB1. Bilimsel Gözlem, 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KB2.18.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E1.2. Bağımsızlık, E3.7. Sistematiklik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SDB2.3. Sosyal Farkındalık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D2. Aile Bütünlüğü, D3. Çalışkanlık, D10. Mütevazılık, D11. Özgürlük, D12. Sabır, D16. Sorumluluk, D17. Tasarruf,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Matematik, Sosyal Bilgiler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bilimsel gözlem, değişkenleri kontrol etme, ölçme, veri kaydetme, model inceleme, karşılaştırma, sınıflandırma,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güvenli LED el feneri, farklı büyüklükte opak cisimler, beyaz ekran, cetvel, gözlem tablosu, kapalı saydam kaplar, boncuk veya küçük toplar ve model kartları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Şehitler Günü (18 Mart); Türk Dünyası ve Toplulukları Haftası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gölge, gölge büyüklüğü, değişken, madde, kütle, hacim, tanecikli yapı, tanecikler arası boşluk ve tanecik hareketi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tam gölgenin ışık kaynağı, opak cisim ve ekranla oluştuğunu; katı, sıvı ve gaz maddelerin kütleye ve hacme sahip olduğunu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Tam gölge düzeneklerine ilişkin önceki gözlem kayıtları incelenir. Maddenin bütünsel mi yoksa tanecikli mi olduğu sorusuna verilen cevaplarla yeni üniteye ilişkin ön bilgiler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Gölge büyüklüğünün uzaklıklara bağlı değişmesi ile bilimsel incelemelerde tek bir değişkenin değiştirilmesi; uzaktan bütün görünen kumun taneciklerden oluşması ile maddenin tanecikli yapısı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laboratuvar; LED ışık kaynaklarının göze yöneltilmediği, ölçümlerin sabit ve düzenli bir zeminde yapıldığı, küçük model parçalarının kontrollü kullanıldığı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İlk 2 ders saatinde opak cisim ve ekran sabit tutularak ışık kaynağının cisme uzaklığı değiştirilir; ardından ışık kaynağı sabit tutularak cismin konumu değiştirilir. Her durumda gölge büyüklüğü ölçülüp tabloya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Veriler karşılaştırılır. Işık kaynağı cisme yaklaştıkça gölgenin büyüdüğü, uzaklaştıkça küçüldüğü; cisim ışık kaynağına yaklaştıkça gölgenin büyüdüğü açıklanır. Değişkenleri gösteren çizim ve kısa çalışma kâğıdıyla FB.5.4.3 değerlendirilir.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Sonraki 2 ders saatinde kütlesi olan ve boşlukta yer kaplayan varlıkların madde olduğu örneklerle hatırlatılır. Maddelerin taneciklerden oluştuğu; tanecikler arasında boşluk bulunduğu ve taneciklerin hareketli olduğu kapalı kaplardaki boncuk modelleriyle incelenir.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Katı, sıvı ve gaz modellerinde taneciklerin yakınlığı, düzeni ve hareketi hakkında ilk nitelikler belirlenir. Öğrenciler gözlemlerini model çizimleriyle kaydeder; sınıflandırmada kullanılacak ölçütleri oluşturur ve sonraki hafta tamamlanmak üzere bir bilgi haritası başlatır.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Gölge Verileri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Uzaklık değişimine bağlı gölge büyüklüğünü gösteren ölçüm tablosu ve gerekçeli açıklama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Model Kaydı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tanecikli, boşluklu ve hareketli yapısını gösteren model çizimleri ve belirlenen nitelikler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Çalışma kâğıdı, gözlem tablosu, başlangıç bilgi haritası ve öğretmen gözlem kayıtları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Gölge deneyinde değiştirilen, kontrol edilen ve gözlenen değişkenler renk kodlu yönergeyle gösterilir. Tanecik modelleri büyük parçalarla ve aşamalı görsellerle sunulur.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gölge büyüklüğünü etkileyen uzaklıkları farklı ölçüm değerleriyle karşılaştırabilir veya tanecik yapısını gösteren hareketli bir dijital model hazırlayabilir.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