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21-25 Eylül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Gökyüzündeki Komşularımız ve Biz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Gökyüzündeki Komşumuz: Güneş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FB.5.1.1.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yapısı ve dönme hareketi ile ilgili bilgileri toplayabilme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FB.5.1.1.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yapısı ve dönme hareketi ile ilgili bilgiye ulaşmak için kullanacağı araçları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Belirlediği araçları kullanarak Güneş’in yapısı ve dönme hareketi hakkında bilgileri bulur.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yapısı ve dönme hareketi hakkında bulduğu bilgileri doğrular.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yapısı ve dönme hareketi hakkında ulaşılan bilgileri kaydeder.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FBAB8. Bilimsel Çıkarım Yapma, FBAB9. Bilimsel Model Oluşturma, 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KB2.16. Muhakeme (Akıl Yürütme) (KB2.16.1. Tümevarımsal Akıl Yürütme)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E2.5. Oyunseverlik, E3.4. Gerçeği Arama,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D6. Dürüstlük, D7. Estetik, D8. Mahremiyet,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Din Kültürü ve Ahlak Bilgisi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merak sorusu oluşturma, bilgi toplama, kaynak inceleme, görsel karşılaştırma, tartışma ve bireysel çalışma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Güneş görselleri, güvenilir basılı veya dijital kaynaklar, farklı büyüklükte iki top, bilgi toplama formu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Güneş, yıldız, küresel şekil, sıcak gaz, katman, ısı ve ışık kaynağı, görünen büyüklük ve güvenli gözlem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Güneş’in gökyüzünde görülen, Dünya’ya ısı ve ışık sağlayan bir gök cismi olduğunu ve Dünya’nın küreye benzeyen bir şekle sahip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şekli, büyüklüğü, yapısı ve Dünya için önemi hakkında kısa sorular sorularak öğrencilerin ön bilgileri ve merak ettikleri konular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Dünya’nın katmanlı yapısı ile Güneş’in de katmanlardan oluşması; uzaktaki büyük bir cismin küçük görünmesi ile Güneş’in Dünya’dan görünümü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Sınıf, kütüphane veya bilişim ortamı; Güneş’e doğrudan bakılmadan, güvenilir basılı ve dijital kaynakların öğretmen rehberliğinde kullanıldığı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Güneş hakkında merak ettikleri soruları oluşturur. Güneş’in yapısı ve özellikleriyle ilgili bilgiye ulaşmak için kullanılabilecek ders kitabı, ansiklopedi, güvenilir internet kaynağı ve görsel materyal gibi araçlar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Belirlenen kaynaklardan Güneş’in bir yıldız olduğu, küreye benzediği, sıcak gazlardan ve katmanlardan oluştuğu, Dünya’nın ısı ve ışık kaynağı olduğu bilgileri bulunur. Katman adlarına girilmeden yapısal özellikler ele alınır.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büyüklükteki cisimler farklı uzaklıklardan incelenerek görünen büyüklük ile uzaklık arasında ilişki kurulur. Güneş’in Dünya’dan çok büyük olmasına rağmen çok uzakta bulunduğu için küçük göründüğü sonucuna ulaşılır.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Toplanan bilgiler bilgi formuna kaydedilir ve kaynaklar karşılaştırılır. Güneş’e çıplak gözle ya da güneş filtresi olmayan dürbün, teleskop, mercek ve kamera gibi araçlarla doğrudan bakılmaması gerektiği açıkça vurgulanır.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Araç Belirleme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hakkında bilgi edinmek için kullanılabilecek uygun araç ve kaynakları gösteren öğrenci listesi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Bilgi Toplama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Güneş’in şekli, yapısı, büyüklüğü ve Dünya için önemine ilişkin bilgileri kaynaklarıyla kaydeden çalışma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Kısa cevaplı sorular, eşleştirme, yapılandırılmış grid ve bilgi toplama sürecine ilişkin öğretmen gözlemi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 türleri ve temel Güneş özellikleri görsellerle sunulur. Güvenilir kaynak seçimi öğretmen rehberliğinde yapılır; başlıkları verilmiş bilgi toplama formu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Battani veya Fergani’nin Güneş’le ilgili çalışmalarını araştırarak doğruladıkları bilgileri kısa bir bilgi notu ya da poster hâline getirebilir.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