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5. Sınıf Fen Bilimleri Dersi 18.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18.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18-22 Ocak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Canlıların Yapısına Yolculuk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FB.5.3.4.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sisteminin sağlığı için yapılması gerekenler konusunda bilgi toplayabilme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FB.5.3.4.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sisteminin sağlığı ile ilgili bilgiye ulaşmak için kullanacağı araçları belirler.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Belirlediği araçları kullanarak destek ve hareket sisteminin sağlığı hakkında bilgiler bulur.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sisteminin sağlığı hakkında bulduğu bilgileri doğrular.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Ulaştığı bilgileri kaydeder.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KB2.7. Karşılaştırma, KB2.13. Yapılandırma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KB2.18. Tartışma,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E2.1. Empati, E2.2. Sorumluluk, E2.5. Oyunseverlik, E3.2. Odaklanma, E3.4. Gerçeği Arama, E3.7. Sistematik Olma, E3.8. Soru Sorma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SDB1.2. Kendini Düzenleme (Öz Düzenleme), SDB2.1. İletişim, SDB2.2. İş Birliği,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D3. Çalışkanlık, D5. Duyarlılık, D12. Sabır, D13. Sağlıklı Yaşam, D14. Saygı, D15. Sevgi, D16. Sorumluluk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OB2. Dijital Okuryazarlık, OB4. Görsel Okuryazarlık,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Görsel Sanatlar, Türkçe, Sosyal Bilgiler, Bilişim Teknolojileri ve Yazılım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örnek olay inceleme, tartışma, bilgi toplama, kaynak karşılaştırma, doğrulama, rapor veya poster hazırlama ve öz değerlendirme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5. sınıf Fen Bilimleri ders kitabı, güvenilir basılı veya dijital kaynaklar, örnek olay metni, bilgi toplama ve kaynak doğrulama formu, poster veya rapor şablonu ve değerlendirme araçları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 sağlığı, dengeli beslenme, uygun fiziksel etkinlik, doğru duruş, güvenli hareket, kemik kırığı, güvenilir kaynak ve bilgi doğrulama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destek ve hareket sisteminin temel yapılarını bildikleri; dengeli beslenme, uygun fiziksel etkinlik ve güvenli davranışların sağlık için önemli olduğunun farkında oldukları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Uzun süre hareketsiz kalma, yanlış duruş, ağır yük taşıma veya yaşa uygun olmayan etkinlikleri içeren örnek olaylar üzerinden öğrencilerin ön bilgileri ve merak ettikleri sorular belirlenir.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Günlük yaşam alışkanlıkları ile destek ve hareket sisteminin sağlığını korumaya yönelik davranışlar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Sınıf, kütüphane veya bilişim ortamı; güvenilir kaynakların öğretmen rehberliğinde kullanıldığı, sağlıkla ilgili kişisel bilgi paylaşımının zorunlu tutulmadığı güvenli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Destek ve hareket sisteminin sağlığını etkileyen bir örnek olay tartışılır. Araştırılacak sorular belirlenir; bilgiye ulaşmak için ders kitabı, güvenilir kurum kaynakları, basılı kaynaklar veya alan uzmanı görüşü gibi uygun araçlar seçilir.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Dengeli beslenme, yaşa ve bedene uygun düzenli fiziksel etkinlik, doğru duruş, uzun süre hareketsiz kalmama, güvenli yük taşıma ve düşme-çarpma risklerine karşı önlem alma konularında bilgiler toplanır. Sağlık sorunu olarak yalnızca kemik kırığına değinilir; diğer hastalıklara girilmez.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Bulunan bilgiler birden fazla güvenilir kaynakla, öğretmen rehberliğiyle veya alan uzmanı görüşüyle karşılaştırılarak doğrulanır. Kaynağı belirsiz, çelişkili ya da kişisel görüşe dayalı ifadeler ayırt edilir.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Doğrulanan bilgiler başlıklar hâlinde bilgi toplama formuna kaydedilir ve poster, afiş, kısa rapor veya sunuma dönüştürülür. Ürünler bilimsel doğruluk, kaynak kullanımı ve uygulanabilir öneriler bakımından kontrol listesiyle değerlendirilir.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Araç Belirleme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Araştırma sorularına uygun ve güvenilir bilgi araçlarını gerekçesiyle gösteren öğrenci planı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Bilgiyi Bulma ve Doğrulama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Farklı kaynaklardan elde edilen bilgileri karşılaştıran kaynak doğrulama formu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Bilgiyi Kaydetme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Doğrulanmış bilgileri içeren poster, afiş, kısa rapor veya sunum ile değerlendirme formu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Güvenilir kaynak seçme ölçütleri basamaklandırılır. Alt başlıkları verilmiş bilgi toplama formu, örnek kaynak künyesi ve kısmen tamamlanmış poster ya da rapor şablonu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destek ve hareket sistemi sağlığı konusunda bir alan uzmanına yöneltilecek soruları hazırlayıp elde edilen doğrulanmış bilgileri sınıf için kısa bir bilgilendirme metnine dönüştürebilir.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