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17.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17.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11-15 Ocak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Canlıların Yapısına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niteliklerine göre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sistemine ait yapıları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KB2.7. Karşılaştırma, KB2.13. Yapılandırma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KB2.18. Tartışma,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E2.1. Empati, E2.2. Sorumluluk, E2.5. Oyunseverlik, E3.2. Odaklanma, E3.4. Gerçeği Arama, E3.7. Sistematik Olma,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D12. Sabır, D13. Sağlıklı Yaşam, D14. Saygı, D15. Sevgi, D16. Sorumluluk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Türkçe, Sosyal Bilgiler,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görsel ve model inceleme, karşılaştırma, sınıflandırma, etiketleme, grup çalışması, tartışma ve kavram haritası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iskelet ve kas sistemi görselleri veya modeli, kemik-eklem-kas örnek kartları, sınıflandırma tablosu, kavram haritası ve çalışma kâğıdı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Uzun, kısa ve yassı kemik; oynar, yarı oynar ve oynamaz eklem; çizgili kas, düz kas ve kalp kası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destek ve hareket sisteminin iskelet ile kaslardan, iskeletin ise kemik, kıkırdak ve eklemlerden oluştuğunu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kemik, eklem ve kas görselleri incelenerek öğrencilerin bu yapıları hangi özelliklere göre gruplandırdıkları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nesnelerin biçim, hareket yeteneği ve görevlerine göre sınıflandırılması ile destek ve hareket sistemi yapılarının niteliklerine göre sınıflandırılması arasında ilişki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laboratuvar; insan vücudu üzerinde zorlayıcı hareketler denenmeden, yalnızca güvenli görsel ve modeller üzerinden inceleme yapılan iş birlikli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Kemiklerin biçimlerine ilişkin nitelikler belirlenir. Uzun, kısa ve yassı kemikler uygun görseller ve örnekler üzerinden ayrıştırılır; örnekler sınıflandırma tablosunda ilgili gruplara yerleştirilir.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Eklemler hareket yeteneklerine göre oynar, yarı oynar ve oynamaz eklem olarak sınıflandırılır. Kol ve bacak, omurga ve kafatasına ait örnekler görseller üzerinde uygun gruplarla eşleştirilir.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Kaslar çizgili kas, düz kas ve kalp kası olarak gruplandırılır. Bulundukları yerler ve temel görevleri karşılaştırılır; kasların ayrıntılı yapısına ve çalışma mekanizmasına girilmez.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Kemik, eklem ve kas çeşitleri bir kavram haritasında bütünleştirilir; iskelet ve kas görselleri üzerinde uygun yapılar etiketlenir. Gruplandırmalar gerekçeleriyle paylaşılır ve eşleştirme veya yapılandırılmış grid ile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Kemikleri 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Uzun, kısa ve yassı kemikleri nitelik ve örnekleriyle doğru gruplandıran tablo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Eklem ve Kaslar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Eklem ve kas çeşitlerini temel özellikleri ve bulundukları yerlerle eşleştiren çalışma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Etiketlenmiş sistem görseli, kavram haritası, eşleştirme testi veya yapılandırılmış grid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Her yapı grubu için ayırt edici nitelikler ve örnek görseller birlikte sunulur. Başlıkları hazır sınıflandırma tablosu ve sözcük havuzu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seçtikleri günlük bir hareket sırasında görev alan kemik, eklem ve kasları görsel üzerinde sınıflandırıp aralarındaki ilişkiyi açıklayabilir.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