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16.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16.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4-8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Canlıların Yapısına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niteliklerine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KB2.13.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KB2.18. Tartışma,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E2.1. Empati, E2.2. Sorumluluk, E2.5. Oyunseverlik, E3.2. Odaklanma, E3.4. Gerçeği Arama, E3.7. Sistematik Olma,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D12. Sabır, D13. Sağlıklı Yaşam, D14. Saygı, D15. Sevgi, D16. Sorumluluk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Türkçe, Sosyal Bilgiler,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günlük yaşam örneği inceleme, görsel ve model inceleme, sınıflandırma, şema oluşturma, grup tartışması ve bireysel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iskelet ve kas sistemi görselleri veya modeli, yapı kartları, sınıflandırma şeması, çalışma kâğıdı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 Dönem 2. Yazılı Sınavı: 28 Aralık 2026-8 Ocak 2027 tarih aralığında, zümre öğretmenler kurulu kararında belirlenen tarihte uygulanır. Sınav tarihi: …/…/……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sistemi, iskelet, kas, kemik, kıkırdak, eklem, destek, koruma ve hareket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vücutlarını dik tutan ve hareket etmelerini sağlayan yapıların bulunduğunu, hareket sırasında vücudun farklı bölümlerinin birlikte çalıştığını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Ayakta durma, yürüme, yazı yazma ve bir nesneyi kaldırma durumlarında görev alan vücut yapıları açık uçlu sorularla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binanın taşıyıcı sistemi ile vücudun biçimini ve dik duruşunu sağlayan iskelet arasında; menteşe ile kemiklerin birleştiği eklemler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laboratuvar; hareketlerin öğrencilerin fiziksel özelliklerine uygun ve zorlayıcı olmadan yapıldığı, iskelet modeli ile görsellerin güvenli biçimde kullanıldığı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yapılan basit hareketler üzerinden destek ve hareket sisteminin vücudun dik durmasını, biçim kazanmasını, iç organların korunmasını ve hareket etmesini sağladığı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yapıların temel nitelikleri görsel, şema veya model üzerinden incelenir. Sistem iskelet ve kas olarak iki ana gruba ayrılır; iskeletin kemik, kıkırdak ve eklemlerden oluştuğu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Kemiklerin iskeletin ana yapısını oluşturduğu, kıkırdağın daha yumuşak ve esnek olduğu, eklemlerin kemiklerin birleştiği bölgelerde bulunduğu ve kasların kasılıp gevşeyerek harekete katkı sağladığı açıklanır. Yapıların ayrıntılı işleyişine girilmez.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Yapı kartları niteliklerine göre iskelet veya kas başlığı altında gruplandırılır ve şema üzerinde etiketlenir. Sınıflandırma gerekçeleri tartışılır; çalışma kâğıdıyla değerlendirme yapılır. Yazılı sınavın bu hafta yapılması hâlinde süreç okulun sınav programına göre düzenlenir.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Nitelikleri Tanımlama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sisteminin görevlerini ve temel yapıların niteliklerini gösteren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 iskelet ve kas olarak ayıran; kemik, kıkırdak ve eklemleri iskelet altında gösteren şema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Etiketleme çalışması, çalışma kâğıdı, eşleştirme soruları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Yapılar renk veya sembollerle ayrılmış görsel kartlarla sunulur. İskelet ve kas ana başlıkları hazır verilen, kısmen tamamlanmış sınıflandırma şeması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destek ve hareket sistemi ile bir binanın taşıyıcı sistemi arasındaki benzer ve farklı yönleri görsel bir karşılaştırma üzerinde gerekçelendirebilir.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