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14.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14.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21-25 Aralık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Canlıların Yapısına Yolculuk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Hücre ve Organelleri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 hücrelerini temel kısımları ve özellikleri açısından karşılaştırabilme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FB.5.3.1.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 hücrelerinin özelliklerini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 hücrelerinin benzer özelliklerini listeler.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 hücrelerinin farklı özelliklerini listeler.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KB2.7. Karşılaştırma, KB2.13. Yapılandırma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KB2.18. Tartışma,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E2.1. Empati, E2.2. Sorumluluk, E2.5. Oyunseverlik, E3.2. Odaklanma, E3.4. Gerçeği Arama, E3.7. Sistematik Olma, E3.8. Soru Sorma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D12. Sabır, D13. Sağlıklı Yaşam, D14. Saygı, D15. Sevgi, D16. Sorumluluk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 Sanatlar, Türkçe, Sosyal Bilgiler,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bilgi ve görsel inceleme, analoji, karşılaştırma, model veya poster oluşturma, grup çalışması, sunum ve akran değerlendirmesi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bitki ve hayvan hücresi görselleri, organel-görev kartları, güvenli model veya poster malzemeleri, karşılaştırma tablosu ve analitik dereceli puanlama anahtarı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Hücre zarı, sitoplazma, çekirdek, hücre duvarı, mitokondri, ribozom, endoplazmik retikulum, Golgi aygıtı, koful, kloroplast, lizozom ve sentrozom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bitki ve hayvan hücrelerinin temel kısımlarını bildikleri ve bu hücrelere ait gözlem ya da görselleri inceleyebildikleri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Hücrenin temel kısımları, organellerin görevleri ve hangi hücre çeşidinde bulundukları eşleştirme sorularıyla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kurumda farklı görevleri yerine getiren birimlerin birlikte çalışması ile hücrede farklı görevler üstlenen yapı ve organellerin uyumlu çalışması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atölye; küçük parçaların ağıza alınmadığı, kesici araçların yalnızca öğretmen gözetiminde kullanıldığı ve güvenli model malzemelerinin tercih edildiği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Hücre zarı, sitoplazma ve çekirdeğin iki hücre çeşidinde ortak olduğu belirlenir. Hücredeki yapı ve organellerin adları ile temel görevleri organel-görev kartları ve görseller üzerinden eşleştirilir; ayrıntılı yapılara girilmez.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 hücreleri; şekil, hücre duvarı, kloroplast, koful ve sentrozom gibi özellikler açısından karşılaştırılır. Ortak ve farklı özellikler uygun başlıklar altında listelenerek karşılaştırma tablosu tamamlanır.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Gruplar bir bitki veya hayvan hücresini temsil eden model, poster ya da dijital içerik hazırlar. Temel kısımlar ve organeller uygun biçimde etiketlenir; görevleri kısa ve bilimsel ifadelerle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Ürünler bilimsel doğruluk, hücre türüne uygunluk, etiketleme ve açıklama ölçütleriyle sunulur. Akran geri bildirimi ve güvenilir kaynak karşılaştırmasına göre eksik veya hatalı bölümler düzeltilir; analitik dereceli puanlama anahtarıyla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Karşılaştırma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Bitki ve hayvan hücrelerinin ortak ve farklı özelliklerini doğru başlıklarda gösteren tablo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Öğrenci Ürünü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Temel kısımlar ile yapı ve organelleri hücre türüne uygun gösteren model, poster veya dijital içerik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Organel-görev eşleştirmesi, akran değerlendirme formu ve analitik dereceli puanlama anahtarı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Yapı ve organeller görsel kartlarla eşleştirilir. Hücre türüne göre kullanılacak yapıların listelendiği kontrol çizelgesi ve etiketleri hazır model şablonu sunulabilir.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bitki ve hayvan hücresinin özelliklerini sınıflandıran basılı ya da dijital bir eşleştirme oyunu tasarlayıp doğruluğunu gerekçelendirebilir.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