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12.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12.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7-11 Aralık 2026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Kuvveti Tanıyalım</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Sürtünme Kuvveti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FB.5.2.4. </w:t>
            </w:r>
            <w:r>
              <w:rPr>
                <w:rFonts w:ascii="Times New Roman" w:hAnsi="Times New Roman"/>
                <w:b w:val="0"/>
                <w:color w:val="000000"/>
                <w:sz w:val="24"/>
              </w:rPr>
              <w:t>Sürtünme kuvvetinin çeşitli ortamlardaki etkilerine yönelik tümevarımsal akıl yürütebilme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FB.5.2.4. a) </w:t>
            </w:r>
            <w:r>
              <w:rPr>
                <w:rFonts w:ascii="Times New Roman" w:hAnsi="Times New Roman"/>
                <w:b w:val="0"/>
                <w:color w:val="000000"/>
                <w:sz w:val="24"/>
              </w:rPr>
              <w:t>Sürtünme kuvveti ile ilgili günlük yaşamdan ön bilgilerini kullanarak örüntü oluşturur.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Sürtünme kuvvetinin çeşitli ortamlardaki etkilerine yönelik genelleme yapar.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FBAB5. Operasyonel Tanımlama, FBAB9. Bilimsel Model Oluşturma, FBAB10. Tümevarımsal Akıl Yürütme, KB2.7. Karşılaştırma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E1.1. Merak, E1.2. Bağımsızlık, E3.5. Açık Fikirlilik, E3.8. Soru Sorma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SDB1.3. Kendine Uyarlama (Öz Yansıtma), SDB1.2. Kendini Düzenleme (Öz Düzenleme), SDB2.1. İletişim, SDB2.2. İş Birliği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D3. Çalışkanlık, D16. Sorumluluk,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OB7. Veri Okuryazarlığı, OB9. Sanat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günlük yaşam örneği inceleme, basit gözlem, karşılaştırma, örüntü oluşturma, tümevarımsal akıl yürütme, anlam çözümleme tablosu ve tartışma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farklı pürüzlülükte güvenli yüzeyler, oyuncak araç veya silgi, katı-sıvı-gaz ortamlarına ait görseller, örüntü ve anlam çözümleme tablosu, çalışma kâğıdı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Sürtünme kuvveti, pürüzlü yüzey, az pürüzlü yüzey, hareketi kolaylaştırma ve zorlaştırma, su direnci, hava direnci, olumlu ve olumsuz etki</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kuvvetin hareketi başlatabildiğini, durdurabildiğini veya değiştirebildiğini ve hareket eden cisimlerin zamanla yavaşlayabildiğini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Yürüme, fren yapma, kayma, yüzme ve havada hareket etme örnekleri üzerinden hareketi kolaylaştıran veya zorlaştıran etkiler hakkındaki ön bilgiler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Farklı yüzeylerde hareket ettirilen aynı cismin farklı biçimde yavaşlaması ile temas eden yüzeyler arasındaki sürtünme kuvveti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laboratuvar; kaymaya ve düşmeye yol açmayacak küçük ölçekli düzeneklerin kullanıldığı, su çalışmalarında dökülmelere karşı önlem alınan güvenli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Katı, sıvı ve gaz ortamlarda hareketi kolaylaştıran veya zorlaştıran günlük yaşam örnekleri paylaşılır. Örnekler temas eden yüzeyler ve hareket üzerindeki etkilerine göre sınıflandırılır.</w:t>
            </w:r>
          </w:p>
          <w:p>
            <w:pPr>
              <w:spacing w:before="0" w:after="20" w:line="240" w:lineRule="auto"/>
            </w:pPr>
            <w:r>
              <w:rPr>
                <w:rFonts w:ascii="Times New Roman" w:hAnsi="Times New Roman"/>
                <w:b w:val="0"/>
                <w:color w:val="000000"/>
                <w:sz w:val="24"/>
              </w:rPr>
              <w:t>Aynı oyuncak araç veya cisim, pürüzlülüğü farklı güvenli yüzeylerde benzer koşullarda hareket ettirilir. Hareket mesafeleri ve yavaşlama durumları karşılaştırılarak yüzey pürüzlülüğü ile sürtünmenin etkisi arasında örüntü oluşturulur.</w:t>
            </w:r>
          </w:p>
          <w:p>
            <w:pPr>
              <w:spacing w:before="0" w:after="20" w:line="240" w:lineRule="auto"/>
            </w:pPr>
            <w:r>
              <w:rPr>
                <w:rFonts w:ascii="Times New Roman" w:hAnsi="Times New Roman"/>
                <w:b w:val="0"/>
                <w:color w:val="000000"/>
                <w:sz w:val="24"/>
              </w:rPr>
              <w:t>Sıvıların ve havanın hareket eden cisimlere uyguladığı direnç güvenilir görseller ve günlük yaşam örnekleri üzerinden incelenir. Su direnci ve hava direncinin hareketi zorlaştıran etkileri ile tasarımlarda bu etkilerin artırıldığı veya azaltıldığı durumlar belirlenir.</w:t>
            </w:r>
          </w:p>
          <w:p>
            <w:pPr>
              <w:spacing w:before="0" w:after="20" w:line="240" w:lineRule="auto"/>
            </w:pPr>
            <w:r>
              <w:rPr>
                <w:rFonts w:ascii="Times New Roman" w:hAnsi="Times New Roman"/>
                <w:b w:val="0"/>
                <w:color w:val="000000"/>
                <w:sz w:val="24"/>
              </w:rPr>
              <w:t>Oluşturulan örüntülerden hareketle sürtünme kuvvetinin temas eden yüzeylerin hareketini zorlaştırdığı, pürüzlülük arttıkça etkisinin genellikle arttığı ve günlük yaşamda olumlu ya da olumsuz sonuçlar doğurabildiği genellemesine ulaşılır. Sonuçlar anlam çözümleme tablosuna kaydedilir.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Günlük Yaşam Örnekleri</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Katı, sıvı ve gaz ortamlardaki sürtünme etkilerini uygun başlıklarla sınıflandıran öğrenci çalışması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Örüntü Oluşturma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Yüzey pürüzlülüğü ile cismin hareketindeki değişimi ilişkilendiren gözlem ve karşılaştırma tablosu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Genelleme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Sürtünme, su direnci ve hava direncinin etkilerini örneklerle açıklayan anlam çözümleme tablosu ve gerekçeli öğrenci ifadesi</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Pürüzlü ve az pürüzlü yüzeyler somut örneklerle karşılaştırılır. Günlük yaşam örnekleri görsel kartlarla sunulur; kısmen doldurulmuş örüntü tablosu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sürtünmenin artırıldığı veya azaltıldığı bir günlük yaşam ürününü inceleyerek tasarım özelliğinin hareket üzerindeki etkisini gerekçeli biçimde açıklayabilir.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