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5. Sınıf Fen Bilimleri Dersi 10.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10.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23-27 Kasım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Kuvveti Tanıyalım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Kuvvet ve Kuvvetin Ölçülmesi / Kütle ve Ağırlık İlişkisi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FB.5.2.2.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Basit araç gereçle bilimsel bir dinamometre modeli oluşturabilme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FB.5.2.3.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Kütle ve ağırlık kavramlarını karşılaştırabilme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FB.5.2.2.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Basit araç gereçle bir dinamometre modeli önerir.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Tasarladığı dinamometre modelini yeni kanıtlara göre yeniler.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FB.5.2.3.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Kütle ve ağırlığa ilişkin özellikleri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Belirlenen özelliklere ilişkin benzerlikleri listeler.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Belirlenen özelliklere ilişkin farklılıkları listeler.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FBAB5. Operasyonel Tanımlama, FBAB9. Bilimsel Model Oluşturma, FBAB10. Tümevarımsal Akıl Yürütme,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E1.2. Bağımsızlık, E3.5. Açık Fikirlilik,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SDB1.3. Kendine Uyarlama (Öz Yansıtma), SDB1.2. Kendini Düzenleme (Öz Düzenleme),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OB7. Veri Okuryazarlığı, OB9. Sanat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model testi ve geliştirme, ölçme, bilgi toplama, karşılaştırma, tablo oluşturma, grup çalışması, tartışma ve öz değerlendirme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sınıf Fen Bilimleri ders kitabı, öğrenci dinamometre modelleri, standart dinamometre, eşit kollu terazi veya dijital terazi, güvenli cisimler, ölçüm ve karşılaştırma tablosu, değerlendirme araçları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24 Kasım Öğretmenler Günü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Dinamometre modeli, test, geliştirme, kütle, ağırlık, madde miktarı, yer çekimi, terazi, dinamometre, gram-kilogram ve Newton (N)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basit dinamometre modeli oluşturdukları; kütlenin madde miktarı olduğunu, teraziyle ölçüldüğünü ve gram ya da kilogram birimleriyle ifade edildiğini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 modellerinin ölçüm sonuçları ile kütle ve ağırlık kavramlarının günlük dildeki kullanımları incelenerek önceki öğrenmeler ve kavram yanılgıları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Dinamometreyle kuvvet ölçme deneyimi ile bir cismin ağırlığının dinamometreyle ölçülen kuvvet olması; alışverişte kilogramla belirtilen değerin ise kütle olması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laboratuvar; model ve ölçüm araçlarının öğretmen gözetiminde kullanıldığı, araçların ölçüm sınırlarının aşılmadığı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İlk 2 ders saatinde öğrenci dinamometre modelleri standart dinamometreyle karşılaştırılarak test edilir. Ölçek, gösterge, esnek malzeme ve ölçüm sonucundaki hata veya eksiklikler belirlenir; modeller kanıtlara göre yenilenerek sunulur.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Model oluşturma süreci kontrol listesi veya bütüncül dereceli puanlama anahtarıyla değerlendirilir. Öğrenciler modelin güçlü ve geliştirilmesi gereken yönlerini öz değerlendirme formuna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Sonraki 2 ders saatinde kütle ve ağırlık kavramlarıyla ilgili günlük yaşam ifadeleri incelenir. Kütlenin madde miktarı, ağırlığın ise cisme etki eden yer çekimi kuvveti olduğu belirlenir; ölçme araçları ve birimleri eşleştirilir.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Aynı güvenli cismin kütlesi teraziyle, ağırlığı dinamometreyle ölçülerek sonuçlar tabloya kaydedilir. Kütle ve ağırlığın özellikleri belirlenir; ilk benzerlik ve farklılıklar sınıfça listelenir.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Modeli Geliştirme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Test sonuçlarına ve geri bildirime göre yenilenmiş dinamometre modeli ile değerlendirme formu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Kütle ve Ağırlık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Ölçme aracı, birim ve temel özellikleri gösteren ölçüm ve karşılaştırma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Model puanlama anahtarı, kısa cevaplı sorular, öğrenci açıklamaları ve öz değerlendirme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Model test ölçütleri ve kütle-ağırlık özellikleri görsel tablolarla sunulur. Ölçme aracı ve birim eşleştirmelerinde kavram kartları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dinamometre modelinin sonuçlarını standart araçla karşılaştırıp hata nedenlerini açıklar; kütle ve ağırlığın günlük dilde yanlış kullanıldığı örnekleri bilimsel ifadelerle düzeltir.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