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65A53" w14:textId="77777777" w:rsidR="00A50C67" w:rsidRPr="003E08F5" w:rsidRDefault="00000000">
      <w:pPr>
        <w:jc w:val="center"/>
        <w:rPr>
          <w:rFonts w:cs="Times New Roman"/>
          <w:szCs w:val="24"/>
        </w:rPr>
      </w:pPr>
      <w:r w:rsidRPr="003E08F5">
        <w:rPr>
          <w:rFonts w:cs="Times New Roman"/>
          <w:b/>
          <w:szCs w:val="24"/>
        </w:rPr>
        <w:t>……………………………… ORTAOKULU MÜDÜRLÜĞÜNE</w:t>
      </w:r>
    </w:p>
    <w:p w14:paraId="7C4408F3" w14:textId="77777777" w:rsidR="00A50C67" w:rsidRPr="003E08F5" w:rsidRDefault="003E08F5">
      <w:pPr>
        <w:jc w:val="center"/>
        <w:rPr>
          <w:rFonts w:cs="Times New Roman"/>
          <w:szCs w:val="24"/>
        </w:rPr>
      </w:pPr>
      <w:r w:rsidRPr="003E08F5">
        <w:rPr>
          <w:rFonts w:cs="Times New Roman"/>
          <w:szCs w:val="24"/>
        </w:rPr>
        <w:t xml:space="preserve">                                                               ……………… / ………………</w:t>
      </w:r>
    </w:p>
    <w:p w14:paraId="59185A92" w14:textId="77777777" w:rsidR="00A50C67" w:rsidRPr="003E08F5" w:rsidRDefault="00A50C67">
      <w:pPr>
        <w:jc w:val="both"/>
        <w:rPr>
          <w:rFonts w:cs="Times New Roman"/>
          <w:szCs w:val="24"/>
        </w:rPr>
      </w:pPr>
    </w:p>
    <w:p w14:paraId="16577C77" w14:textId="77777777" w:rsidR="00A50C67" w:rsidRPr="003E08F5" w:rsidRDefault="00000000">
      <w:pPr>
        <w:ind w:firstLine="312"/>
        <w:jc w:val="both"/>
        <w:rPr>
          <w:rFonts w:cs="Times New Roman"/>
          <w:szCs w:val="24"/>
        </w:rPr>
      </w:pPr>
      <w:r w:rsidRPr="003E08F5">
        <w:rPr>
          <w:rFonts w:cs="Times New Roman"/>
          <w:szCs w:val="24"/>
        </w:rPr>
        <w:t>2026-2027 eğitim öğretim yılı Fen Bilimleri Dersi Sene Başı Zümre Öğretmenler Kurulu toplantısı, aşağıda belirtilen gündem maddelerini görüşmek üzere …/09/2026 tarihinde saat ………’da ……………………………………… yerinde yapılacaktır.</w:t>
      </w:r>
    </w:p>
    <w:p w14:paraId="354EAA83" w14:textId="77777777" w:rsidR="00A50C67" w:rsidRPr="003E08F5" w:rsidRDefault="00000000">
      <w:pPr>
        <w:ind w:firstLine="312"/>
        <w:jc w:val="both"/>
        <w:rPr>
          <w:rFonts w:cs="Times New Roman"/>
          <w:szCs w:val="24"/>
        </w:rPr>
      </w:pPr>
      <w:r w:rsidRPr="003E08F5">
        <w:rPr>
          <w:rFonts w:cs="Times New Roman"/>
          <w:szCs w:val="24"/>
        </w:rPr>
        <w:t>Bilgilerinizi ve gereğini arz ederim.</w:t>
      </w:r>
    </w:p>
    <w:p w14:paraId="25F02FCB" w14:textId="77777777" w:rsidR="00A50C67" w:rsidRPr="003E08F5" w:rsidRDefault="00A50C67">
      <w:pPr>
        <w:jc w:val="both"/>
        <w:rPr>
          <w:rFonts w:cs="Times New Roman"/>
          <w:szCs w:val="24"/>
        </w:rPr>
      </w:pPr>
    </w:p>
    <w:p w14:paraId="0A664E2C" w14:textId="77777777" w:rsidR="00A50C67" w:rsidRPr="003E08F5" w:rsidRDefault="00000000">
      <w:pPr>
        <w:jc w:val="right"/>
        <w:rPr>
          <w:rFonts w:cs="Times New Roman"/>
          <w:szCs w:val="24"/>
        </w:rPr>
      </w:pPr>
      <w:r w:rsidRPr="003E08F5">
        <w:rPr>
          <w:rFonts w:cs="Times New Roman"/>
          <w:szCs w:val="24"/>
        </w:rPr>
        <w:t>…/09/2026</w:t>
      </w:r>
    </w:p>
    <w:p w14:paraId="11D1B625" w14:textId="77777777" w:rsidR="00A50C67" w:rsidRPr="003E08F5" w:rsidRDefault="003E08F5">
      <w:pPr>
        <w:jc w:val="right"/>
        <w:rPr>
          <w:rFonts w:cs="Times New Roman"/>
          <w:szCs w:val="24"/>
        </w:rPr>
      </w:pPr>
      <w:r w:rsidRPr="003E08F5">
        <w:rPr>
          <w:rFonts w:cs="Times New Roman"/>
          <w:szCs w:val="24"/>
        </w:rPr>
        <w:t>…………………………………</w:t>
      </w:r>
      <w:proofErr w:type="gramStart"/>
      <w:r w:rsidRPr="003E08F5">
        <w:rPr>
          <w:rFonts w:cs="Times New Roman"/>
          <w:szCs w:val="24"/>
        </w:rPr>
        <w:t>…….</w:t>
      </w:r>
      <w:proofErr w:type="gramEnd"/>
      <w:r w:rsidRPr="003E08F5">
        <w:rPr>
          <w:rFonts w:cs="Times New Roman"/>
          <w:szCs w:val="24"/>
        </w:rPr>
        <w:t>.</w:t>
      </w:r>
      <w:r w:rsidRPr="003E08F5">
        <w:rPr>
          <w:rFonts w:cs="Times New Roman"/>
          <w:szCs w:val="24"/>
        </w:rPr>
        <w:br/>
        <w:t>Fen Bilimleri Dersi Zümre Başkanı</w:t>
      </w:r>
    </w:p>
    <w:p w14:paraId="354559D9" w14:textId="77777777" w:rsidR="00A50C67" w:rsidRPr="003E08F5" w:rsidRDefault="00000000">
      <w:pPr>
        <w:jc w:val="center"/>
        <w:rPr>
          <w:rFonts w:cs="Times New Roman"/>
          <w:szCs w:val="24"/>
        </w:rPr>
      </w:pPr>
      <w:r>
        <w:rPr>
          <w:b/>
        </w:rPr>
        <w:t>GÜNDEM MADDELERİ</w:t>
      </w:r>
    </w:p>
    <w:p w14:paraId="40949A58" w14:textId="77777777" w:rsidR="00A50C67" w:rsidRPr="003E08F5" w:rsidRDefault="00000000">
      <w:pPr>
        <w:spacing w:after="50" w:line="254" w:lineRule="auto"/>
        <w:ind w:left="283" w:hanging="283"/>
        <w:jc w:val="both"/>
        <w:rPr>
          <w:rFonts w:cs="Times New Roman"/>
          <w:szCs w:val="24"/>
        </w:rPr>
      </w:pPr>
      <w:r>
        <w:rPr>
          <w:b/>
        </w:rPr>
        <w:t>1.</w:t>
      </w:r>
      <w:r>
        <w:rPr>
          <w:b w:val="0"/>
        </w:rPr>
        <w:t xml:space="preserve"> Açılış, yoklama ve yazman seçimi.</w:t>
      </w:r>
    </w:p>
    <w:p w14:paraId="1FF20ADF" w14:textId="77777777" w:rsidR="00A50C67" w:rsidRPr="003E08F5" w:rsidRDefault="00000000">
      <w:pPr>
        <w:spacing w:after="50" w:line="254" w:lineRule="auto"/>
        <w:ind w:left="283" w:hanging="283"/>
        <w:jc w:val="both"/>
        <w:rPr>
          <w:rFonts w:cs="Times New Roman"/>
          <w:szCs w:val="24"/>
        </w:rPr>
      </w:pPr>
      <w:r>
        <w:rPr>
          <w:b/>
        </w:rPr>
        <w:t>2.</w:t>
      </w:r>
      <w:r>
        <w:rPr>
          <w:b w:val="0"/>
        </w:rPr>
        <w:t xml:space="preserve"> Bir önceki zümre toplantısında alınan kararların ve uygulama sonuçlarının değerlendirilmesi.</w:t>
      </w:r>
    </w:p>
    <w:p w14:paraId="2397CBE1" w14:textId="77777777" w:rsidR="00A50C67" w:rsidRPr="003E08F5" w:rsidRDefault="00000000">
      <w:pPr>
        <w:spacing w:after="50" w:line="254" w:lineRule="auto"/>
        <w:ind w:left="283" w:hanging="283"/>
        <w:jc w:val="both"/>
        <w:rPr>
          <w:rFonts w:cs="Times New Roman"/>
          <w:szCs w:val="24"/>
        </w:rPr>
      </w:pPr>
      <w:r>
        <w:rPr>
          <w:b/>
        </w:rPr>
        <w:t>3.</w:t>
      </w:r>
      <w:r>
        <w:rPr>
          <w:b w:val="0"/>
        </w:rPr>
        <w:t xml:space="preserve"> 2026-2027 eğitim öğretim yılı çalışma takvimi, güncel mevzuat, 2026/70 sayılı Genelge ve ‘Maarifin Kalbinde Oyun’ teması kapsamında yapılacak çalışmaların görüşülmesi.</w:t>
      </w:r>
    </w:p>
    <w:p w14:paraId="1175396D" w14:textId="77777777" w:rsidR="00A50C67" w:rsidRPr="003E08F5" w:rsidRDefault="00000000">
      <w:pPr>
        <w:spacing w:after="50" w:line="254" w:lineRule="auto"/>
        <w:ind w:left="283" w:hanging="283"/>
        <w:jc w:val="both"/>
        <w:rPr>
          <w:rFonts w:cs="Times New Roman"/>
          <w:szCs w:val="24"/>
        </w:rPr>
      </w:pPr>
      <w:r>
        <w:rPr>
          <w:b/>
        </w:rPr>
        <w:t>4.</w:t>
      </w:r>
      <w:r>
        <w:rPr>
          <w:b w:val="0"/>
        </w:rPr>
        <w:t xml:space="preserve"> 5, 6, 7 ve 8. sınıf Fen Bilimleri öğretim programlarının ve yıllık planlarının incelenmesi.</w:t>
      </w:r>
    </w:p>
    <w:p w14:paraId="5928D766" w14:textId="77777777" w:rsidR="00A50C67" w:rsidRPr="003E08F5" w:rsidRDefault="00000000">
      <w:pPr>
        <w:spacing w:after="50" w:line="254" w:lineRule="auto"/>
        <w:ind w:left="283" w:hanging="283"/>
        <w:jc w:val="both"/>
        <w:rPr>
          <w:rFonts w:cs="Times New Roman"/>
          <w:szCs w:val="24"/>
        </w:rPr>
      </w:pPr>
      <w:r>
        <w:rPr>
          <w:b/>
        </w:rPr>
        <w:t>5.</w:t>
      </w:r>
      <w:r>
        <w:rPr>
          <w:b w:val="0"/>
        </w:rPr>
        <w:t xml:space="preserve"> Türkiye Yüzyılı Maarif Modeli’nin 7. sınıfta ilk kez uygulanması, öğrenme çıktıları ve program bileşenlerinin derslere yansıtılması ile TYMM Öğretmen Eğitimi Paketlerinin görüşülmesi.</w:t>
      </w:r>
    </w:p>
    <w:p w14:paraId="0EDC44DE" w14:textId="77777777" w:rsidR="00A50C67" w:rsidRPr="003E08F5" w:rsidRDefault="00000000">
      <w:pPr>
        <w:spacing w:after="50" w:line="254" w:lineRule="auto"/>
        <w:ind w:left="283" w:hanging="283"/>
        <w:jc w:val="both"/>
        <w:rPr>
          <w:rFonts w:cs="Times New Roman"/>
          <w:szCs w:val="24"/>
        </w:rPr>
      </w:pPr>
      <w:r>
        <w:rPr>
          <w:b/>
        </w:rPr>
        <w:t>6.</w:t>
      </w:r>
      <w:r>
        <w:rPr>
          <w:b w:val="0"/>
        </w:rPr>
        <w:t xml:space="preserve"> 5, 6 ve 7. sınıfların her birinde okul temelli planlama için ayrılan 6 ders saatinde uygulanacak faaliyetlerin belirlenmesi; öğretim yöntem ve teknikleri, Yaşam Becerileri Projesi, deneyler ve okul dışı öğrenme ortamlarının planlanması.</w:t>
      </w:r>
    </w:p>
    <w:p w14:paraId="334A9FD6" w14:textId="77777777" w:rsidR="00A50C67" w:rsidRPr="003E08F5" w:rsidRDefault="00000000">
      <w:pPr>
        <w:spacing w:after="50" w:line="254" w:lineRule="auto"/>
        <w:ind w:left="283" w:hanging="283"/>
        <w:jc w:val="both"/>
        <w:rPr>
          <w:rFonts w:cs="Times New Roman"/>
          <w:szCs w:val="24"/>
        </w:rPr>
      </w:pPr>
      <w:r>
        <w:rPr>
          <w:b/>
        </w:rPr>
        <w:t>7.</w:t>
      </w:r>
      <w:r>
        <w:rPr>
          <w:b w:val="0"/>
        </w:rPr>
        <w:t xml:space="preserve"> Farklılaştırılmış öğretim, destekleme ve zenginleştirme çalışmaları, BEP uygulamaları ve destek eğitim odalarıyla iş birliğinin görüşülmesi.</w:t>
      </w:r>
    </w:p>
    <w:p w14:paraId="50E2AE81" w14:textId="77777777" w:rsidR="00A50C67" w:rsidRPr="003E08F5" w:rsidRDefault="00000000">
      <w:pPr>
        <w:spacing w:after="50" w:line="254" w:lineRule="auto"/>
        <w:ind w:left="283" w:hanging="283"/>
        <w:jc w:val="both"/>
        <w:rPr>
          <w:rFonts w:cs="Times New Roman"/>
          <w:szCs w:val="24"/>
        </w:rPr>
      </w:pPr>
      <w:r>
        <w:rPr>
          <w:b/>
        </w:rPr>
        <w:t>8.</w:t>
      </w:r>
      <w:r>
        <w:rPr>
          <w:b w:val="0"/>
        </w:rPr>
        <w:t xml:space="preserve"> Ölçme ve değerlendirme esasları, yazılı sınavlar, konu soru dağılım tabloları, ortak sınavlar ile Bakanlık dışı sınav ve kaynaklara ilişkin hükümlerin görüşülmesi.</w:t>
      </w:r>
    </w:p>
    <w:p w14:paraId="234D7BEF" w14:textId="77777777" w:rsidR="00A50C67" w:rsidRPr="003E08F5" w:rsidRDefault="00000000">
      <w:pPr>
        <w:spacing w:after="50" w:line="254" w:lineRule="auto"/>
        <w:ind w:left="283" w:hanging="283"/>
        <w:jc w:val="both"/>
        <w:rPr>
          <w:rFonts w:cs="Times New Roman"/>
          <w:szCs w:val="24"/>
        </w:rPr>
      </w:pPr>
      <w:r>
        <w:rPr>
          <w:b/>
        </w:rPr>
        <w:t>9.</w:t>
      </w:r>
      <w:r>
        <w:rPr>
          <w:b w:val="0"/>
        </w:rPr>
        <w:t xml:space="preserve"> Sınav analizleri, eksik öğrenmeler için eylem planları ve öğrenci başarısını artırmaya yönelik tedbirlerin belirlenmesi.</w:t>
      </w:r>
    </w:p>
    <w:p w14:paraId="6E9836F8" w14:textId="77777777" w:rsidR="00A50C67" w:rsidRPr="003E08F5" w:rsidRDefault="00000000">
      <w:pPr>
        <w:spacing w:after="50" w:line="254" w:lineRule="auto"/>
        <w:ind w:left="283" w:hanging="283"/>
        <w:jc w:val="both"/>
        <w:rPr>
          <w:rFonts w:cs="Times New Roman"/>
          <w:szCs w:val="24"/>
        </w:rPr>
      </w:pPr>
      <w:r>
        <w:rPr>
          <w:b/>
        </w:rPr>
        <w:t>10.</w:t>
      </w:r>
      <w:r>
        <w:rPr>
          <w:b w:val="0"/>
        </w:rPr>
        <w:t xml:space="preserve"> Öğrenme kanıtları ile proje ve performans çalışmalarının planlanması.</w:t>
      </w:r>
    </w:p>
    <w:p w14:paraId="6081BC4E" w14:textId="77777777" w:rsidR="00A50C67" w:rsidRPr="003E08F5" w:rsidRDefault="00000000">
      <w:pPr>
        <w:spacing w:after="50" w:line="254" w:lineRule="auto"/>
        <w:ind w:left="283" w:hanging="283"/>
        <w:jc w:val="both"/>
        <w:rPr>
          <w:rFonts w:cs="Times New Roman"/>
          <w:szCs w:val="24"/>
        </w:rPr>
      </w:pPr>
      <w:r>
        <w:rPr>
          <w:b/>
        </w:rPr>
        <w:t>11.</w:t>
      </w:r>
      <w:r>
        <w:rPr>
          <w:b w:val="0"/>
        </w:rPr>
        <w:t xml:space="preserve"> 8. sınıf LGS hazırlık sürecine yönelik çalışmaların planlanması.</w:t>
      </w:r>
    </w:p>
    <w:p w14:paraId="6C21F20C" w14:textId="77777777" w:rsidR="00A50C67" w:rsidRPr="003E08F5" w:rsidRDefault="00000000">
      <w:pPr>
        <w:spacing w:after="50" w:line="254" w:lineRule="auto"/>
        <w:ind w:left="283" w:hanging="283"/>
        <w:jc w:val="both"/>
        <w:rPr>
          <w:rFonts w:cs="Times New Roman"/>
          <w:szCs w:val="24"/>
        </w:rPr>
      </w:pPr>
      <w:r>
        <w:rPr>
          <w:b/>
        </w:rPr>
        <w:t>12.</w:t>
      </w:r>
      <w:r>
        <w:rPr>
          <w:b w:val="0"/>
        </w:rPr>
        <w:t xml:space="preserve"> Laboratuvar kullanımı, araç ve gereç ihtiyacı, kimyasal envanteri ile iş sağlığı ve güvenliği tedbirlerinin görüşülmesi.</w:t>
      </w:r>
    </w:p>
    <w:p w14:paraId="6D4F9DE8" w14:textId="77777777" w:rsidR="00A50C67" w:rsidRPr="003E08F5" w:rsidRDefault="00000000">
      <w:pPr>
        <w:spacing w:after="50" w:line="254" w:lineRule="auto"/>
        <w:ind w:left="283" w:hanging="283"/>
        <w:jc w:val="both"/>
        <w:rPr>
          <w:rFonts w:cs="Times New Roman"/>
          <w:szCs w:val="24"/>
        </w:rPr>
      </w:pPr>
      <w:r>
        <w:rPr>
          <w:b/>
        </w:rPr>
        <w:t>13.</w:t>
      </w:r>
      <w:r>
        <w:rPr>
          <w:b w:val="0"/>
        </w:rPr>
        <w:t xml:space="preserve"> 5, 6 ve 7. sınıflarda e-Okul gelişim raporlarının doldurulması ve velilerin bilgilendirilmesi.</w:t>
      </w:r>
    </w:p>
    <w:p w14:paraId="2269CEAF" w14:textId="77777777" w:rsidR="00A50C67" w:rsidRPr="003E08F5" w:rsidRDefault="00000000">
      <w:pPr>
        <w:spacing w:after="50" w:line="254" w:lineRule="auto"/>
        <w:ind w:left="283" w:hanging="283"/>
        <w:jc w:val="both"/>
        <w:rPr>
          <w:rFonts w:cs="Times New Roman"/>
          <w:szCs w:val="24"/>
        </w:rPr>
      </w:pPr>
      <w:r>
        <w:rPr>
          <w:b/>
        </w:rPr>
        <w:t>14.</w:t>
      </w:r>
      <w:r>
        <w:rPr>
          <w:b w:val="0"/>
        </w:rPr>
        <w:t xml:space="preserve"> Bakanlığın resmî dijital eğitim platformları, dijital esenlik, sınıfta cep telefonu kullanımı ve ödev-bilgilendirme süreçlerinin görüşülmesi.</w:t>
      </w:r>
    </w:p>
    <w:p w14:paraId="502ADDB9" w14:textId="77777777" w:rsidR="00A50C67" w:rsidRPr="003E08F5" w:rsidRDefault="00000000">
      <w:pPr>
        <w:spacing w:after="50" w:line="254" w:lineRule="auto"/>
        <w:ind w:left="283" w:hanging="283"/>
        <w:jc w:val="both"/>
        <w:rPr>
          <w:rFonts w:cs="Times New Roman"/>
          <w:szCs w:val="24"/>
        </w:rPr>
      </w:pPr>
      <w:r>
        <w:rPr>
          <w:b/>
        </w:rPr>
        <w:t>15.</w:t>
      </w:r>
      <w:r>
        <w:rPr>
          <w:b w:val="0"/>
        </w:rPr>
        <w:t xml:space="preserve"> Zümreler arası iş birliği, veli iletişimi, Ailemle Eğitim Yolculuğum çalışmaları ve Okul Randevu Sistemi’nin görüşülmesi.</w:t>
      </w:r>
    </w:p>
    <w:p>
      <w:pPr>
        <w:spacing w:after="50" w:line="254" w:lineRule="auto"/>
        <w:ind w:left="283" w:hanging="283"/>
        <w:jc w:val="both"/>
        <w:rPr>
          <w:rFonts w:cs="Times New Roman"/>
          <w:szCs w:val="24"/>
        </w:rPr>
      </w:pPr>
      <w:r>
        <w:rPr>
          <w:b/>
        </w:rPr>
        <w:t>16.</w:t>
      </w:r>
      <w:r>
        <w:rPr>
          <w:b w:val="0"/>
        </w:rPr>
        <w:t xml:space="preserve"> TÜBİTAK 4006, bilimsel proje, yarışma, gezi ve gözlem, sosyal sorumluluk çalışmaları ile Tutum, Yatırım ve Türk Malları Haftası etkinliklerinin değerlendirilmesi.</w:t>
      </w:r>
    </w:p>
    <w:p>
      <w:pPr>
        <w:spacing w:after="50" w:line="254" w:lineRule="auto"/>
        <w:ind w:left="283" w:hanging="283"/>
        <w:jc w:val="both"/>
        <w:rPr>
          <w:rFonts w:cs="Times New Roman"/>
          <w:szCs w:val="24"/>
        </w:rPr>
      </w:pPr>
      <w:r>
        <w:rPr>
          <w:b/>
        </w:rPr>
        <w:t>17.</w:t>
      </w:r>
      <w:r>
        <w:rPr>
          <w:b w:val="0"/>
        </w:rPr>
        <w:t xml:space="preserve"> Dilek ve temenniler, kapanış.</w:t>
      </w:r>
    </w:p>
    <w:p w14:paraId="1F8346AD" w14:textId="77777777" w:rsidR="003E08F5" w:rsidRPr="003E08F5" w:rsidRDefault="003E08F5" w:rsidP="003E08F5">
      <w:pPr>
        <w:keepNext/>
        <w:keepLines/>
        <w:spacing w:before="0" w:after="0"/>
        <w:jc w:val="center"/>
        <w:rPr>
          <w:rFonts w:cs="Times New Roman"/>
          <w:b/>
          <w:bCs/>
          <w:szCs w:val="24"/>
        </w:rPr>
      </w:pPr>
      <w:r>
        <w:t>UYGUNDUR</w:t>
      </w:r>
    </w:p>
    <w:p w14:paraId="0A3B1EBC" w14:textId="77777777" w:rsidR="003E08F5" w:rsidRPr="003E08F5" w:rsidRDefault="003E08F5" w:rsidP="003E08F5">
      <w:pPr>
        <w:keepNext/>
        <w:keepLines/>
        <w:spacing w:before="0" w:after="0"/>
        <w:jc w:val="center"/>
        <w:rPr>
          <w:rFonts w:cs="Times New Roman"/>
          <w:b/>
          <w:bCs/>
          <w:szCs w:val="24"/>
        </w:rPr>
      </w:pPr>
      <w:r w:rsidRPr="003E08F5">
        <w:rPr>
          <w:rFonts w:cs="Times New Roman"/>
          <w:b/>
          <w:bCs/>
          <w:szCs w:val="24"/>
        </w:rPr>
        <w:t>…/09/2026</w:t>
      </w:r>
      <w:r w:rsidRPr="003E08F5">
        <w:rPr>
          <w:rFonts w:cs="Times New Roman"/>
          <w:b/>
          <w:bCs/>
          <w:szCs w:val="24"/>
        </w:rPr>
        <w:br/>
      </w:r>
    </w:p>
    <w:p w14:paraId="1916DB81" w14:textId="77777777" w:rsidR="003E08F5" w:rsidRPr="003E08F5" w:rsidRDefault="003E08F5" w:rsidP="003E08F5">
      <w:pPr>
        <w:keepNext/>
        <w:keepLines/>
        <w:spacing w:before="0" w:after="0"/>
        <w:jc w:val="center"/>
        <w:rPr>
          <w:rFonts w:cs="Times New Roman"/>
          <w:b/>
          <w:bCs/>
          <w:szCs w:val="24"/>
        </w:rPr>
      </w:pPr>
      <w:r w:rsidRPr="003E08F5">
        <w:rPr>
          <w:rFonts w:cs="Times New Roman"/>
          <w:b/>
          <w:bCs/>
          <w:szCs w:val="24"/>
        </w:rPr>
        <w:t>………………………..</w:t>
      </w:r>
    </w:p>
    <w:p w14:paraId="1CEFA919" w14:textId="77777777" w:rsidR="00A50C67" w:rsidRDefault="003E08F5" w:rsidP="003E08F5">
      <w:pPr>
        <w:keepNext w:val="0"/>
        <w:keepLines/>
        <w:spacing w:before="0" w:after="0"/>
        <w:jc w:val="center"/>
        <w:rPr>
          <w:rFonts w:cs="Times New Roman"/>
          <w:b/>
          <w:bCs/>
          <w:szCs w:val="24"/>
        </w:rPr>
      </w:pPr>
      <w:r w:rsidRPr="003E08F5">
        <w:rPr>
          <w:rFonts w:cs="Times New Roman"/>
          <w:b/>
          <w:bCs/>
          <w:szCs w:val="24"/>
        </w:rPr>
        <w:t>Okul Müdürü</w:t>
      </w:r>
    </w:p>
    <w:p w14:paraId="680B7456" w14:textId="77777777" w:rsidR="0068676B" w:rsidRPr="003E08F5" w:rsidRDefault="0068676B" w:rsidP="003E08F5">
      <w:pPr>
        <w:jc w:val="center"/>
        <w:rPr>
          <w:rFonts w:cs="Times New Roman"/>
          <w:szCs w:val="24"/>
        </w:rPr>
      </w:pPr>
    </w:p>
    <w:p w14:paraId="3136F7A1" w14:textId="77777777" w:rsidR="00A50C67" w:rsidRPr="003E08F5" w:rsidRDefault="00000000">
      <w:pPr>
        <w:jc w:val="center"/>
        <w:rPr>
          <w:rFonts w:cs="Times New Roman"/>
          <w:szCs w:val="24"/>
        </w:rPr>
      </w:pPr>
      <w:r w:rsidRPr="003E08F5">
        <w:rPr>
          <w:rFonts w:cs="Times New Roman"/>
          <w:b/>
          <w:szCs w:val="24"/>
        </w:rPr>
        <w:lastRenderedPageBreak/>
        <w:t>T.C.</w:t>
      </w:r>
      <w:r w:rsidRPr="003E08F5">
        <w:rPr>
          <w:rFonts w:cs="Times New Roman"/>
          <w:b/>
          <w:szCs w:val="24"/>
        </w:rPr>
        <w:br/>
        <w:t>MİLLÎ EĞİTİM BAKANLIĞI</w:t>
      </w:r>
    </w:p>
    <w:p w14:paraId="24C6A346" w14:textId="77777777" w:rsidR="00A50C67" w:rsidRPr="003E08F5" w:rsidRDefault="00000000">
      <w:pPr>
        <w:jc w:val="center"/>
        <w:rPr>
          <w:rFonts w:cs="Times New Roman"/>
          <w:szCs w:val="24"/>
        </w:rPr>
      </w:pPr>
      <w:r w:rsidRPr="003E08F5">
        <w:rPr>
          <w:rFonts w:cs="Times New Roman"/>
          <w:b/>
          <w:szCs w:val="24"/>
        </w:rPr>
        <w:t>2026-2027 EĞİTİM ÖĞRETİM YILI</w:t>
      </w:r>
    </w:p>
    <w:p w14:paraId="7372685A" w14:textId="77777777" w:rsidR="00A50C67" w:rsidRPr="003E08F5" w:rsidRDefault="00000000">
      <w:pPr>
        <w:jc w:val="center"/>
        <w:rPr>
          <w:rFonts w:cs="Times New Roman"/>
          <w:szCs w:val="24"/>
        </w:rPr>
      </w:pPr>
      <w:r w:rsidRPr="003E08F5">
        <w:rPr>
          <w:rFonts w:cs="Times New Roman"/>
          <w:b/>
          <w:szCs w:val="24"/>
        </w:rPr>
        <w:t>……………………………… ORTAOKULU</w:t>
      </w:r>
    </w:p>
    <w:p w14:paraId="071A402E" w14:textId="77777777" w:rsidR="00A50C67" w:rsidRPr="003E08F5" w:rsidRDefault="00000000">
      <w:pPr>
        <w:jc w:val="center"/>
        <w:rPr>
          <w:rFonts w:cs="Times New Roman"/>
          <w:szCs w:val="24"/>
        </w:rPr>
      </w:pPr>
      <w:r w:rsidRPr="003E08F5">
        <w:rPr>
          <w:rFonts w:cs="Times New Roman"/>
          <w:b/>
          <w:szCs w:val="24"/>
        </w:rPr>
        <w:t>FEN BİLİMLERİ DERSİ SENE BAŞI ZÜMRE ÖĞRETMENLER KURULU TOPLANTI TUTANAĞI</w:t>
      </w:r>
    </w:p>
    <w:p w14:paraId="151CE561" w14:textId="77777777" w:rsidR="00A50C67" w:rsidRPr="003E08F5" w:rsidRDefault="00A50C67">
      <w:pPr>
        <w:jc w:val="both"/>
        <w:rPr>
          <w:rFonts w:cs="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1"/>
        <w:gridCol w:w="4961"/>
      </w:tblGrid>
      <w:tr w:rsidR="00A50C67" w:rsidRPr="003E08F5" w14:paraId="7CAA1839" w14:textId="77777777" w:rsidTr="003E08F5">
        <w:trPr>
          <w:jc w:val="center"/>
        </w:trPr>
        <w:tc>
          <w:tcPr>
            <w:tcW w:w="4961" w:type="dxa"/>
            <w:shd w:val="clear" w:color="auto" w:fill="E7E6E6"/>
            <w:tcMar>
              <w:top w:w="80" w:type="dxa"/>
              <w:left w:w="90" w:type="dxa"/>
              <w:bottom w:w="80" w:type="dxa"/>
              <w:right w:w="90" w:type="dxa"/>
            </w:tcMar>
            <w:vAlign w:val="center"/>
          </w:tcPr>
          <w:p w14:paraId="1098645A" w14:textId="77777777" w:rsidR="00A50C67" w:rsidRPr="003E08F5" w:rsidRDefault="00000000">
            <w:pPr>
              <w:spacing w:after="0" w:line="240" w:lineRule="auto"/>
              <w:rPr>
                <w:rFonts w:cs="Times New Roman"/>
                <w:szCs w:val="24"/>
              </w:rPr>
            </w:pPr>
            <w:r w:rsidRPr="003E08F5">
              <w:rPr>
                <w:rFonts w:cs="Times New Roman"/>
                <w:b/>
                <w:szCs w:val="24"/>
              </w:rPr>
              <w:t>TOPLANTI NO</w:t>
            </w:r>
          </w:p>
        </w:tc>
        <w:tc>
          <w:tcPr>
            <w:tcW w:w="4961" w:type="dxa"/>
            <w:tcMar>
              <w:top w:w="80" w:type="dxa"/>
              <w:left w:w="90" w:type="dxa"/>
              <w:bottom w:w="80" w:type="dxa"/>
              <w:right w:w="90" w:type="dxa"/>
            </w:tcMar>
            <w:vAlign w:val="center"/>
          </w:tcPr>
          <w:p w14:paraId="414E8751" w14:textId="77777777" w:rsidR="00A50C67" w:rsidRPr="003E08F5" w:rsidRDefault="00000000">
            <w:pPr>
              <w:spacing w:after="0" w:line="240" w:lineRule="auto"/>
              <w:rPr>
                <w:rFonts w:cs="Times New Roman"/>
                <w:b/>
                <w:bCs/>
                <w:szCs w:val="24"/>
              </w:rPr>
            </w:pPr>
            <w:r w:rsidRPr="003E08F5">
              <w:rPr>
                <w:rFonts w:cs="Times New Roman"/>
                <w:b/>
                <w:bCs/>
                <w:szCs w:val="24"/>
              </w:rPr>
              <w:t>01</w:t>
            </w:r>
          </w:p>
        </w:tc>
      </w:tr>
      <w:tr w:rsidR="00A50C67" w:rsidRPr="003E08F5" w14:paraId="5A821FFD" w14:textId="77777777" w:rsidTr="003E08F5">
        <w:trPr>
          <w:jc w:val="center"/>
        </w:trPr>
        <w:tc>
          <w:tcPr>
            <w:tcW w:w="4961" w:type="dxa"/>
            <w:shd w:val="clear" w:color="auto" w:fill="E7E6E6"/>
            <w:tcMar>
              <w:top w:w="80" w:type="dxa"/>
              <w:left w:w="90" w:type="dxa"/>
              <w:bottom w:w="80" w:type="dxa"/>
              <w:right w:w="90" w:type="dxa"/>
            </w:tcMar>
            <w:vAlign w:val="center"/>
          </w:tcPr>
          <w:p w14:paraId="24702ED5" w14:textId="77777777" w:rsidR="00A50C67" w:rsidRPr="003E08F5" w:rsidRDefault="00000000">
            <w:pPr>
              <w:spacing w:after="0" w:line="240" w:lineRule="auto"/>
              <w:rPr>
                <w:rFonts w:cs="Times New Roman"/>
                <w:szCs w:val="24"/>
              </w:rPr>
            </w:pPr>
            <w:r w:rsidRPr="003E08F5">
              <w:rPr>
                <w:rFonts w:cs="Times New Roman"/>
                <w:b/>
                <w:szCs w:val="24"/>
              </w:rPr>
              <w:t>TOPLANTI TARİHİ</w:t>
            </w:r>
          </w:p>
        </w:tc>
        <w:tc>
          <w:tcPr>
            <w:tcW w:w="4961" w:type="dxa"/>
            <w:tcMar>
              <w:top w:w="80" w:type="dxa"/>
              <w:left w:w="90" w:type="dxa"/>
              <w:bottom w:w="80" w:type="dxa"/>
              <w:right w:w="90" w:type="dxa"/>
            </w:tcMar>
            <w:vAlign w:val="center"/>
          </w:tcPr>
          <w:p w14:paraId="7EC1590C" w14:textId="77777777" w:rsidR="00A50C67" w:rsidRPr="003E08F5" w:rsidRDefault="00000000">
            <w:pPr>
              <w:spacing w:after="0" w:line="240" w:lineRule="auto"/>
              <w:rPr>
                <w:rFonts w:cs="Times New Roman"/>
                <w:b/>
                <w:bCs/>
                <w:szCs w:val="24"/>
              </w:rPr>
            </w:pPr>
            <w:r w:rsidRPr="003E08F5">
              <w:rPr>
                <w:rFonts w:cs="Times New Roman"/>
                <w:b/>
                <w:bCs/>
                <w:szCs w:val="24"/>
              </w:rPr>
              <w:t>…/09/2026</w:t>
            </w:r>
          </w:p>
        </w:tc>
      </w:tr>
      <w:tr w:rsidR="00A50C67" w:rsidRPr="003E08F5" w14:paraId="45EAA2F0" w14:textId="77777777" w:rsidTr="003E08F5">
        <w:trPr>
          <w:jc w:val="center"/>
        </w:trPr>
        <w:tc>
          <w:tcPr>
            <w:tcW w:w="4961" w:type="dxa"/>
            <w:shd w:val="clear" w:color="auto" w:fill="E7E6E6"/>
            <w:tcMar>
              <w:top w:w="80" w:type="dxa"/>
              <w:left w:w="90" w:type="dxa"/>
              <w:bottom w:w="80" w:type="dxa"/>
              <w:right w:w="90" w:type="dxa"/>
            </w:tcMar>
            <w:vAlign w:val="center"/>
          </w:tcPr>
          <w:p w14:paraId="4D1205D9" w14:textId="77777777" w:rsidR="00A50C67" w:rsidRPr="003E08F5" w:rsidRDefault="00000000">
            <w:pPr>
              <w:spacing w:after="0" w:line="240" w:lineRule="auto"/>
              <w:rPr>
                <w:rFonts w:cs="Times New Roman"/>
                <w:szCs w:val="24"/>
              </w:rPr>
            </w:pPr>
            <w:r w:rsidRPr="003E08F5">
              <w:rPr>
                <w:rFonts w:cs="Times New Roman"/>
                <w:b/>
                <w:szCs w:val="24"/>
              </w:rPr>
              <w:t>TOPLANTI SAATİ</w:t>
            </w:r>
          </w:p>
        </w:tc>
        <w:tc>
          <w:tcPr>
            <w:tcW w:w="4961" w:type="dxa"/>
            <w:tcMar>
              <w:top w:w="80" w:type="dxa"/>
              <w:left w:w="90" w:type="dxa"/>
              <w:bottom w:w="80" w:type="dxa"/>
              <w:right w:w="90" w:type="dxa"/>
            </w:tcMar>
            <w:vAlign w:val="center"/>
          </w:tcPr>
          <w:p w14:paraId="477746F9" w14:textId="77777777" w:rsidR="00A50C67" w:rsidRPr="003E08F5" w:rsidRDefault="00000000">
            <w:pPr>
              <w:spacing w:after="0" w:line="240" w:lineRule="auto"/>
              <w:rPr>
                <w:rFonts w:cs="Times New Roman"/>
                <w:szCs w:val="24"/>
              </w:rPr>
            </w:pPr>
            <w:r w:rsidRPr="003E08F5">
              <w:rPr>
                <w:rFonts w:cs="Times New Roman"/>
                <w:szCs w:val="24"/>
              </w:rPr>
              <w:t>………</w:t>
            </w:r>
          </w:p>
        </w:tc>
      </w:tr>
      <w:tr w:rsidR="00A50C67" w:rsidRPr="003E08F5" w14:paraId="65B611E0" w14:textId="77777777" w:rsidTr="003E08F5">
        <w:trPr>
          <w:jc w:val="center"/>
        </w:trPr>
        <w:tc>
          <w:tcPr>
            <w:tcW w:w="4961" w:type="dxa"/>
            <w:shd w:val="clear" w:color="auto" w:fill="E7E6E6"/>
            <w:tcMar>
              <w:top w:w="80" w:type="dxa"/>
              <w:left w:w="90" w:type="dxa"/>
              <w:bottom w:w="80" w:type="dxa"/>
              <w:right w:w="90" w:type="dxa"/>
            </w:tcMar>
            <w:vAlign w:val="center"/>
          </w:tcPr>
          <w:p w14:paraId="55799AEA" w14:textId="77777777" w:rsidR="00A50C67" w:rsidRPr="003E08F5" w:rsidRDefault="00000000">
            <w:pPr>
              <w:spacing w:after="0" w:line="240" w:lineRule="auto"/>
              <w:rPr>
                <w:rFonts w:cs="Times New Roman"/>
                <w:szCs w:val="24"/>
              </w:rPr>
            </w:pPr>
            <w:r w:rsidRPr="003E08F5">
              <w:rPr>
                <w:rFonts w:cs="Times New Roman"/>
                <w:b/>
                <w:szCs w:val="24"/>
              </w:rPr>
              <w:t>TOPLANTI YERİ</w:t>
            </w:r>
          </w:p>
        </w:tc>
        <w:tc>
          <w:tcPr>
            <w:tcW w:w="4961" w:type="dxa"/>
            <w:tcMar>
              <w:top w:w="80" w:type="dxa"/>
              <w:left w:w="90" w:type="dxa"/>
              <w:bottom w:w="80" w:type="dxa"/>
              <w:right w:w="90" w:type="dxa"/>
            </w:tcMar>
            <w:vAlign w:val="center"/>
          </w:tcPr>
          <w:p w14:paraId="3538F905" w14:textId="77777777" w:rsidR="00A50C67" w:rsidRPr="003E08F5" w:rsidRDefault="00000000">
            <w:pPr>
              <w:spacing w:after="0" w:line="240" w:lineRule="auto"/>
              <w:rPr>
                <w:rFonts w:cs="Times New Roman"/>
                <w:szCs w:val="24"/>
              </w:rPr>
            </w:pPr>
            <w:r w:rsidRPr="003E08F5">
              <w:rPr>
                <w:rFonts w:cs="Times New Roman"/>
                <w:szCs w:val="24"/>
              </w:rPr>
              <w:t>………………………………………</w:t>
            </w:r>
          </w:p>
        </w:tc>
      </w:tr>
      <w:tr w:rsidR="00A50C67" w:rsidRPr="003E08F5" w14:paraId="10783D9B" w14:textId="77777777" w:rsidTr="003E08F5">
        <w:trPr>
          <w:jc w:val="center"/>
        </w:trPr>
        <w:tc>
          <w:tcPr>
            <w:tcW w:w="4961" w:type="dxa"/>
            <w:shd w:val="clear" w:color="auto" w:fill="E7E6E6"/>
            <w:tcMar>
              <w:top w:w="80" w:type="dxa"/>
              <w:left w:w="90" w:type="dxa"/>
              <w:bottom w:w="80" w:type="dxa"/>
              <w:right w:w="90" w:type="dxa"/>
            </w:tcMar>
            <w:vAlign w:val="center"/>
          </w:tcPr>
          <w:p w14:paraId="14D8AF25" w14:textId="77777777" w:rsidR="00A50C67" w:rsidRPr="003E08F5" w:rsidRDefault="00000000">
            <w:pPr>
              <w:spacing w:after="0" w:line="240" w:lineRule="auto"/>
              <w:rPr>
                <w:rFonts w:cs="Times New Roman"/>
                <w:szCs w:val="24"/>
              </w:rPr>
            </w:pPr>
            <w:r w:rsidRPr="003E08F5">
              <w:rPr>
                <w:rFonts w:cs="Times New Roman"/>
                <w:b/>
                <w:szCs w:val="24"/>
              </w:rPr>
              <w:t>TOPLANTI BAŞKANI</w:t>
            </w:r>
          </w:p>
        </w:tc>
        <w:tc>
          <w:tcPr>
            <w:tcW w:w="4961" w:type="dxa"/>
            <w:tcMar>
              <w:top w:w="80" w:type="dxa"/>
              <w:left w:w="90" w:type="dxa"/>
              <w:bottom w:w="80" w:type="dxa"/>
              <w:right w:w="90" w:type="dxa"/>
            </w:tcMar>
            <w:vAlign w:val="center"/>
          </w:tcPr>
          <w:p w14:paraId="57C3E014" w14:textId="77777777" w:rsidR="00A50C67" w:rsidRPr="003E08F5" w:rsidRDefault="00000000">
            <w:pPr>
              <w:spacing w:after="0" w:line="240" w:lineRule="auto"/>
              <w:rPr>
                <w:rFonts w:cs="Times New Roman"/>
                <w:szCs w:val="24"/>
              </w:rPr>
            </w:pPr>
            <w:r w:rsidRPr="003E08F5">
              <w:rPr>
                <w:rFonts w:cs="Times New Roman"/>
                <w:szCs w:val="24"/>
              </w:rPr>
              <w:t>………………………………………</w:t>
            </w:r>
          </w:p>
        </w:tc>
      </w:tr>
      <w:tr w:rsidR="00A50C67" w:rsidRPr="003E08F5" w14:paraId="30473D5F" w14:textId="77777777" w:rsidTr="003E08F5">
        <w:trPr>
          <w:jc w:val="center"/>
        </w:trPr>
        <w:tc>
          <w:tcPr>
            <w:tcW w:w="4961" w:type="dxa"/>
            <w:shd w:val="clear" w:color="auto" w:fill="E7E6E6"/>
            <w:tcMar>
              <w:top w:w="80" w:type="dxa"/>
              <w:left w:w="90" w:type="dxa"/>
              <w:bottom w:w="80" w:type="dxa"/>
              <w:right w:w="90" w:type="dxa"/>
            </w:tcMar>
            <w:vAlign w:val="center"/>
          </w:tcPr>
          <w:p w14:paraId="6FE00AB8" w14:textId="77777777" w:rsidR="00A50C67" w:rsidRPr="003E08F5" w:rsidRDefault="00000000">
            <w:pPr>
              <w:spacing w:after="0" w:line="240" w:lineRule="auto"/>
              <w:rPr>
                <w:rFonts w:cs="Times New Roman"/>
                <w:szCs w:val="24"/>
              </w:rPr>
            </w:pPr>
            <w:r w:rsidRPr="003E08F5">
              <w:rPr>
                <w:rFonts w:cs="Times New Roman"/>
                <w:b/>
                <w:szCs w:val="24"/>
              </w:rPr>
              <w:t>KATILANLAR</w:t>
            </w:r>
          </w:p>
        </w:tc>
        <w:tc>
          <w:tcPr>
            <w:tcW w:w="4961" w:type="dxa"/>
            <w:tcMar>
              <w:top w:w="80" w:type="dxa"/>
              <w:left w:w="90" w:type="dxa"/>
              <w:bottom w:w="80" w:type="dxa"/>
              <w:right w:w="90" w:type="dxa"/>
            </w:tcMar>
            <w:vAlign w:val="center"/>
          </w:tcPr>
          <w:p w14:paraId="01082384" w14:textId="77777777" w:rsidR="00A50C67" w:rsidRPr="003E08F5" w:rsidRDefault="00000000">
            <w:pPr>
              <w:spacing w:after="0" w:line="240" w:lineRule="auto"/>
              <w:rPr>
                <w:rFonts w:cs="Times New Roman"/>
                <w:szCs w:val="24"/>
              </w:rPr>
            </w:pPr>
            <w:r w:rsidRPr="003E08F5">
              <w:rPr>
                <w:rFonts w:cs="Times New Roman"/>
                <w:szCs w:val="24"/>
              </w:rPr>
              <w:t>…………………………………………………………………………………………</w:t>
            </w:r>
          </w:p>
        </w:tc>
      </w:tr>
    </w:tbl>
    <w:p w14:paraId="380A24C1" w14:textId="77777777" w:rsidR="00A50C67" w:rsidRPr="003E08F5" w:rsidRDefault="00000000">
      <w:pPr>
        <w:jc w:val="center"/>
        <w:rPr>
          <w:rFonts w:cs="Times New Roman"/>
          <w:szCs w:val="24"/>
        </w:rPr>
      </w:pPr>
      <w:r>
        <w:rPr>
          <w:b/>
        </w:rPr>
        <w:t>İNCELEMESİ YAPILAN BAŞLICA MEVZUAT VE BELGELER</w:t>
      </w:r>
    </w:p>
    <w:p w14:paraId="7830CAC7" w14:textId="77777777" w:rsidR="00A50C67" w:rsidRPr="003E08F5" w:rsidRDefault="00000000">
      <w:pPr>
        <w:spacing w:after="70" w:line="254" w:lineRule="auto"/>
        <w:ind w:left="283" w:hanging="283"/>
        <w:jc w:val="both"/>
        <w:rPr>
          <w:rFonts w:cs="Times New Roman"/>
          <w:szCs w:val="24"/>
        </w:rPr>
      </w:pPr>
      <w:r w:rsidRPr="003E08F5">
        <w:rPr>
          <w:rFonts w:cs="Times New Roman"/>
          <w:b/>
          <w:szCs w:val="24"/>
        </w:rPr>
        <w:t xml:space="preserve">1. </w:t>
      </w:r>
      <w:r w:rsidRPr="003E08F5">
        <w:rPr>
          <w:rFonts w:cs="Times New Roman"/>
          <w:szCs w:val="24"/>
        </w:rPr>
        <w:t>12/02/2025 tarihli ve 126419167 sayılı Millî Eğitim Bakanlığı Eğitim Kurulları ve Zümreleri Yönergesi.</w:t>
      </w:r>
    </w:p>
    <w:p w14:paraId="02E0218B" w14:textId="77777777" w:rsidR="00A50C67" w:rsidRPr="003E08F5" w:rsidRDefault="00000000">
      <w:pPr>
        <w:spacing w:after="70" w:line="254" w:lineRule="auto"/>
        <w:ind w:left="283" w:hanging="283"/>
        <w:jc w:val="both"/>
        <w:rPr>
          <w:rFonts w:cs="Times New Roman"/>
          <w:szCs w:val="24"/>
        </w:rPr>
      </w:pPr>
      <w:r w:rsidRPr="003E08F5">
        <w:rPr>
          <w:rFonts w:cs="Times New Roman"/>
          <w:b/>
          <w:szCs w:val="24"/>
        </w:rPr>
        <w:t xml:space="preserve">2. </w:t>
      </w:r>
      <w:r w:rsidRPr="003E08F5">
        <w:rPr>
          <w:rFonts w:cs="Times New Roman"/>
          <w:szCs w:val="24"/>
        </w:rPr>
        <w:t>Millî Eğitim Bakanlığı Ölçme ve Değerlendirme Yönetmeliği ile Yazılı ve Uygulamalı Sınavlar Yönergesi.</w:t>
      </w:r>
    </w:p>
    <w:p w14:paraId="6B737EAD" w14:textId="77777777" w:rsidR="00A50C67" w:rsidRPr="003E08F5" w:rsidRDefault="00000000">
      <w:pPr>
        <w:spacing w:after="70" w:line="254" w:lineRule="auto"/>
        <w:ind w:left="283" w:hanging="283"/>
        <w:jc w:val="both"/>
        <w:rPr>
          <w:rFonts w:cs="Times New Roman"/>
          <w:szCs w:val="24"/>
        </w:rPr>
      </w:pPr>
      <w:r w:rsidRPr="003E08F5">
        <w:rPr>
          <w:rFonts w:cs="Times New Roman"/>
          <w:b/>
          <w:szCs w:val="24"/>
        </w:rPr>
        <w:t xml:space="preserve">3. </w:t>
      </w:r>
      <w:r w:rsidRPr="003E08F5">
        <w:rPr>
          <w:rFonts w:cs="Times New Roman"/>
          <w:szCs w:val="24"/>
        </w:rPr>
        <w:t>2026-2027 Eğitim ve Öğretim Yılı Çalışma Takvimi Genelgesi.</w:t>
      </w:r>
    </w:p>
    <w:p w14:paraId="48CFA0FF" w14:textId="77777777" w:rsidR="00A50C67" w:rsidRPr="003E08F5" w:rsidRDefault="00000000">
      <w:pPr>
        <w:spacing w:after="70" w:line="254" w:lineRule="auto"/>
        <w:ind w:left="283" w:hanging="283"/>
        <w:jc w:val="both"/>
        <w:rPr>
          <w:rFonts w:cs="Times New Roman"/>
          <w:szCs w:val="24"/>
        </w:rPr>
      </w:pPr>
      <w:r>
        <w:rPr>
          <w:rFonts w:cs="Times New Roman"/>
          <w:b/>
          <w:szCs w:val="24"/>
        </w:rPr>
        <w:t>4. 19/08/2026 tarihli ve 2026/70 sayılı ‘2026-2027 Eğitim ve Öğretim Yılına İlişkin İş ve İşlemler’ konulu Genelge.</w:t>
      </w:r>
    </w:p>
    <w:p w14:paraId="606021A3" w14:textId="77777777" w:rsidR="00A50C67" w:rsidRPr="003E08F5" w:rsidRDefault="00000000">
      <w:pPr>
        <w:spacing w:after="70" w:line="254" w:lineRule="auto"/>
        <w:ind w:left="283" w:hanging="283"/>
        <w:jc w:val="both"/>
        <w:rPr>
          <w:rFonts w:cs="Times New Roman"/>
          <w:szCs w:val="24"/>
        </w:rPr>
      </w:pPr>
      <w:r>
        <w:rPr>
          <w:rFonts w:cs="Times New Roman"/>
          <w:b/>
          <w:szCs w:val="24"/>
        </w:rPr>
        <w:t>5. 5, 6 ve 7. sınıf Türkiye Yüzyılı Maarif Modeli Fen Bilimleri öğretim programları.</w:t>
      </w:r>
    </w:p>
    <w:p w14:paraId="62F76399" w14:textId="77777777" w:rsidR="00A50C67" w:rsidRPr="003E08F5" w:rsidRDefault="00000000">
      <w:pPr>
        <w:spacing w:after="70" w:line="254" w:lineRule="auto"/>
        <w:ind w:left="283" w:hanging="283"/>
        <w:jc w:val="both"/>
        <w:rPr>
          <w:rFonts w:cs="Times New Roman"/>
          <w:szCs w:val="24"/>
        </w:rPr>
      </w:pPr>
      <w:r>
        <w:rPr>
          <w:rFonts w:cs="Times New Roman"/>
          <w:b/>
          <w:szCs w:val="24"/>
        </w:rPr>
        <w:t>6. 8. sınıf Fen Bilimleri Dersi Öğretim Programı.</w:t>
      </w:r>
    </w:p>
    <w:p>
      <w:pPr>
        <w:spacing w:after="70" w:line="254" w:lineRule="auto"/>
        <w:ind w:left="283" w:hanging="283"/>
        <w:jc w:val="both"/>
        <w:rPr>
          <w:rFonts w:cs="Times New Roman"/>
          <w:szCs w:val="24"/>
        </w:rPr>
      </w:pPr>
      <w:r>
        <w:rPr>
          <w:rFonts w:cs="Times New Roman"/>
          <w:b/>
          <w:szCs w:val="24"/>
        </w:rPr>
        <w:t>7. 5, 6, 7 ve 8. sınıf Fen Bilimleri derslerine ait 2026-2027 MEB taslak çerçeve yıllık planları esas alınarak okul şartlarına göre düzenlenen yıllık planlar.</w:t>
      </w:r>
    </w:p>
    <w:p w14:paraId="47B4C850" w14:textId="77777777" w:rsidR="00A50C67" w:rsidRPr="003E08F5" w:rsidRDefault="00000000">
      <w:pPr>
        <w:jc w:val="both"/>
        <w:rPr>
          <w:rFonts w:cs="Times New Roman"/>
          <w:szCs w:val="24"/>
        </w:rPr>
      </w:pPr>
      <w:r w:rsidRPr="003E08F5">
        <w:rPr>
          <w:rFonts w:cs="Times New Roman"/>
          <w:szCs w:val="24"/>
        </w:rPr>
        <w:t>Toplantı gündemi, zümre başkanlığınca hazırlanan ve okul müdürlüğünce uygun görülen çağrı yazısında yer almaktadır.</w:t>
      </w:r>
    </w:p>
    <w:p w14:paraId="7D7575D5" w14:textId="77777777" w:rsidR="00A50C67" w:rsidRPr="003E08F5" w:rsidRDefault="00A50C67">
      <w:pPr>
        <w:rPr>
          <w:rFonts w:cs="Times New Roman"/>
          <w:szCs w:val="24"/>
        </w:rPr>
      </w:pPr>
    </w:p>
    <w:p w14:paraId="1E36653E" w14:textId="77777777" w:rsidR="00A50C67" w:rsidRPr="003E08F5" w:rsidRDefault="00000000">
      <w:pPr>
        <w:jc w:val="center"/>
        <w:rPr>
          <w:rFonts w:cs="Times New Roman"/>
          <w:szCs w:val="24"/>
        </w:rPr>
      </w:pPr>
      <w:r>
        <w:rPr>
          <w:b/>
        </w:rPr>
        <w:t>GÜNDEM MADDELERİNİN GÖRÜŞÜLMESİ</w:t>
      </w:r>
    </w:p>
    <w:p w14:paraId="27D6AE8D" w14:textId="77777777" w:rsidR="00A50C67" w:rsidRPr="003E08F5" w:rsidRDefault="00000000">
      <w:pPr>
        <w:spacing w:before="80"/>
        <w:jc w:val="both"/>
        <w:rPr>
          <w:rFonts w:cs="Times New Roman"/>
          <w:szCs w:val="24"/>
        </w:rPr>
      </w:pPr>
      <w:r>
        <w:rPr>
          <w:b/>
        </w:rPr>
        <w:t>1. Açılış ve yoklama:</w:t>
      </w:r>
      <w:r>
        <w:rPr>
          <w:b w:val="0"/>
        </w:rPr>
        <w:t xml:space="preserve"> Fen Bilimleri Dersi Sene Başı Zümre Öğretmenler Kurulu, yukarıda belirtilen tarih, saat ve yerde toplandı. Yapılan yoklamada zümre üyelerinin toplantıda hazır bulunduğu görüldü. Zümre başkanı, 2026-2027 eğitim öğretim yılının öğrencilere, öğretmenlere ve eğitim camiasına başarılı ve verimli olması dileğiyle toplantıyı açtı. Toplantı yazmanı olarak ………………………………… seçildi.</w:t>
      </w:r>
    </w:p>
    <w:p w14:paraId="71F32572" w14:textId="77777777" w:rsidR="00A50C67" w:rsidRPr="003E08F5" w:rsidRDefault="00000000">
      <w:pPr>
        <w:spacing w:before="80"/>
        <w:jc w:val="both"/>
        <w:rPr>
          <w:rFonts w:cs="Times New Roman"/>
          <w:szCs w:val="24"/>
        </w:rPr>
      </w:pPr>
      <w:r>
        <w:rPr>
          <w:b/>
        </w:rPr>
        <w:t>2. Önceki kararların değerlendirilmesi:</w:t>
      </w:r>
      <w:r>
        <w:rPr>
          <w:b w:val="0"/>
        </w:rPr>
        <w:t xml:space="preserve"> Bir önceki eğitim öğretim yılına ait zümre tutanağı ve alınan kararlar incelendi. Uygulanan kararların öğrenci başarısına, derslerin işlenişine ve zümre içi iş birliğine etkisi değerlendirildi. Güncelliğini yitiren, tekrar eden veya okulun mevcut şartlarıyla uyuşmayan kararların yeni tutanakta yer almaması; uygulanabilir kararların ise güncel öğretim programları ve mevzuat doğrultusunda yeniden düzenlenmesi konusunda görüş birliğine varıldı.</w:t>
      </w:r>
    </w:p>
    <w:p w14:paraId="17F07888" w14:textId="77777777" w:rsidR="00A50C67" w:rsidRPr="003E08F5" w:rsidRDefault="00000000">
      <w:pPr>
        <w:spacing w:before="40"/>
        <w:jc w:val="both"/>
        <w:rPr>
          <w:rFonts w:cs="Times New Roman"/>
          <w:szCs w:val="24"/>
        </w:rPr>
      </w:pPr>
      <w:r>
        <w:rPr>
          <w:b/>
        </w:rPr>
        <w:t>3. Çalışma takvimi, güncel mevzuat ve ‘Maarifin Kalbinde Oyun’ teması:</w:t>
      </w:r>
      <w:r>
        <w:rPr>
          <w:b w:val="0"/>
        </w:rPr>
        <w:t xml:space="preserve"> 2026-2027 eğitim öğretim yılı çalışma takvimi ile 19/08/2026 tarihli ve 2026/70 sayılı Genelge incelendi. Birinci dönemin 14 Eylül 2026 tarihinde başlayıp 22 Ocak 2027 tarihinde sona ereceği, birinci dönem ara tatilinin 16-20 Kasım 2026 tarihleri arasında, yarıyıl tatilinin 25 Ocak-5 Şubat 2027 tarihleri arasında yapılacağı; ikinci dönemin 8 Şubat 2027 tarihinde başlayacağı, ikinci dönem ara tatilinin 8-12 Mart 2027 tarihleri arasında yapılacağı ve ders yılının 25 Haziran 2027 tarihinde sona ereceği belirtildi. Genelgenin 3. maddesi doğrultusunda 2026-2027 eğitim öğretim yılında ‘Maarifin Kalbinde Oyun’ temasının esas alınacağı; Fen Bilimleri derslerinde öğrenme çıktıları ve kazanımlarla ilişkilendirilmiş, öğrencilerin yaş ve gelişim özelliklerine uygun, güvenli ve kapsayıcı oyun etkinliklerine ve uygun geleneksel çocuk oyunlarına yer verileceği görüşüldü. Planlama ve uygulamaların Millî Eğitim Bakanlığı Oyun Politika Belgesi’nin ilke ve esaslarına uygun yürütülmesi gerektiği vurgulandı. Genelgenin 1. maddesi doğrultusunda millî birlik ve beraberlik bilincini güçlendirmeye yönelik Bakanlıkça hazırlanan uygulama kılavuzlarındaki etkinliklerin eğitim öğretim yılının ilk haftasında ve yıl boyunca dersin amaçlarıyla ilişkilendirilerek uygulanması gerektiği belirtildi.</w:t>
      </w:r>
    </w:p>
    <w:p w14:paraId="7F4CC574" w14:textId="77777777" w:rsidR="00A50C67" w:rsidRPr="003E08F5" w:rsidRDefault="00000000">
      <w:pPr>
        <w:spacing w:before="40"/>
        <w:jc w:val="both"/>
        <w:rPr>
          <w:rFonts w:cs="Times New Roman"/>
          <w:szCs w:val="24"/>
        </w:rPr>
      </w:pPr>
      <w:r>
        <w:rPr>
          <w:b/>
        </w:rPr>
        <w:t>4. Öğretim programları ve yıllık planlar:</w:t>
      </w:r>
      <w:r>
        <w:rPr>
          <w:b w:val="0"/>
        </w:rPr>
        <w:t xml:space="preserve"> 5, 6 ve 7. sınıflarda Türkiye Yüzyılı Maarif Modeli Fen Bilimleri öğretim programlarının, 8. sınıfta ise mevcut Fen Bilimleri öğretim programının uygulanacağı belirtildi. 5, 6, 7 ve 8. sınıf yıllık planlarının MEB tarafından yayımlanan 2026-2027 taslak çerçeve yıllık planlar esas alınarak okulun çalışma takvimi, öğrenci ihtiyaçları ve çevre şartları doğrultusunda düzenlendiği ifade edildi. Zorunlu değişikliklerin zümre kararıyla planlara yansıtılması görüşüldü. Derslerde ilgili konu ve kazanımlar kapsamında Atatürkçülükle ilgili hususlara öğretim programları doğrultusunda yer verilmesi görüşüldü. Eğitim öğretim faaliyetlerinin 180 iş günü esas alınarak planlı biçimde sürdürülmesi ve ders yılının son haftalarında da ders, ölçme-değerlendirme ve bilimsel etkinliklere devam edilmesi gerektiği vurgulandı.</w:t>
      </w:r>
    </w:p>
    <w:p w14:paraId="3F40015B" w14:textId="77777777" w:rsidR="00A50C67" w:rsidRPr="003E08F5" w:rsidRDefault="00000000">
      <w:pPr>
        <w:spacing w:before="40"/>
        <w:jc w:val="both"/>
        <w:rPr>
          <w:rFonts w:cs="Times New Roman"/>
          <w:szCs w:val="24"/>
        </w:rPr>
      </w:pPr>
      <w:r>
        <w:rPr>
          <w:b/>
        </w:rPr>
        <w:t>5. 7. sınıfta Türkiye Yüzyılı Maarif Modeli uygulaması:</w:t>
      </w:r>
      <w:r>
        <w:rPr>
          <w:b w:val="0"/>
        </w:rPr>
        <w:t xml:space="preserve"> 2026-2027 eğitim öğretim yılında Türkiye Yüzyılı Maarif Modeli’nin 7. sınıfta ilk kez uygulanacak olması nedeniyle 7. sınıf Fen Bilimleri öğretim programı ayrıntılı olarak incelendi. Programdaki öğrenme çıktıları ve süreç bileşenleri, fen bilimleri alan becerileri, kavramsal beceriler, sosyal-duygusal öğrenme becerileri, değerler, eğilimler, okuryazarlık becerileri, öğrenme kanıtları, farklılaştırma ve okul temelli planlama boyutlarının ders sürecine bütüncül biçimde yansıtılmasının gerekli olduğu belirtildi. Öğretmenlerin ders kitabı, öğretim programı ve yıllık plan arasında uyum sağlamaları; uygulamada karşılaşılan sorunları zümre içinde düzenli olarak paylaşmaları görüşüldü. Ayrıca zümre öğretmenlerinin ÖBA üzerinden erişime sunulan, görev yaptıkları kademe ve alana ilişkin Türkiye Yüzyılı Maarif Modeli Öğretmen Eğitimi Paketlerindeki modülleri tamamlamaları gerektiği belirtildi.</w:t>
      </w:r>
    </w:p>
    <w:p w14:paraId="1580D09C" w14:textId="77777777" w:rsidR="00A50C67" w:rsidRPr="003E08F5" w:rsidRDefault="00000000">
      <w:pPr>
        <w:spacing w:before="40"/>
        <w:jc w:val="both"/>
        <w:rPr>
          <w:rFonts w:cs="Times New Roman"/>
          <w:szCs w:val="24"/>
        </w:rPr>
      </w:pPr>
      <w:r>
        <w:rPr>
          <w:b/>
        </w:rPr>
        <w:t>6. Öğretim yöntemleri, okul temelli planlama ve öğrenme ortamları:</w:t>
      </w:r>
      <w:r>
        <w:rPr>
          <w:b w:val="0"/>
        </w:rPr>
        <w:t xml:space="preserve"> Derslerde bilimsel sorgulama, deney, gözlem, model oluşturma, problem çözme, kanıt kullanma, tartışma, iş birlikli öğrenme, proje ve tasarım temelli çalışmaların öğrenci düzeyine uygun biçimde kullanılması gerektiği ifade edildi. 5, 6 ve 7. sınıfların her birinde okul temelli planlama için ayrılan 6 ders saatinin eğitim öğretim yılı içinde okulun ve çevrenin imkânları doğrultusunda bilim şenliği, araştırma, yerel çevre incelemesi, deney, gözlem, atölye ve benzeri çalışmalarla değerlendirilmesi ve belirlenen faaliyetlerin yıllık planlara işlenmesi görüşüldü. Okul dışı öğrenme ortamlarının kullanılmasında gerekli izin ve güvenlik süreçlerinin eksiksiz yürütülmesi gerektiği belirtildi. Yaşam Becerileri Projesi kapsamındaki uygulama kılavuzu ve etkinlik kitaplarından yararlanılması; öğrencilerin günlük yaşamda ihtiyaç duyacakları becerileri uygulayarak geliştirmelerine imkân sağlanması görüşüldü. Okul dışı öğrenme çalışmalarının planlanmasında Okul Dışı Öğrenme Ortamları Dijital Platformu’ndaki içeriklerden yararlanılması kararlaştırıldı.</w:t>
      </w:r>
    </w:p>
    <w:tbl>
      <w:tblPr>
        <w:tblStyle w:val="TabloKlavuzu"/>
        <w:tblW w:type="dxa" w:w="9922"/>
        <w:tblLayout w:type="fixed"/>
        <w:tblLook w:firstColumn="1" w:firstRow="1" w:lastColumn="0" w:lastRow="0" w:noHBand="0" w:noVBand="1" w:val="04A0"/>
        <w:tblInd w:w="0" w:type="dxa"/>
      </w:tblPr>
      <w:tblGrid>
        <w:gridCol w:w="1300"/>
        <w:gridCol w:w="4200"/>
        <w:gridCol w:w="1600"/>
        <w:gridCol w:w="2822"/>
      </w:tblGrid>
      <w:tr>
        <w:trPr>
          <w:trHeight w:val="240" w:hRule="atLeast"/>
          <w:cantSplit w:val="true"/>
        </w:trPr>
        <w:tc>
          <w:tcPr>
            <w:tcW w:type="dxa" w:w="9922"/>
            <w:gridSpan w:val="4"/>
            <w:vAlign w:val="center"/>
            <w:tcMar>
              <w:top w:w="20" w:type="dxa"/>
              <w:start w:w="70" w:type="dxa"/>
              <w:bottom w:w="20" w:type="dxa"/>
              <w:end w:w="70" w:type="dxa"/>
            </w:tcMar>
          </w:tcPr>
          <w:p>
            <w:pPr>
              <w:keepNext/>
              <w:keepLines/>
              <w:spacing w:before="0" w:after="0" w:line="240" w:lineRule="auto"/>
              <w:jc w:val="center"/>
            </w:pPr>
            <w:r>
              <w:rPr>
                <w:rFonts w:ascii="Times New Roman" w:hAnsi="Times New Roman" w:eastAsia="Times New Roman"/>
                <w:b/>
                <w:sz w:val="17"/>
              </w:rPr>
              <w:t>OKUL TEMELLİ PLANLAMA FAALİYET KARARI</w:t>
            </w:r>
          </w:p>
        </w:tc>
      </w:tr>
      <w:tr>
        <w:trPr>
          <w:trHeight w:val="320" w:hRule="atLeast"/>
          <w:tblHeader w:val="true"/>
          <w:cantSplit w:val="true"/>
        </w:trPr>
        <w:tc>
          <w:tcPr>
            <w:tcW w:type="dxa" w:w="1300"/>
            <w:vAlign w:val="center"/>
            <w:tcMar>
              <w:top w:w="20" w:type="dxa"/>
              <w:start w:w="70" w:type="dxa"/>
              <w:bottom w:w="20" w:type="dxa"/>
              <w:end w:w="70" w:type="dxa"/>
            </w:tcMar>
          </w:tcPr>
          <w:p>
            <w:pPr>
              <w:keepNext/>
              <w:keepLines/>
              <w:spacing w:before="0" w:after="0" w:line="240" w:lineRule="auto"/>
              <w:jc w:val="center"/>
            </w:pPr>
            <w:r>
              <w:rPr>
                <w:rFonts w:ascii="Times New Roman" w:hAnsi="Times New Roman" w:eastAsia="Times New Roman"/>
                <w:b/>
                <w:sz w:val="16"/>
              </w:rPr>
              <w:t>Sınıf</w:t>
            </w:r>
          </w:p>
        </w:tc>
        <w:tc>
          <w:tcPr>
            <w:tcW w:type="dxa" w:w="4200"/>
            <w:vAlign w:val="center"/>
            <w:tcMar>
              <w:top w:w="20" w:type="dxa"/>
              <w:start w:w="70" w:type="dxa"/>
              <w:bottom w:w="20" w:type="dxa"/>
              <w:end w:w="70" w:type="dxa"/>
            </w:tcMar>
          </w:tcPr>
          <w:p>
            <w:pPr>
              <w:keepNext/>
              <w:keepLines/>
              <w:spacing w:before="0" w:after="0" w:line="240" w:lineRule="auto"/>
              <w:jc w:val="center"/>
            </w:pPr>
            <w:r>
              <w:rPr>
                <w:rFonts w:ascii="Times New Roman" w:hAnsi="Times New Roman" w:eastAsia="Times New Roman"/>
                <w:b/>
                <w:sz w:val="16"/>
              </w:rPr>
              <w:t>Planlanan Faaliyet/Çalışma</w:t>
            </w:r>
          </w:p>
        </w:tc>
        <w:tc>
          <w:tcPr>
            <w:tcW w:type="dxa" w:w="1600"/>
            <w:vAlign w:val="center"/>
            <w:tcMar>
              <w:top w:w="20" w:type="dxa"/>
              <w:start w:w="70" w:type="dxa"/>
              <w:bottom w:w="20" w:type="dxa"/>
              <w:end w:w="70" w:type="dxa"/>
            </w:tcMar>
          </w:tcPr>
          <w:p>
            <w:pPr>
              <w:keepNext/>
              <w:keepLines/>
              <w:spacing w:before="0" w:after="0" w:line="240" w:lineRule="auto"/>
              <w:jc w:val="center"/>
            </w:pPr>
            <w:r>
              <w:rPr>
                <w:rFonts w:ascii="Times New Roman" w:hAnsi="Times New Roman" w:eastAsia="Times New Roman"/>
                <w:b/>
                <w:sz w:val="16"/>
              </w:rPr>
              <w:t>Ders Saati</w:t>
            </w:r>
          </w:p>
        </w:tc>
        <w:tc>
          <w:tcPr>
            <w:tcW w:type="dxa" w:w="2822"/>
            <w:vAlign w:val="center"/>
            <w:tcMar>
              <w:top w:w="20" w:type="dxa"/>
              <w:start w:w="70" w:type="dxa"/>
              <w:bottom w:w="20" w:type="dxa"/>
              <w:end w:w="70" w:type="dxa"/>
            </w:tcMar>
          </w:tcPr>
          <w:p>
            <w:pPr>
              <w:keepNext/>
              <w:keepLines/>
              <w:spacing w:before="0" w:after="0" w:line="240" w:lineRule="auto"/>
              <w:jc w:val="center"/>
            </w:pPr>
            <w:r>
              <w:rPr>
                <w:rFonts w:ascii="Times New Roman" w:hAnsi="Times New Roman" w:eastAsia="Times New Roman"/>
                <w:b/>
                <w:sz w:val="16"/>
              </w:rPr>
              <w:t>Uygulama Zamanı</w:t>
            </w:r>
          </w:p>
        </w:tc>
      </w:tr>
      <w:tr>
        <w:trPr>
          <w:trHeight w:val="380" w:hRule="atLeast"/>
          <w:cantSplit w:val="true"/>
        </w:trPr>
        <w:tc>
          <w:tcPr>
            <w:tcW w:type="dxa" w:w="1300"/>
            <w:vAlign w:val="center"/>
            <w:tcMar>
              <w:top w:w="20" w:type="dxa"/>
              <w:start w:w="70" w:type="dxa"/>
              <w:bottom w:w="20" w:type="dxa"/>
              <w:end w:w="70" w:type="dxa"/>
            </w:tcMar>
          </w:tcPr>
          <w:p>
            <w:pPr>
              <w:keepNext/>
              <w:keepLines/>
              <w:spacing w:before="0" w:after="0" w:line="240" w:lineRule="auto"/>
              <w:jc w:val="center"/>
            </w:pPr>
            <w:r>
              <w:rPr>
                <w:rFonts w:ascii="Times New Roman" w:hAnsi="Times New Roman" w:eastAsia="Times New Roman"/>
                <w:b w:val="0"/>
                <w:sz w:val="17"/>
              </w:rPr>
              <w:t>5. Sınıf</w:t>
            </w:r>
          </w:p>
        </w:tc>
        <w:tc>
          <w:tcPr>
            <w:tcW w:type="dxa" w:w="4200"/>
            <w:vAlign w:val="center"/>
            <w:tcMar>
              <w:top w:w="20" w:type="dxa"/>
              <w:start w:w="70" w:type="dxa"/>
              <w:bottom w:w="20" w:type="dxa"/>
              <w:end w:w="70" w:type="dxa"/>
            </w:tcMar>
          </w:tcPr>
          <w:p>
            <w:pPr>
              <w:keepNext/>
              <w:keepLines/>
              <w:spacing w:before="0" w:after="0" w:line="240" w:lineRule="auto"/>
              <w:jc w:val="center"/>
            </w:pPr>
            <w:r>
              <w:rPr>
                <w:rFonts w:ascii="Times New Roman" w:hAnsi="Times New Roman" w:eastAsia="Times New Roman"/>
                <w:b w:val="0"/>
                <w:sz w:val="17"/>
              </w:rPr>
            </w:r>
          </w:p>
        </w:tc>
        <w:tc>
          <w:tcPr>
            <w:tcW w:type="dxa" w:w="1600"/>
            <w:vAlign w:val="center"/>
            <w:tcMar>
              <w:top w:w="20" w:type="dxa"/>
              <w:start w:w="70" w:type="dxa"/>
              <w:bottom w:w="20" w:type="dxa"/>
              <w:end w:w="70" w:type="dxa"/>
            </w:tcMar>
          </w:tcPr>
          <w:p>
            <w:pPr>
              <w:keepNext/>
              <w:keepLines/>
              <w:spacing w:before="0" w:after="0" w:line="240" w:lineRule="auto"/>
              <w:jc w:val="center"/>
            </w:pPr>
            <w:r>
              <w:rPr>
                <w:rFonts w:ascii="Times New Roman" w:hAnsi="Times New Roman" w:eastAsia="Times New Roman"/>
                <w:b w:val="0"/>
                <w:sz w:val="17"/>
              </w:rPr>
              <w:t>6 ders saati</w:t>
            </w:r>
          </w:p>
        </w:tc>
        <w:tc>
          <w:tcPr>
            <w:tcW w:type="dxa" w:w="2822"/>
            <w:vAlign w:val="center"/>
            <w:tcMar>
              <w:top w:w="20" w:type="dxa"/>
              <w:start w:w="70" w:type="dxa"/>
              <w:bottom w:w="20" w:type="dxa"/>
              <w:end w:w="70" w:type="dxa"/>
            </w:tcMar>
          </w:tcPr>
          <w:p>
            <w:pPr>
              <w:keepNext/>
              <w:keepLines/>
              <w:spacing w:before="0" w:after="0" w:line="240" w:lineRule="auto"/>
              <w:jc w:val="center"/>
            </w:pPr>
            <w:r>
              <w:rPr>
                <w:rFonts w:ascii="Times New Roman" w:hAnsi="Times New Roman" w:eastAsia="Times New Roman"/>
                <w:b w:val="0"/>
                <w:sz w:val="17"/>
              </w:rPr>
            </w:r>
          </w:p>
        </w:tc>
      </w:tr>
      <w:tr>
        <w:trPr>
          <w:trHeight w:val="380" w:hRule="atLeast"/>
          <w:cantSplit w:val="true"/>
        </w:trPr>
        <w:tc>
          <w:tcPr>
            <w:tcW w:type="dxa" w:w="1300"/>
            <w:vAlign w:val="center"/>
            <w:tcMar>
              <w:top w:w="20" w:type="dxa"/>
              <w:start w:w="70" w:type="dxa"/>
              <w:bottom w:w="20" w:type="dxa"/>
              <w:end w:w="70" w:type="dxa"/>
            </w:tcMar>
          </w:tcPr>
          <w:p>
            <w:pPr>
              <w:keepNext/>
              <w:keepLines/>
              <w:spacing w:before="0" w:after="0" w:line="240" w:lineRule="auto"/>
              <w:jc w:val="center"/>
            </w:pPr>
            <w:r>
              <w:rPr>
                <w:rFonts w:ascii="Times New Roman" w:hAnsi="Times New Roman" w:eastAsia="Times New Roman"/>
                <w:b w:val="0"/>
                <w:sz w:val="17"/>
              </w:rPr>
              <w:t>6. Sınıf</w:t>
            </w:r>
          </w:p>
        </w:tc>
        <w:tc>
          <w:tcPr>
            <w:tcW w:type="dxa" w:w="4200"/>
            <w:vAlign w:val="center"/>
            <w:tcMar>
              <w:top w:w="20" w:type="dxa"/>
              <w:start w:w="70" w:type="dxa"/>
              <w:bottom w:w="20" w:type="dxa"/>
              <w:end w:w="70" w:type="dxa"/>
            </w:tcMar>
          </w:tcPr>
          <w:p>
            <w:pPr>
              <w:keepNext/>
              <w:keepLines/>
              <w:spacing w:before="0" w:after="0" w:line="240" w:lineRule="auto"/>
              <w:jc w:val="center"/>
            </w:pPr>
            <w:r>
              <w:rPr>
                <w:rFonts w:ascii="Times New Roman" w:hAnsi="Times New Roman" w:eastAsia="Times New Roman"/>
                <w:b w:val="0"/>
                <w:sz w:val="17"/>
              </w:rPr>
            </w:r>
          </w:p>
        </w:tc>
        <w:tc>
          <w:tcPr>
            <w:tcW w:type="dxa" w:w="1600"/>
            <w:vAlign w:val="center"/>
            <w:tcMar>
              <w:top w:w="20" w:type="dxa"/>
              <w:start w:w="70" w:type="dxa"/>
              <w:bottom w:w="20" w:type="dxa"/>
              <w:end w:w="70" w:type="dxa"/>
            </w:tcMar>
          </w:tcPr>
          <w:p>
            <w:pPr>
              <w:keepNext/>
              <w:keepLines/>
              <w:spacing w:before="0" w:after="0" w:line="240" w:lineRule="auto"/>
              <w:jc w:val="center"/>
            </w:pPr>
            <w:r>
              <w:rPr>
                <w:rFonts w:ascii="Times New Roman" w:hAnsi="Times New Roman" w:eastAsia="Times New Roman"/>
                <w:b w:val="0"/>
                <w:sz w:val="17"/>
              </w:rPr>
              <w:t>6 ders saati</w:t>
            </w:r>
          </w:p>
        </w:tc>
        <w:tc>
          <w:tcPr>
            <w:tcW w:type="dxa" w:w="2822"/>
            <w:vAlign w:val="center"/>
            <w:tcMar>
              <w:top w:w="20" w:type="dxa"/>
              <w:start w:w="70" w:type="dxa"/>
              <w:bottom w:w="20" w:type="dxa"/>
              <w:end w:w="70" w:type="dxa"/>
            </w:tcMar>
          </w:tcPr>
          <w:p>
            <w:pPr>
              <w:keepNext/>
              <w:keepLines/>
              <w:spacing w:before="0" w:after="0" w:line="240" w:lineRule="auto"/>
              <w:jc w:val="center"/>
            </w:pPr>
            <w:r>
              <w:rPr>
                <w:rFonts w:ascii="Times New Roman" w:hAnsi="Times New Roman" w:eastAsia="Times New Roman"/>
                <w:b w:val="0"/>
                <w:sz w:val="17"/>
              </w:rPr>
            </w:r>
          </w:p>
        </w:tc>
      </w:tr>
      <w:tr>
        <w:trPr>
          <w:trHeight w:val="380" w:hRule="atLeast"/>
          <w:cantSplit w:val="true"/>
        </w:trPr>
        <w:tc>
          <w:tcPr>
            <w:tcW w:type="dxa" w:w="1300"/>
            <w:vAlign w:val="center"/>
            <w:tcMar>
              <w:top w:w="20" w:type="dxa"/>
              <w:start w:w="70" w:type="dxa"/>
              <w:bottom w:w="20" w:type="dxa"/>
              <w:end w:w="70" w:type="dxa"/>
            </w:tcMar>
          </w:tcPr>
          <w:p>
            <w:pPr>
              <w:keepNext w:val="0"/>
              <w:keepLines/>
              <w:spacing w:before="0" w:after="0" w:line="240" w:lineRule="auto"/>
              <w:jc w:val="center"/>
            </w:pPr>
            <w:r>
              <w:rPr>
                <w:rFonts w:ascii="Times New Roman" w:hAnsi="Times New Roman" w:eastAsia="Times New Roman"/>
                <w:b w:val="0"/>
                <w:sz w:val="17"/>
              </w:rPr>
              <w:t>7. Sınıf</w:t>
            </w:r>
          </w:p>
        </w:tc>
        <w:tc>
          <w:tcPr>
            <w:tcW w:type="dxa" w:w="4200"/>
            <w:vAlign w:val="center"/>
            <w:tcMar>
              <w:top w:w="20" w:type="dxa"/>
              <w:start w:w="70" w:type="dxa"/>
              <w:bottom w:w="20" w:type="dxa"/>
              <w:end w:w="70" w:type="dxa"/>
            </w:tcMar>
          </w:tcPr>
          <w:p>
            <w:pPr>
              <w:keepNext w:val="0"/>
              <w:keepLines/>
              <w:spacing w:before="0" w:after="0" w:line="240" w:lineRule="auto"/>
              <w:jc w:val="center"/>
            </w:pPr>
            <w:r>
              <w:rPr>
                <w:rFonts w:ascii="Times New Roman" w:hAnsi="Times New Roman" w:eastAsia="Times New Roman"/>
                <w:b w:val="0"/>
                <w:sz w:val="17"/>
              </w:rPr>
            </w:r>
          </w:p>
        </w:tc>
        <w:tc>
          <w:tcPr>
            <w:tcW w:type="dxa" w:w="1600"/>
            <w:vAlign w:val="center"/>
            <w:tcMar>
              <w:top w:w="20" w:type="dxa"/>
              <w:start w:w="70" w:type="dxa"/>
              <w:bottom w:w="20" w:type="dxa"/>
              <w:end w:w="70" w:type="dxa"/>
            </w:tcMar>
          </w:tcPr>
          <w:p>
            <w:pPr>
              <w:keepNext w:val="0"/>
              <w:keepLines/>
              <w:spacing w:before="0" w:after="0" w:line="240" w:lineRule="auto"/>
              <w:jc w:val="center"/>
            </w:pPr>
            <w:r>
              <w:rPr>
                <w:rFonts w:ascii="Times New Roman" w:hAnsi="Times New Roman" w:eastAsia="Times New Roman"/>
                <w:b w:val="0"/>
                <w:sz w:val="17"/>
              </w:rPr>
              <w:t>6 ders saati</w:t>
            </w:r>
          </w:p>
        </w:tc>
        <w:tc>
          <w:tcPr>
            <w:tcW w:type="dxa" w:w="2822"/>
            <w:vAlign w:val="center"/>
            <w:tcMar>
              <w:top w:w="20" w:type="dxa"/>
              <w:start w:w="70" w:type="dxa"/>
              <w:bottom w:w="20" w:type="dxa"/>
              <w:end w:w="70" w:type="dxa"/>
            </w:tcMar>
          </w:tcPr>
          <w:p>
            <w:pPr>
              <w:keepNext w:val="0"/>
              <w:keepLines/>
              <w:spacing w:before="0" w:after="0" w:line="240" w:lineRule="auto"/>
              <w:jc w:val="center"/>
            </w:pPr>
            <w:r>
              <w:rPr>
                <w:rFonts w:ascii="Times New Roman" w:hAnsi="Times New Roman" w:eastAsia="Times New Roman"/>
                <w:b w:val="0"/>
                <w:sz w:val="17"/>
              </w:rPr>
            </w:r>
          </w:p>
        </w:tc>
      </w:tr>
    </w:tbl>
    <w:p w14:paraId="09CFAE44" w14:textId="77777777" w:rsidR="00A50C67" w:rsidRPr="003E08F5" w:rsidRDefault="00000000">
      <w:pPr>
        <w:spacing w:before="40"/>
        <w:jc w:val="both"/>
        <w:rPr>
          <w:rFonts w:cs="Times New Roman"/>
          <w:szCs w:val="24"/>
        </w:rPr>
      </w:pPr>
      <w:r>
        <w:rPr>
          <w:b/>
        </w:rPr>
        <w:t>7. Farklılaştırılmış öğretim ve BEP:</w:t>
      </w:r>
      <w:r>
        <w:rPr>
          <w:b w:val="0"/>
        </w:rPr>
        <w:t xml:space="preserve"> Öğrencilerin hazır bulunuşlukları, ilgileri, ihtiyaçları ve öğrenme hızlarının farklı olduğu dikkate alınarak destekleme ve zenginleştirme uygulamalarının planlanması gerektiği ifade edildi. Özel eğitim ihtiyacı bulunan öğrenciler için BEP geliştirme birimi kararlarına uygun ders planları ve ölçme araçları hazırlanması; öğrencilerin engel türü, gelişim özellikleri ve bireysel performanslarının dikkate alınması görüşüldü. Destekleme çalışmalarının yalnızca sınav öncesine bırakılmaması, öğretim sürecinin tamamına yayılması gerektiği belirtildi. Destek eğitim odasında öğrenim gören öğrencilerin Fen Bilimleri dersine ilişkin ihtiyaçlarının BEP geliştirme birimi ve okul yönetimiyle iş birliği içinde izlenmesi gerektiği belirtildi.</w:t>
      </w:r>
    </w:p>
    <w:p w14:paraId="7F5D2604" w14:textId="77777777" w:rsidR="00A50C67" w:rsidRPr="003E08F5" w:rsidRDefault="00000000">
      <w:pPr>
        <w:spacing w:before="40"/>
        <w:jc w:val="both"/>
        <w:rPr>
          <w:rFonts w:cs="Times New Roman"/>
          <w:szCs w:val="24"/>
        </w:rPr>
      </w:pPr>
      <w:r>
        <w:rPr>
          <w:b/>
        </w:rPr>
        <w:t>8. Ölçme ve değerlendirme ile yazılı sınavlar:</w:t>
      </w:r>
      <w:r>
        <w:rPr>
          <w:b w:val="0"/>
        </w:rPr>
        <w:t xml:space="preserve"> Fen Bilimleri dersi yazılı sınavlarının güncel mevzuat, okul yönetimince onaylanarak ilan edilecek sınav takvimi ve Bakanlık, il veya ilçe düzeyinde ilan edilecek ortak sınav takvimi doğrultusunda yapılması görüşüldü. Okul geneli ortak yazılı sınavlarda soruların konu soru dağılım tablosuna uygun, açık uçlu veya açık uçlu ve kısa cevaplı olarak hazırlanması; soruların ölçülmek istenen öğrenme çıktılarına, kazanımlara ve becerilere uygun olması; cevap anahtarı, dereceli puanlama anahtarı, kontrol listesi veya değerlendirme ölçeklerinin sınavla birlikte hazırlanması gerektiği belirtildi. Mazeret sınavlarının da aynı esaslara göre yürütülmesi görüşüldü. Bakanlıkça belirlenen ortak sınavlar ve Bakanlık tarafından hazırlanan ölçme ve değerlendirme araçları dışında öğrencileri yarıştıran, sıralamaya tabi tutan veya velilere mali yük getiren deneme, tarama ve hazır bulunuşluk uygulamalarının okulda yapılamayacağı belirtildi. Bakanlıkça ücretsiz dağıtılan kaynaklar dışındaki materyallerin öğrencilere kullandırılmaması veya satın aldırılmaması gerektiği vurgulandı.</w:t>
      </w:r>
    </w:p>
    <w:p w14:paraId="338853F3" w14:textId="77777777" w:rsidR="00A50C67" w:rsidRPr="003E08F5" w:rsidRDefault="00000000">
      <w:pPr>
        <w:spacing w:before="40"/>
        <w:jc w:val="both"/>
        <w:rPr>
          <w:rFonts w:cs="Times New Roman"/>
          <w:szCs w:val="24"/>
        </w:rPr>
      </w:pPr>
      <w:r>
        <w:rPr>
          <w:b/>
        </w:rPr>
        <w:t>9. Sınav analizleri ve eylem planları:</w:t>
      </w:r>
      <w:r>
        <w:rPr>
          <w:b w:val="0"/>
        </w:rPr>
        <w:t xml:space="preserve"> Ortak yazılı ve uygulamalı sınavlardan sonra sınıf ve öğrenci bazında sınav analizlerinin yapılması, öğrenme çıktısı veya kazanım eksikliği bulunan öğrencilerin belirlenmesi, bu öğrenciler için uygulanabilir eylem planlarının hazırlanması ve sonuçların izlenmesi gerektiği ifade edildi. Eylem planlarında konu tekrarı, ek çalışma, bireysel geri bildirim, çalışma kâğıdı, akran desteği, deney ve etkinlik tekrarı gibi yöntemlerden öğrencinin ihtiyacına uygun olanların kullanılması konusunda görüş birliğine varıldı.</w:t>
      </w:r>
    </w:p>
    <w:p w14:paraId="10096BB8" w14:textId="77777777" w:rsidR="00A50C67" w:rsidRPr="003E08F5" w:rsidRDefault="00000000">
      <w:pPr>
        <w:spacing w:before="40"/>
        <w:jc w:val="both"/>
        <w:rPr>
          <w:rFonts w:cs="Times New Roman"/>
          <w:szCs w:val="24"/>
        </w:rPr>
      </w:pPr>
      <w:r>
        <w:rPr>
          <w:b/>
        </w:rPr>
        <w:t>10. Öğrenme kanıtları, proje ve performans çalışmaları:</w:t>
      </w:r>
      <w:r>
        <w:rPr>
          <w:b w:val="0"/>
        </w:rPr>
        <w:t xml:space="preserve"> Öğrenci başarısının yalnızca yazılı sınavlarla değerlendirilmemesi; programın öngördüğü çalışma kâğıdı, kavram haritası, yapılandırılmış grid, açık uçlu soru, gözlem formu, öğrenci ürünü, model, poster, sunum, deney raporu, performans görevi ve ürün dosyası gibi öğrenme kanıtlarından yararlanılması gerektiği belirtildi. Proje çalışmalarının öğrencinin ilgi ve seviyesine uygun, günlük yaşamla ilişkili ve araştırmaya dayalı konulardan seçilmesi; değerlendirme ölçütlerinin öğrencilere önceden açıklanması görüşüldü.</w:t>
      </w:r>
    </w:p>
    <w:p w14:paraId="54762E89" w14:textId="77777777" w:rsidR="00A50C67" w:rsidRPr="003E08F5" w:rsidRDefault="00000000">
      <w:pPr>
        <w:spacing w:before="40"/>
        <w:jc w:val="both"/>
        <w:rPr>
          <w:rFonts w:cs="Times New Roman"/>
          <w:szCs w:val="24"/>
        </w:rPr>
      </w:pPr>
      <w:r>
        <w:rPr>
          <w:b/>
        </w:rPr>
        <w:t>11. Öğrenci başarısı ve 8. sınıf LGS hazırlığı:</w:t>
      </w:r>
      <w:r>
        <w:rPr>
          <w:b w:val="0"/>
        </w:rPr>
        <w:t xml:space="preserve"> Öğrencilerin okuduğunu anlama, tablo ve grafik yorumlama, deney düzeneklerini analiz etme, bilimsel muhakeme, problem çözme ve kanıta dayalı çıkarım yapma becerilerinin geliştirilmesinin Fen Bilimleri başarısı açısından önemli olduğu belirtildi. 8. sınıflarda öğretim programının yıllık plana uygun tamamlanması, konu ve kazanım eksikliklerinin düzenli izlenmesi, LGS’de sorulan beceri temelli sorulara yönelik çalışmaların öğretim sürecinin doğal bir parçası hâline getirilmesi; öğrencilerin yalnızca test çözmeye yönlendirilmemesi gerektiği vurgulandı. Destekleme ve yetiştirme kursu açılması hâlinde çalışmaların ilgili Yönerge ve güncel DYK Kılavuzu hükümlerine göre yürütülmesi gerektiği ifade edildi.</w:t>
      </w:r>
    </w:p>
    <w:p w14:paraId="54E41C8E" w14:textId="77777777" w:rsidR="00A50C67" w:rsidRPr="003E08F5" w:rsidRDefault="00000000">
      <w:pPr>
        <w:spacing w:before="40"/>
        <w:jc w:val="both"/>
        <w:rPr>
          <w:rFonts w:cs="Times New Roman"/>
          <w:szCs w:val="24"/>
        </w:rPr>
      </w:pPr>
      <w:r>
        <w:rPr>
          <w:b/>
        </w:rPr>
        <w:t>12. Laboratuvar, araç ve gereçler ile iş sağlığı ve güvenliği:</w:t>
      </w:r>
      <w:r>
        <w:rPr>
          <w:b w:val="0"/>
        </w:rPr>
        <w:t xml:space="preserve"> Fen Bilimleri laboratuvarının, deney araç ve gereçleri ile kimyasalların mevcut durumunun eğitim öğretim yılı başında kontrol edilmesi; eksik, hasarlı veya son kullanma tarihi geçmiş malzemelerin tespit edilmesi; kimyasalların etiketli ve güvenli biçimde saklanması gerektiği belirtildi. Deneylerden önce risk değerlendirmesi yapılması, öğrencilere güvenlik kurallarının açıklanması, kişisel koruyucu donanımların uygun şekilde kullanılması ve deney atıklarının güvenli biçimde uzaklaştırılması görüşüldü.</w:t>
      </w:r>
    </w:p>
    <w:p w14:paraId="4E2844CF" w14:textId="77777777" w:rsidR="00A50C67" w:rsidRPr="003E08F5" w:rsidRDefault="00000000">
      <w:pPr>
        <w:spacing w:before="40"/>
        <w:jc w:val="both"/>
        <w:rPr>
          <w:rFonts w:cs="Times New Roman"/>
          <w:szCs w:val="24"/>
        </w:rPr>
      </w:pPr>
      <w:r>
        <w:rPr>
          <w:b/>
        </w:rPr>
        <w:t>13. e-Okul gelişim raporları:</w:t>
      </w:r>
      <w:r>
        <w:rPr>
          <w:b w:val="0"/>
        </w:rPr>
        <w:t xml:space="preserve"> 5, 6 ve 7. sınıflarda her ünitenin veya öğrenme alanının işlenmesinden sonra erişime açılan e-Okul gelişim raporlarının belirlenen süre içinde, öğrencinin süreçteki gelişimini yansıtacak şekilde doldurulması ve raporların içeriği hakkında velilerin bilgilendirilmesi gerektiği görüşüldü.</w:t>
      </w:r>
    </w:p>
    <w:p w14:paraId="79E48F24" w14:textId="77777777" w:rsidR="00A50C67" w:rsidRPr="003E08F5" w:rsidRDefault="00000000">
      <w:pPr>
        <w:spacing w:before="40"/>
        <w:jc w:val="both"/>
        <w:rPr>
          <w:rFonts w:cs="Times New Roman"/>
          <w:szCs w:val="24"/>
        </w:rPr>
      </w:pPr>
      <w:r>
        <w:rPr>
          <w:b/>
        </w:rPr>
        <w:t>14. Resmî dijital platformlar, dijital esenlik ve cep telefonu kullanımı:</w:t>
      </w:r>
      <w:r>
        <w:rPr>
          <w:b w:val="0"/>
        </w:rPr>
        <w:t xml:space="preserve"> Yenilenen EBA, MEBİ Bireysel Öğrenme Platformu ve Bakanlığın diğer resmî dijital eğitim platformlarının ders içi ve ders dışı çalışmalarda amaca uygun kullanılmasının sağlanması görüşüldü. Öğrenme çıktılarıyla uygunluk kurulabildiğinde Haberimiz Olsun platformundaki içeriklerden ve Duygu-Değer Temelli Dijital Esenlik Projesi eğitim içeriklerinden yararlanılması gerektiği belirtildi. Öğrencilerin sınıf içinde cep telefonu bulundurmamalarına yönelik uygulamaya devam edilmesi, öğretmenlerin sınıf içinde cep telefonu kullanmaması; ödev ve bilgilendirmelerde Bakanlığın belirlediği dijital platform ve uygulamalar dışındaki araçların kullanımından kaçınılması gerektiği vurgulandı.</w:t>
      </w:r>
    </w:p>
    <w:p w14:paraId="50543F07" w14:textId="77777777" w:rsidR="00A50C67" w:rsidRDefault="00000000">
      <w:pPr>
        <w:spacing w:before="40"/>
        <w:jc w:val="both"/>
        <w:rPr>
          <w:rFonts w:cs="Times New Roman"/>
          <w:szCs w:val="24"/>
        </w:rPr>
      </w:pPr>
      <w:r>
        <w:rPr>
          <w:b/>
        </w:rPr>
        <w:t>15. Zümreler arası iş birliği, veli iletişimi ve aile katılımı:</w:t>
      </w:r>
      <w:r>
        <w:rPr>
          <w:b w:val="0"/>
        </w:rPr>
        <w:t xml:space="preserve"> Fen Bilimleri dersinin Türkçe, Matematik, Sosyal Bilgiler, Teknoloji ve Tasarım, Bilişim Teknolojileri ve Rehberlik alanlarıyla ilişkili konularında disiplinler arası çalışmalar yapılması görüşüldü. Öğrenci başarısı, devam durumu ve öğrenme ihtiyaçları konusunda velilerle düzenli iletişim kurulması; Ailemle Eğitim Yolculuğum çalışmalarında Bakanlıkça yayımlanan kılavuz ve etkinlik kitaplarındaki usul ve esasların izlenmesi gerektiği belirtildi. Yüz yüze veli görüşmelerinin Okul Randevu Sistemi üzerinden planlanması gerektiği vurgulandı.</w:t>
      </w:r>
    </w:p>
    <w:p>
      <w:pPr>
        <w:spacing w:before="40"/>
        <w:jc w:val="both"/>
        <w:rPr>
          <w:rFonts w:cs="Times New Roman"/>
          <w:szCs w:val="24"/>
        </w:rPr>
      </w:pPr>
      <w:r>
        <w:rPr>
          <w:b/>
        </w:rPr>
        <w:t>16. Bilimsel etkinlikler ve sosyal sorumluluk:</w:t>
      </w:r>
      <w:r>
        <w:rPr>
          <w:b w:val="0"/>
        </w:rPr>
        <w:t xml:space="preserve"> Okulun imkânları doğrultusunda TÜBİTAK 4006 Bilim Fuarı, bilim şenliği, proje yarışmaları, çevre ve sürdürülebilirlik etkinlikleri, gezi ve gözlem çalışmaları ile sosyal sorumluluk faaliyetlerine katılım değerlendirildi. Etkinliklerin öğrencilerin bilimsel süreç becerilerini, iş birliğini, sorumluluk alma ve kendini ifade etme becerilerini geliştirecek şekilde planlanması gerektiği belirtildi. Tutum, Yatırım ve Türk Malları Haftası’nda yerli sanayi ve teknoloji ürünlerinin tanıtılması; tasarruf, yerli üretim ve tüketim bilinci ile öğrencilerin bilim ve teknolojinin üreticisi olmalarını destekleyen çalışmalara yıl boyunca yer verilmesi görüşüldü. Öğrencilerin katıldığı sosyal etkinliklerin e-Okul Sosyal Etkinlik Modülü’ne zamanında işlenmesi gerektiği hatırlatıldı.</w:t>
      </w:r>
    </w:p>
    <w:p>
      <w:pPr>
        <w:spacing w:before="40"/>
        <w:jc w:val="both"/>
        <w:rPr>
          <w:rFonts w:cs="Times New Roman"/>
          <w:szCs w:val="24"/>
        </w:rPr>
      </w:pPr>
      <w:r>
        <w:rPr>
          <w:b/>
        </w:rPr>
        <w:t>17. Dilek ve temenniler:</w:t>
      </w:r>
      <w:r>
        <w:rPr>
          <w:b w:val="0"/>
        </w:rPr>
        <w:t xml:space="preserve"> Gündem maddelerinin görüşülmesinin ardından alınan kararların eğitim öğretim yılı boyunca izlenmesi, ihtiyaç hâlinde ara zümre toplantısı yapılması ve uygulama sonuçlarının ikinci dönem başı ile yıl sonu toplantılarında değerlendirilmesi temenni edildi. Toplantı, başarılı bir eğitim öğretim yılı dilekleriyle sona erdirildi.</w:t>
      </w:r>
    </w:p>
    <w:p w14:paraId="2EC78FCF" w14:textId="77777777" w:rsidR="00AB2562" w:rsidRDefault="00AB2562">
      <w:pPr>
        <w:spacing w:before="80"/>
        <w:jc w:val="both"/>
        <w:rPr>
          <w:rFonts w:cs="Times New Roman"/>
          <w:szCs w:val="24"/>
        </w:rPr>
      </w:pPr>
    </w:p>
    <w:p w14:paraId="3AFC1698" w14:textId="77777777" w:rsidR="00AB2562" w:rsidRPr="003E08F5" w:rsidRDefault="00AB2562">
      <w:pPr>
        <w:spacing w:before="80"/>
        <w:jc w:val="both"/>
        <w:rPr>
          <w:rFonts w:cs="Times New Roman"/>
          <w:szCs w:val="24"/>
        </w:rPr>
      </w:pPr>
    </w:p>
    <w:p w14:paraId="48475FFE" w14:textId="77777777" w:rsidR="00A50C67" w:rsidRPr="003E08F5" w:rsidRDefault="00000000">
      <w:pPr>
        <w:jc w:val="center"/>
        <w:rPr>
          <w:rFonts w:cs="Times New Roman"/>
          <w:szCs w:val="24"/>
        </w:rPr>
      </w:pPr>
      <w:r>
        <w:rPr>
          <w:b/>
        </w:rPr>
        <w:t>2026-2027 FEN BİLİMLERİ DERSİ YAZILI SINAV TARİHLERİ</w:t>
      </w:r>
    </w:p>
    <w:p w14:paraId="753A7474" w14:textId="77777777" w:rsidR="00A50C67" w:rsidRPr="003E08F5" w:rsidRDefault="00000000">
      <w:pPr>
        <w:jc w:val="both"/>
        <w:rPr>
          <w:rFonts w:cs="Times New Roman"/>
          <w:szCs w:val="24"/>
        </w:rPr>
      </w:pPr>
      <w:r w:rsidRPr="003E08F5">
        <w:rPr>
          <w:rFonts w:cs="Times New Roman"/>
          <w:szCs w:val="24"/>
        </w:rPr>
        <w:t>Yazılı sınav tarihleri, okul yönetimince onaylanarak ilan edilecek sınav takvimi doğrultusunda aşağıdaki tabloya işlenecektir. Bakanlık, il veya ilçe genelinde ortak sınav takvimi yayımlanması hâlinde resmî takvim esas alınacaktır.</w:t>
      </w:r>
    </w:p>
    <w:tbl>
      <w:tblPr>
        <w:tblStyle w:val="TabloKlavuzu"/>
        <w:tblW w:w="0" w:type="auto"/>
        <w:jc w:val="center"/>
        <w:tblLayout w:type="fixed"/>
        <w:tblLook w:val="04A0" w:firstRow="1" w:lastRow="0" w:firstColumn="1" w:lastColumn="0" w:noHBand="0" w:noVBand="1"/>
      </w:tblPr>
      <w:tblGrid>
        <w:gridCol w:w="1247"/>
        <w:gridCol w:w="2041"/>
        <w:gridCol w:w="2211"/>
        <w:gridCol w:w="1984"/>
        <w:gridCol w:w="1984"/>
      </w:tblGrid>
      <w:tr w:rsidR="00A50C67" w:rsidRPr="003E08F5" w14:paraId="0131CF38" w14:textId="77777777">
        <w:trPr>
          <w:tblHeader/>
          <w:jc w:val="center"/>
        </w:trPr>
        <w:tc>
          <w:tcPr>
            <w:tcW w:w="1247" w:type="dxa"/>
            <w:shd w:val="clear" w:color="auto" w:fill="D9EAF7"/>
            <w:tcMar>
              <w:top w:w="70" w:type="dxa"/>
              <w:left w:w="90" w:type="dxa"/>
              <w:bottom w:w="70" w:type="dxa"/>
              <w:right w:w="90" w:type="dxa"/>
            </w:tcMar>
            <w:vAlign w:val="center"/>
          </w:tcPr>
          <w:p w14:paraId="5E927688" w14:textId="77777777" w:rsidR="00A50C67" w:rsidRPr="003E08F5" w:rsidRDefault="00000000">
            <w:pPr>
              <w:spacing w:after="0" w:line="240" w:lineRule="auto"/>
              <w:jc w:val="center"/>
              <w:rPr>
                <w:rFonts w:cs="Times New Roman"/>
                <w:szCs w:val="24"/>
              </w:rPr>
            </w:pPr>
            <w:r w:rsidRPr="003E08F5">
              <w:rPr>
                <w:rFonts w:cs="Times New Roman"/>
                <w:b/>
                <w:szCs w:val="24"/>
              </w:rPr>
              <w:t>Sınıf</w:t>
            </w:r>
          </w:p>
        </w:tc>
        <w:tc>
          <w:tcPr>
            <w:tcW w:w="2041" w:type="dxa"/>
            <w:shd w:val="clear" w:color="auto" w:fill="D9EAF7"/>
            <w:tcMar>
              <w:top w:w="70" w:type="dxa"/>
              <w:left w:w="90" w:type="dxa"/>
              <w:bottom w:w="70" w:type="dxa"/>
              <w:right w:w="90" w:type="dxa"/>
            </w:tcMar>
            <w:vAlign w:val="center"/>
          </w:tcPr>
          <w:p w14:paraId="33DA2AEE" w14:textId="77777777" w:rsidR="00A50C67" w:rsidRPr="003E08F5" w:rsidRDefault="00000000">
            <w:pPr>
              <w:spacing w:after="0" w:line="240" w:lineRule="auto"/>
              <w:jc w:val="center"/>
              <w:rPr>
                <w:rFonts w:cs="Times New Roman"/>
                <w:szCs w:val="24"/>
              </w:rPr>
            </w:pPr>
            <w:r w:rsidRPr="003E08F5">
              <w:rPr>
                <w:rFonts w:cs="Times New Roman"/>
                <w:b/>
                <w:szCs w:val="24"/>
              </w:rPr>
              <w:t>1. Dönem 1. Yazılı</w:t>
            </w:r>
          </w:p>
        </w:tc>
        <w:tc>
          <w:tcPr>
            <w:tcW w:w="2211" w:type="dxa"/>
            <w:shd w:val="clear" w:color="auto" w:fill="D9EAF7"/>
            <w:tcMar>
              <w:top w:w="70" w:type="dxa"/>
              <w:left w:w="90" w:type="dxa"/>
              <w:bottom w:w="70" w:type="dxa"/>
              <w:right w:w="90" w:type="dxa"/>
            </w:tcMar>
            <w:vAlign w:val="center"/>
          </w:tcPr>
          <w:p w14:paraId="53ADB909" w14:textId="77777777" w:rsidR="00A50C67" w:rsidRPr="003E08F5" w:rsidRDefault="00000000">
            <w:pPr>
              <w:spacing w:after="0" w:line="240" w:lineRule="auto"/>
              <w:jc w:val="center"/>
              <w:rPr>
                <w:rFonts w:cs="Times New Roman"/>
                <w:szCs w:val="24"/>
              </w:rPr>
            </w:pPr>
            <w:r w:rsidRPr="003E08F5">
              <w:rPr>
                <w:rFonts w:cs="Times New Roman"/>
                <w:b/>
                <w:szCs w:val="24"/>
              </w:rPr>
              <w:t>1. Dönem 2. Yazılı</w:t>
            </w:r>
          </w:p>
        </w:tc>
        <w:tc>
          <w:tcPr>
            <w:tcW w:w="1984" w:type="dxa"/>
            <w:shd w:val="clear" w:color="auto" w:fill="D9EAF7"/>
            <w:tcMar>
              <w:top w:w="70" w:type="dxa"/>
              <w:left w:w="90" w:type="dxa"/>
              <w:bottom w:w="70" w:type="dxa"/>
              <w:right w:w="90" w:type="dxa"/>
            </w:tcMar>
            <w:vAlign w:val="center"/>
          </w:tcPr>
          <w:p w14:paraId="4AA08089" w14:textId="77777777" w:rsidR="00A50C67" w:rsidRPr="003E08F5" w:rsidRDefault="00000000">
            <w:pPr>
              <w:spacing w:after="0" w:line="240" w:lineRule="auto"/>
              <w:jc w:val="center"/>
              <w:rPr>
                <w:rFonts w:cs="Times New Roman"/>
                <w:szCs w:val="24"/>
              </w:rPr>
            </w:pPr>
            <w:r w:rsidRPr="003E08F5">
              <w:rPr>
                <w:rFonts w:cs="Times New Roman"/>
                <w:b/>
                <w:szCs w:val="24"/>
              </w:rPr>
              <w:t>2. Dönem 1. Yazılı</w:t>
            </w:r>
          </w:p>
        </w:tc>
        <w:tc>
          <w:tcPr>
            <w:tcW w:w="1984" w:type="dxa"/>
            <w:shd w:val="clear" w:color="auto" w:fill="D9EAF7"/>
            <w:tcMar>
              <w:top w:w="70" w:type="dxa"/>
              <w:left w:w="90" w:type="dxa"/>
              <w:bottom w:w="70" w:type="dxa"/>
              <w:right w:w="90" w:type="dxa"/>
            </w:tcMar>
            <w:vAlign w:val="center"/>
          </w:tcPr>
          <w:p w14:paraId="0A6FE1B0" w14:textId="77777777" w:rsidR="00A50C67" w:rsidRPr="003E08F5" w:rsidRDefault="00000000">
            <w:pPr>
              <w:spacing w:after="0" w:line="240" w:lineRule="auto"/>
              <w:jc w:val="center"/>
              <w:rPr>
                <w:rFonts w:cs="Times New Roman"/>
                <w:szCs w:val="24"/>
              </w:rPr>
            </w:pPr>
            <w:r w:rsidRPr="003E08F5">
              <w:rPr>
                <w:rFonts w:cs="Times New Roman"/>
                <w:b/>
                <w:szCs w:val="24"/>
              </w:rPr>
              <w:t>2. Dönem 2. Yazılı</w:t>
            </w:r>
          </w:p>
        </w:tc>
      </w:tr>
      <w:tr w:rsidR="00A50C67" w:rsidRPr="003E08F5" w14:paraId="50010FA1" w14:textId="77777777">
        <w:trPr>
          <w:jc w:val="center"/>
        </w:trPr>
        <w:tc>
          <w:tcPr>
            <w:tcW w:w="1247" w:type="dxa"/>
            <w:tcMar>
              <w:top w:w="70" w:type="dxa"/>
              <w:left w:w="90" w:type="dxa"/>
              <w:bottom w:w="70" w:type="dxa"/>
              <w:right w:w="90" w:type="dxa"/>
            </w:tcMar>
            <w:vAlign w:val="center"/>
          </w:tcPr>
          <w:p w14:paraId="6EE7463F" w14:textId="77777777" w:rsidR="00A50C67" w:rsidRPr="003E08F5" w:rsidRDefault="00000000">
            <w:pPr>
              <w:spacing w:after="0" w:line="240" w:lineRule="auto"/>
              <w:jc w:val="center"/>
              <w:rPr>
                <w:rFonts w:cs="Times New Roman"/>
                <w:szCs w:val="24"/>
              </w:rPr>
            </w:pPr>
            <w:r w:rsidRPr="003E08F5">
              <w:rPr>
                <w:rFonts w:cs="Times New Roman"/>
                <w:b/>
                <w:szCs w:val="24"/>
              </w:rPr>
              <w:t>5. Sınıf</w:t>
            </w:r>
          </w:p>
        </w:tc>
        <w:tc>
          <w:tcPr>
            <w:tcW w:w="2041" w:type="dxa"/>
            <w:tcMar>
              <w:top w:w="70" w:type="dxa"/>
              <w:left w:w="90" w:type="dxa"/>
              <w:bottom w:w="70" w:type="dxa"/>
              <w:right w:w="90" w:type="dxa"/>
            </w:tcMar>
            <w:vAlign w:val="center"/>
          </w:tcPr>
          <w:p>
            <w:r>
              <w:t>…/…/……</w:t>
            </w:r>
          </w:p>
        </w:tc>
        <w:tc>
          <w:tcPr>
            <w:tcW w:w="2211" w:type="dxa"/>
            <w:tcMar>
              <w:top w:w="70" w:type="dxa"/>
              <w:left w:w="90" w:type="dxa"/>
              <w:bottom w:w="70" w:type="dxa"/>
              <w:right w:w="90" w:type="dxa"/>
            </w:tcMar>
            <w:vAlign w:val="center"/>
          </w:tcPr>
          <w:p>
            <w:r>
              <w:t>…/…/……</w:t>
            </w:r>
          </w:p>
        </w:tc>
        <w:tc>
          <w:tcPr>
            <w:tcW w:w="1984" w:type="dxa"/>
            <w:tcMar>
              <w:top w:w="70" w:type="dxa"/>
              <w:left w:w="90" w:type="dxa"/>
              <w:bottom w:w="70" w:type="dxa"/>
              <w:right w:w="90" w:type="dxa"/>
            </w:tcMar>
            <w:vAlign w:val="center"/>
          </w:tcPr>
          <w:p>
            <w:r>
              <w:t>…/…/……</w:t>
            </w:r>
          </w:p>
        </w:tc>
        <w:tc>
          <w:tcPr>
            <w:tcW w:w="1984" w:type="dxa"/>
            <w:tcMar>
              <w:top w:w="70" w:type="dxa"/>
              <w:left w:w="90" w:type="dxa"/>
              <w:bottom w:w="70" w:type="dxa"/>
              <w:right w:w="90" w:type="dxa"/>
            </w:tcMar>
            <w:vAlign w:val="center"/>
          </w:tcPr>
          <w:p>
            <w:r>
              <w:t>…/…/……</w:t>
            </w:r>
          </w:p>
        </w:tc>
      </w:tr>
      <w:tr w:rsidR="00A50C67" w:rsidRPr="003E08F5" w14:paraId="7F2B1593" w14:textId="77777777">
        <w:trPr>
          <w:jc w:val="center"/>
        </w:trPr>
        <w:tc>
          <w:tcPr>
            <w:tcW w:w="1247" w:type="dxa"/>
            <w:tcMar>
              <w:top w:w="70" w:type="dxa"/>
              <w:left w:w="90" w:type="dxa"/>
              <w:bottom w:w="70" w:type="dxa"/>
              <w:right w:w="90" w:type="dxa"/>
            </w:tcMar>
            <w:vAlign w:val="center"/>
          </w:tcPr>
          <w:p w14:paraId="53C17365" w14:textId="77777777" w:rsidR="00A50C67" w:rsidRPr="003E08F5" w:rsidRDefault="00000000">
            <w:pPr>
              <w:spacing w:after="0" w:line="240" w:lineRule="auto"/>
              <w:jc w:val="center"/>
              <w:rPr>
                <w:rFonts w:cs="Times New Roman"/>
                <w:szCs w:val="24"/>
              </w:rPr>
            </w:pPr>
            <w:r w:rsidRPr="003E08F5">
              <w:rPr>
                <w:rFonts w:cs="Times New Roman"/>
                <w:b/>
                <w:szCs w:val="24"/>
              </w:rPr>
              <w:t>6. Sınıf</w:t>
            </w:r>
          </w:p>
        </w:tc>
        <w:tc>
          <w:tcPr>
            <w:tcW w:w="2041" w:type="dxa"/>
            <w:tcMar>
              <w:top w:w="70" w:type="dxa"/>
              <w:left w:w="90" w:type="dxa"/>
              <w:bottom w:w="70" w:type="dxa"/>
              <w:right w:w="90" w:type="dxa"/>
            </w:tcMar>
            <w:vAlign w:val="center"/>
          </w:tcPr>
          <w:p>
            <w:r>
              <w:t>…/…/……</w:t>
            </w:r>
          </w:p>
        </w:tc>
        <w:tc>
          <w:tcPr>
            <w:tcW w:w="2211" w:type="dxa"/>
            <w:tcMar>
              <w:top w:w="70" w:type="dxa"/>
              <w:left w:w="90" w:type="dxa"/>
              <w:bottom w:w="70" w:type="dxa"/>
              <w:right w:w="90" w:type="dxa"/>
            </w:tcMar>
            <w:vAlign w:val="center"/>
          </w:tcPr>
          <w:p>
            <w:r>
              <w:t>…/…/……</w:t>
            </w:r>
          </w:p>
        </w:tc>
        <w:tc>
          <w:tcPr>
            <w:tcW w:w="1984" w:type="dxa"/>
            <w:tcMar>
              <w:top w:w="70" w:type="dxa"/>
              <w:left w:w="90" w:type="dxa"/>
              <w:bottom w:w="70" w:type="dxa"/>
              <w:right w:w="90" w:type="dxa"/>
            </w:tcMar>
            <w:vAlign w:val="center"/>
          </w:tcPr>
          <w:p>
            <w:r>
              <w:t>…/…/……</w:t>
            </w:r>
          </w:p>
        </w:tc>
        <w:tc>
          <w:tcPr>
            <w:tcW w:w="1984" w:type="dxa"/>
            <w:tcMar>
              <w:top w:w="70" w:type="dxa"/>
              <w:left w:w="90" w:type="dxa"/>
              <w:bottom w:w="70" w:type="dxa"/>
              <w:right w:w="90" w:type="dxa"/>
            </w:tcMar>
            <w:vAlign w:val="center"/>
          </w:tcPr>
          <w:p>
            <w:r>
              <w:t>…/…/……</w:t>
            </w:r>
          </w:p>
        </w:tc>
      </w:tr>
      <w:tr w:rsidR="00A50C67" w:rsidRPr="003E08F5" w14:paraId="76993783" w14:textId="77777777">
        <w:trPr>
          <w:jc w:val="center"/>
        </w:trPr>
        <w:tc>
          <w:tcPr>
            <w:tcW w:w="1247" w:type="dxa"/>
            <w:tcMar>
              <w:top w:w="70" w:type="dxa"/>
              <w:left w:w="90" w:type="dxa"/>
              <w:bottom w:w="70" w:type="dxa"/>
              <w:right w:w="90" w:type="dxa"/>
            </w:tcMar>
            <w:vAlign w:val="center"/>
          </w:tcPr>
          <w:p w14:paraId="32E7A921" w14:textId="77777777" w:rsidR="00A50C67" w:rsidRPr="003E08F5" w:rsidRDefault="00000000">
            <w:pPr>
              <w:spacing w:after="0" w:line="240" w:lineRule="auto"/>
              <w:jc w:val="center"/>
              <w:rPr>
                <w:rFonts w:cs="Times New Roman"/>
                <w:szCs w:val="24"/>
              </w:rPr>
            </w:pPr>
            <w:r w:rsidRPr="003E08F5">
              <w:rPr>
                <w:rFonts w:cs="Times New Roman"/>
                <w:b/>
                <w:szCs w:val="24"/>
              </w:rPr>
              <w:t>7. Sınıf</w:t>
            </w:r>
          </w:p>
        </w:tc>
        <w:tc>
          <w:tcPr>
            <w:tcW w:w="2041" w:type="dxa"/>
            <w:tcMar>
              <w:top w:w="70" w:type="dxa"/>
              <w:left w:w="90" w:type="dxa"/>
              <w:bottom w:w="70" w:type="dxa"/>
              <w:right w:w="90" w:type="dxa"/>
            </w:tcMar>
            <w:vAlign w:val="center"/>
          </w:tcPr>
          <w:p>
            <w:r>
              <w:t>…/…/……</w:t>
            </w:r>
          </w:p>
        </w:tc>
        <w:tc>
          <w:tcPr>
            <w:tcW w:w="2211" w:type="dxa"/>
            <w:tcMar>
              <w:top w:w="70" w:type="dxa"/>
              <w:left w:w="90" w:type="dxa"/>
              <w:bottom w:w="70" w:type="dxa"/>
              <w:right w:w="90" w:type="dxa"/>
            </w:tcMar>
            <w:vAlign w:val="center"/>
          </w:tcPr>
          <w:p>
            <w:r>
              <w:t>…/…/……</w:t>
            </w:r>
          </w:p>
        </w:tc>
        <w:tc>
          <w:tcPr>
            <w:tcW w:w="1984" w:type="dxa"/>
            <w:tcMar>
              <w:top w:w="70" w:type="dxa"/>
              <w:left w:w="90" w:type="dxa"/>
              <w:bottom w:w="70" w:type="dxa"/>
              <w:right w:w="90" w:type="dxa"/>
            </w:tcMar>
            <w:vAlign w:val="center"/>
          </w:tcPr>
          <w:p>
            <w:r>
              <w:t>…/…/……</w:t>
            </w:r>
          </w:p>
        </w:tc>
        <w:tc>
          <w:tcPr>
            <w:tcW w:w="1984" w:type="dxa"/>
            <w:tcMar>
              <w:top w:w="70" w:type="dxa"/>
              <w:left w:w="90" w:type="dxa"/>
              <w:bottom w:w="70" w:type="dxa"/>
              <w:right w:w="90" w:type="dxa"/>
            </w:tcMar>
            <w:vAlign w:val="center"/>
          </w:tcPr>
          <w:p>
            <w:r>
              <w:t>…/…/……</w:t>
            </w:r>
          </w:p>
        </w:tc>
      </w:tr>
      <w:tr w:rsidR="00A50C67" w:rsidRPr="003E08F5" w14:paraId="0BDE67BF" w14:textId="77777777">
        <w:trPr>
          <w:jc w:val="center"/>
        </w:trPr>
        <w:tc>
          <w:tcPr>
            <w:tcW w:w="1247" w:type="dxa"/>
            <w:tcMar>
              <w:top w:w="70" w:type="dxa"/>
              <w:left w:w="90" w:type="dxa"/>
              <w:bottom w:w="70" w:type="dxa"/>
              <w:right w:w="90" w:type="dxa"/>
            </w:tcMar>
            <w:vAlign w:val="center"/>
          </w:tcPr>
          <w:p w14:paraId="6EF3966C" w14:textId="77777777" w:rsidR="00A50C67" w:rsidRPr="003E08F5" w:rsidRDefault="00000000">
            <w:pPr>
              <w:spacing w:after="0" w:line="240" w:lineRule="auto"/>
              <w:jc w:val="center"/>
              <w:rPr>
                <w:rFonts w:cs="Times New Roman"/>
                <w:szCs w:val="24"/>
              </w:rPr>
            </w:pPr>
            <w:r w:rsidRPr="003E08F5">
              <w:rPr>
                <w:rFonts w:cs="Times New Roman"/>
                <w:b/>
                <w:szCs w:val="24"/>
              </w:rPr>
              <w:t>8. Sınıf</w:t>
            </w:r>
          </w:p>
        </w:tc>
        <w:tc>
          <w:tcPr>
            <w:tcW w:w="2041" w:type="dxa"/>
            <w:tcMar>
              <w:top w:w="70" w:type="dxa"/>
              <w:left w:w="90" w:type="dxa"/>
              <w:bottom w:w="70" w:type="dxa"/>
              <w:right w:w="90" w:type="dxa"/>
            </w:tcMar>
            <w:vAlign w:val="center"/>
          </w:tcPr>
          <w:p>
            <w:r>
              <w:t>…/…/……</w:t>
            </w:r>
          </w:p>
        </w:tc>
        <w:tc>
          <w:tcPr>
            <w:tcW w:w="2211" w:type="dxa"/>
            <w:tcMar>
              <w:top w:w="70" w:type="dxa"/>
              <w:left w:w="90" w:type="dxa"/>
              <w:bottom w:w="70" w:type="dxa"/>
              <w:right w:w="90" w:type="dxa"/>
            </w:tcMar>
            <w:vAlign w:val="center"/>
          </w:tcPr>
          <w:p>
            <w:r>
              <w:t>…/…/……</w:t>
            </w:r>
          </w:p>
        </w:tc>
        <w:tc>
          <w:tcPr>
            <w:tcW w:w="1984" w:type="dxa"/>
            <w:tcMar>
              <w:top w:w="70" w:type="dxa"/>
              <w:left w:w="90" w:type="dxa"/>
              <w:bottom w:w="70" w:type="dxa"/>
              <w:right w:w="90" w:type="dxa"/>
            </w:tcMar>
            <w:vAlign w:val="center"/>
          </w:tcPr>
          <w:p>
            <w:r>
              <w:t>…/…/……</w:t>
            </w:r>
          </w:p>
        </w:tc>
        <w:tc>
          <w:tcPr>
            <w:tcW w:w="1984" w:type="dxa"/>
            <w:tcMar>
              <w:top w:w="70" w:type="dxa"/>
              <w:left w:w="90" w:type="dxa"/>
              <w:bottom w:w="70" w:type="dxa"/>
              <w:right w:w="90" w:type="dxa"/>
            </w:tcMar>
            <w:vAlign w:val="center"/>
          </w:tcPr>
          <w:p>
            <w:r>
              <w:t>…/…/……</w:t>
            </w:r>
          </w:p>
        </w:tc>
      </w:tr>
    </w:tbl>
    <w:p w14:paraId="6E3ED1A4" w14:textId="77777777" w:rsidR="00A50C67" w:rsidRPr="003E08F5" w:rsidRDefault="00000000">
      <w:pPr>
        <w:jc w:val="both"/>
        <w:rPr>
          <w:rFonts w:cs="Times New Roman"/>
          <w:szCs w:val="24"/>
        </w:rPr>
      </w:pPr>
      <w:r>
        <w:rPr>
          <w:b/>
        </w:rPr>
        <w:t>Not:</w:t>
      </w:r>
      <w:r>
        <w:rPr>
          <w:b w:val="0"/>
        </w:rPr>
        <w:t xml:space="preserve"> Tarihler, okulun ders programı ile Bakanlık, il veya ilçe genelinde uygulanacak ortak sınav takvimleri dikkate alınarak belirlenecektir.</w:t>
      </w:r>
    </w:p>
    <w:p w14:paraId="7AFD76D0" w14:textId="77777777" w:rsidR="00A50C67" w:rsidRPr="003E08F5" w:rsidRDefault="00A50C67">
      <w:pPr>
        <w:rPr>
          <w:rFonts w:cs="Times New Roman"/>
          <w:szCs w:val="24"/>
        </w:rPr>
      </w:pPr>
    </w:p>
    <w:p w14:paraId="68C3FBAD" w14:textId="77777777" w:rsidR="00A50C67" w:rsidRPr="003E08F5" w:rsidRDefault="00000000">
      <w:pPr>
        <w:pageBreakBefore/>
        <w:jc w:val="center"/>
        <w:rPr>
          <w:rFonts w:cs="Times New Roman"/>
          <w:szCs w:val="24"/>
        </w:rPr>
      </w:pPr>
      <w:r>
        <w:rPr>
          <w:b/>
        </w:rPr>
        <w:t>ALINAN KARARLAR</w:t>
      </w:r>
    </w:p>
    <w:p w14:paraId="419B0E43" w14:textId="77777777" w:rsidR="00A50C67" w:rsidRPr="003E08F5" w:rsidRDefault="00000000">
      <w:pPr>
        <w:spacing w:after="30"/>
        <w:ind w:left="283" w:hanging="283"/>
        <w:jc w:val="both"/>
        <w:rPr>
          <w:rFonts w:cs="Times New Roman"/>
          <w:szCs w:val="24"/>
        </w:rPr>
      </w:pPr>
      <w:r>
        <w:rPr>
          <w:b/>
        </w:rPr>
        <w:t xml:space="preserve">1. </w:t>
      </w:r>
      <w:r>
        <w:rPr>
          <w:b w:val="0"/>
        </w:rPr>
        <w:t>Fen Bilimleri çalışmalarının güncel mevzuat ve öğretim programlarına uygun yürütülmesine; ‘Maarifin Kalbinde Oyun’ kapsamında Oyun Politika Belgesi’ne uygun etkinlikler yapılmasına,</w:t>
      </w:r>
    </w:p>
    <w:p>
      <w:pPr>
        <w:spacing w:after="30"/>
        <w:ind w:left="283" w:hanging="283"/>
        <w:jc w:val="both"/>
        <w:rPr>
          <w:rFonts w:cs="Times New Roman"/>
          <w:szCs w:val="24"/>
        </w:rPr>
      </w:pPr>
      <w:r>
        <w:rPr>
          <w:b/>
        </w:rPr>
        <w:t xml:space="preserve">2. </w:t>
      </w:r>
      <w:r>
        <w:rPr>
          <w:b w:val="0"/>
        </w:rPr>
        <w:t>5, 6, 7 ve 8. sınıf yıllık planlarında MEB taslak çerçeve yıllık planlarının; 5, 6 ve 7. sınıflarda Türkiye Yüzyılı Maarif Modeli’nin, 8. sınıfta mevcut öğretim programının esas alınmasına,</w:t>
      </w:r>
    </w:p>
    <w:p w14:paraId="747F0830" w14:textId="77777777" w:rsidR="00A50C67" w:rsidRPr="003E08F5" w:rsidRDefault="00000000">
      <w:pPr>
        <w:spacing w:after="30"/>
        <w:ind w:left="283" w:hanging="283"/>
        <w:jc w:val="both"/>
        <w:rPr>
          <w:rFonts w:cs="Times New Roman"/>
          <w:szCs w:val="24"/>
        </w:rPr>
      </w:pPr>
      <w:r>
        <w:rPr>
          <w:b/>
        </w:rPr>
        <w:t xml:space="preserve">3. </w:t>
      </w:r>
      <w:r>
        <w:rPr>
          <w:b w:val="0"/>
        </w:rPr>
        <w:t>Derslerde öğrenci merkezli yöntem, deney, gözlem ve projelere yer verilmesine; 5, 6 ve 7. sınıfların her birinde okul temelli planlama için ayrılan 6 ders saatinde uygulanacak faaliyetlerin zümrece belirlenerek yıllık planlara işlenmesine; farklılaştırma ve BEP uygulamalarının öğrenci ihtiyaçlarına göre yürütülmesine,</w:t>
      </w:r>
    </w:p>
    <w:p w14:paraId="486A1033" w14:textId="77777777" w:rsidR="00A50C67" w:rsidRPr="003E08F5" w:rsidRDefault="00000000">
      <w:pPr>
        <w:spacing w:after="30"/>
        <w:ind w:left="283" w:hanging="283"/>
        <w:jc w:val="both"/>
        <w:rPr>
          <w:rFonts w:cs="Times New Roman"/>
          <w:szCs w:val="24"/>
        </w:rPr>
      </w:pPr>
      <w:r>
        <w:rPr>
          <w:b/>
        </w:rPr>
        <w:t xml:space="preserve">4. </w:t>
      </w:r>
      <w:r>
        <w:rPr>
          <w:b w:val="0"/>
        </w:rPr>
        <w:t>Yazılı tarihlerinin okulun sınav takvimine göre belirlenmesine; Bakanlık, il veya ilçe genelinde ortak sınav takvimi yayımlanırsa resmî takvimin uygulanmasına,</w:t>
      </w:r>
    </w:p>
    <w:p w14:paraId="27FC4A9F" w14:textId="77777777" w:rsidR="00A50C67" w:rsidRPr="003E08F5" w:rsidRDefault="00000000">
      <w:pPr>
        <w:spacing w:after="30"/>
        <w:ind w:left="283" w:hanging="283"/>
        <w:jc w:val="both"/>
        <w:rPr>
          <w:rFonts w:cs="Times New Roman"/>
          <w:szCs w:val="24"/>
        </w:rPr>
      </w:pPr>
      <w:r>
        <w:rPr>
          <w:b/>
        </w:rPr>
        <w:t xml:space="preserve">5. </w:t>
      </w:r>
      <w:r>
        <w:rPr>
          <w:b w:val="0"/>
        </w:rPr>
        <w:t>Sınavların konu soru dağılım tablolarına uygun hazırlanmasına; sınav analizleri yapılarak eksik öğrenmeler için eylem planı uygulanmasına ve uygun öğrenme kanıtlarından yararlanılmasına,</w:t>
      </w:r>
    </w:p>
    <w:p w14:paraId="14C7844A" w14:textId="77777777" w:rsidR="00A50C67" w:rsidRPr="003E08F5" w:rsidRDefault="00000000">
      <w:pPr>
        <w:spacing w:after="30"/>
        <w:ind w:left="283" w:hanging="283"/>
        <w:jc w:val="both"/>
        <w:rPr>
          <w:rFonts w:cs="Times New Roman"/>
          <w:szCs w:val="24"/>
        </w:rPr>
      </w:pPr>
      <w:r>
        <w:rPr>
          <w:b/>
        </w:rPr>
        <w:t xml:space="preserve">6. </w:t>
      </w:r>
      <w:r>
        <w:rPr>
          <w:b w:val="0"/>
        </w:rPr>
        <w:t>Bakanlıkça belirlenenler dışında öğrencileri yarıştıran veya velilere mali yük getiren sınavların yapılmamasına; ücretsiz dağıtılanlar dışındaki kaynakların öğrencilere kullandırılmamasına veya satın aldırılmamasına,</w:t>
      </w:r>
    </w:p>
    <w:p w14:paraId="452ACC25" w14:textId="77777777" w:rsidR="00A50C67" w:rsidRPr="003E08F5" w:rsidRDefault="00000000">
      <w:pPr>
        <w:spacing w:after="30"/>
        <w:ind w:left="283" w:hanging="283"/>
        <w:jc w:val="both"/>
        <w:rPr>
          <w:rFonts w:cs="Times New Roman"/>
          <w:szCs w:val="24"/>
        </w:rPr>
      </w:pPr>
      <w:r>
        <w:rPr>
          <w:b/>
        </w:rPr>
        <w:t xml:space="preserve">7. </w:t>
      </w:r>
      <w:r>
        <w:rPr>
          <w:b w:val="0"/>
        </w:rPr>
        <w:t>8. sınıf LGS çalışmalarının öğretim programı ve yıllık planla uyumlu yürütülmesine; DYK çalışmalarında ilgili Yönerge ve güncel Kılavuzun uygulanmasına,</w:t>
      </w:r>
    </w:p>
    <w:p w14:paraId="15E6894D" w14:textId="77777777" w:rsidR="00A50C67" w:rsidRPr="003E08F5" w:rsidRDefault="00000000">
      <w:pPr>
        <w:spacing w:after="30"/>
        <w:ind w:left="283" w:hanging="283"/>
        <w:jc w:val="both"/>
        <w:rPr>
          <w:rFonts w:cs="Times New Roman"/>
          <w:szCs w:val="24"/>
        </w:rPr>
      </w:pPr>
      <w:r>
        <w:rPr>
          <w:b/>
        </w:rPr>
        <w:t xml:space="preserve">8. </w:t>
      </w:r>
      <w:r>
        <w:rPr>
          <w:b w:val="0"/>
        </w:rPr>
        <w:t>Laboratuvar, deney araçları ve kimyasal envanterinin kontrol edilmesine, eksiklerin okul yönetimine bildirilmesine ve deneylerde güvenlik kurallarına uyulmasına,</w:t>
      </w:r>
    </w:p>
    <w:p w14:paraId="482E0AFD" w14:textId="77777777" w:rsidR="00A50C67" w:rsidRPr="003E08F5" w:rsidRDefault="00000000">
      <w:pPr>
        <w:spacing w:after="30"/>
        <w:ind w:left="283" w:hanging="283"/>
        <w:jc w:val="both"/>
        <w:rPr>
          <w:rFonts w:cs="Times New Roman"/>
          <w:szCs w:val="24"/>
        </w:rPr>
      </w:pPr>
      <w:r>
        <w:rPr>
          <w:b/>
        </w:rPr>
        <w:t xml:space="preserve">9. </w:t>
      </w:r>
      <w:r>
        <w:rPr>
          <w:b w:val="0"/>
        </w:rPr>
        <w:t>5, 6 ve 7. sınıflarda e-Okul gelişim raporlarının süresinde doldurulmasına, resmî dijital platformların uygun kullanılmasına; zümreler ve velilerle iş birliği kurulmasına, bilimsel ve sosyal etkinliklere katılım sağlanmasına,</w:t>
      </w:r>
    </w:p>
    <w:p w14:paraId="296878B5" w14:textId="77777777" w:rsidR="00A50C67" w:rsidRPr="003E08F5" w:rsidRDefault="00000000">
      <w:pPr>
        <w:spacing w:after="30"/>
        <w:ind w:left="283" w:hanging="283"/>
        <w:jc w:val="both"/>
        <w:rPr>
          <w:rFonts w:cs="Times New Roman"/>
          <w:szCs w:val="24"/>
        </w:rPr>
      </w:pPr>
      <w:r>
        <w:rPr>
          <w:b/>
        </w:rPr>
        <w:t xml:space="preserve">10. </w:t>
      </w:r>
      <w:r>
        <w:rPr>
          <w:b w:val="0"/>
        </w:rPr>
        <w:t>Kararların zümre başkanı tarafından izlenmesine ve sonuçların ikinci dönem başı ile yıl sonu zümre toplantılarında değerlendirilmesine karar verildi.</w:t>
      </w:r>
    </w:p>
    <w:p w14:paraId="43A2EC82" w14:textId="77777777" w:rsidR="00A50C67" w:rsidRPr="003E08F5" w:rsidRDefault="00A50C67">
      <w:pPr>
        <w:jc w:val="both"/>
        <w:rPr>
          <w:rFonts w:cs="Times New Roman"/>
          <w:szCs w:val="24"/>
        </w:rPr>
      </w:pPr>
    </w:p>
    <w:p w14:paraId="5C57FD82" w14:textId="77777777" w:rsidR="00A50C67" w:rsidRDefault="00000000">
      <w:pPr>
        <w:jc w:val="both"/>
        <w:rPr>
          <w:rFonts w:cs="Times New Roman"/>
          <w:szCs w:val="24"/>
        </w:rPr>
      </w:pPr>
      <w:r>
        <w:t>İşbu tutanak düzenlenerek imza altına alınmıştır.</w:t>
      </w:r>
    </w:p>
    <w:p w14:paraId="36A54C9A" w14:textId="77777777" w:rsidR="00154D72" w:rsidRPr="003E08F5" w:rsidRDefault="00154D72">
      <w:pPr>
        <w:jc w:val="both"/>
        <w:rPr>
          <w:rFonts w:cs="Times New Roman"/>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7"/>
        <w:gridCol w:w="3307"/>
        <w:gridCol w:w="3307"/>
      </w:tblGrid>
      <w:tr w:rsidR="00A50C67" w:rsidRPr="003E08F5" w14:paraId="21BAE71C" w14:textId="77777777" w:rsidTr="003E08F5">
        <w:trPr>
          <w:jc w:val="center"/>
        </w:trPr>
        <w:tc>
          <w:tcPr>
            <w:tcW w:w="3118" w:type="dxa"/>
            <w:tcMar>
              <w:top w:w="220" w:type="dxa"/>
              <w:left w:w="90" w:type="dxa"/>
              <w:bottom w:w="80" w:type="dxa"/>
              <w:right w:w="90" w:type="dxa"/>
            </w:tcMar>
            <w:vAlign w:val="center"/>
          </w:tcPr>
          <w:p w14:paraId="7E788AC1" w14:textId="77777777" w:rsidR="00A50C67" w:rsidRPr="003E08F5" w:rsidRDefault="00A50C67">
            <w:pPr>
              <w:spacing w:after="0" w:line="240" w:lineRule="auto"/>
              <w:jc w:val="center"/>
              <w:rPr>
                <w:rFonts w:cs="Times New Roman"/>
                <w:szCs w:val="24"/>
              </w:rPr>
            </w:pPr>
          </w:p>
        </w:tc>
        <w:tc>
          <w:tcPr>
            <w:tcW w:w="3118" w:type="dxa"/>
            <w:tcMar>
              <w:top w:w="220" w:type="dxa"/>
              <w:left w:w="90" w:type="dxa"/>
              <w:bottom w:w="80" w:type="dxa"/>
              <w:right w:w="90" w:type="dxa"/>
            </w:tcMar>
            <w:vAlign w:val="center"/>
          </w:tcPr>
          <w:p w14:paraId="71701402" w14:textId="77777777" w:rsidR="00A50C67" w:rsidRPr="003E08F5" w:rsidRDefault="00A50C67" w:rsidP="003E08F5">
            <w:pPr>
              <w:spacing w:after="0" w:line="240" w:lineRule="auto"/>
              <w:rPr>
                <w:rFonts w:cs="Times New Roman"/>
                <w:szCs w:val="24"/>
              </w:rPr>
            </w:pPr>
          </w:p>
        </w:tc>
        <w:tc>
          <w:tcPr>
            <w:tcW w:w="3118" w:type="dxa"/>
            <w:tcMar>
              <w:top w:w="220" w:type="dxa"/>
              <w:left w:w="90" w:type="dxa"/>
              <w:bottom w:w="80" w:type="dxa"/>
              <w:right w:w="90" w:type="dxa"/>
            </w:tcMar>
            <w:vAlign w:val="center"/>
          </w:tcPr>
          <w:p w14:paraId="73BC8157" w14:textId="77777777" w:rsidR="00A50C67" w:rsidRPr="003E08F5" w:rsidRDefault="00A50C67">
            <w:pPr>
              <w:spacing w:after="0" w:line="240" w:lineRule="auto"/>
              <w:jc w:val="center"/>
              <w:rPr>
                <w:rFonts w:cs="Times New Roman"/>
                <w:szCs w:val="24"/>
              </w:rPr>
            </w:pPr>
          </w:p>
        </w:tc>
      </w:tr>
      <w:tr w:rsidR="00A50C67" w:rsidRPr="003E08F5" w14:paraId="23F7B460" w14:textId="77777777" w:rsidTr="003E08F5">
        <w:trPr>
          <w:jc w:val="center"/>
        </w:trPr>
        <w:tc>
          <w:tcPr>
            <w:tcW w:w="3307" w:type="dxa"/>
            <w:tcMar>
              <w:top w:w="0" w:type="dxa"/>
              <w:left w:w="90" w:type="dxa"/>
              <w:bottom w:w="40" w:type="dxa"/>
              <w:right w:w="90" w:type="dxa"/>
            </w:tcMar>
            <w:vAlign w:val="center"/>
          </w:tcPr>
          <w:p w14:paraId="1A40E46E" w14:textId="77777777" w:rsidR="008801BB" w:rsidRDefault="00000000">
            <w:pPr>
              <w:jc w:val="center"/>
            </w:pPr>
            <w:r>
              <w:t>Fen Bilimleri Öğretmeni</w:t>
            </w:r>
            <w:r>
              <w:br/>
              <w:t>(Zümre Başkanı)</w:t>
            </w:r>
          </w:p>
        </w:tc>
        <w:tc>
          <w:tcPr>
            <w:tcW w:w="3307" w:type="dxa"/>
            <w:tcMar>
              <w:top w:w="0" w:type="dxa"/>
              <w:left w:w="90" w:type="dxa"/>
              <w:bottom w:w="40" w:type="dxa"/>
              <w:right w:w="90" w:type="dxa"/>
            </w:tcMar>
            <w:vAlign w:val="center"/>
          </w:tcPr>
          <w:p w14:paraId="46881FD6" w14:textId="77777777" w:rsidR="008801BB" w:rsidRDefault="00000000">
            <w:pPr>
              <w:jc w:val="center"/>
            </w:pPr>
            <w:r>
              <w:t>Fen Bilimleri Öğretmeni</w:t>
            </w:r>
          </w:p>
        </w:tc>
        <w:tc>
          <w:tcPr>
            <w:tcW w:w="3307" w:type="dxa"/>
            <w:tcMar>
              <w:top w:w="0" w:type="dxa"/>
              <w:left w:w="90" w:type="dxa"/>
              <w:bottom w:w="40" w:type="dxa"/>
              <w:right w:w="90" w:type="dxa"/>
            </w:tcMar>
            <w:vAlign w:val="center"/>
          </w:tcPr>
          <w:p w14:paraId="6F3A2058" w14:textId="77777777" w:rsidR="008801BB" w:rsidRDefault="00000000">
            <w:pPr>
              <w:jc w:val="center"/>
            </w:pPr>
            <w:r>
              <w:t>Fen Bilimleri Öğretmeni</w:t>
            </w:r>
          </w:p>
        </w:tc>
      </w:tr>
    </w:tbl>
    <w:p w14:paraId="70CF89A2" w14:textId="77777777" w:rsidR="00A50C67" w:rsidRDefault="00A50C67">
      <w:pPr>
        <w:jc w:val="both"/>
        <w:rPr>
          <w:rFonts w:cs="Times New Roman"/>
          <w:szCs w:val="24"/>
        </w:rPr>
      </w:pPr>
    </w:p>
    <w:p w14:paraId="64E005FC" w14:textId="77777777" w:rsidR="00154D72" w:rsidRPr="003E08F5" w:rsidRDefault="00154D72">
      <w:pPr>
        <w:jc w:val="both"/>
        <w:rPr>
          <w:rFonts w:cs="Times New Roman"/>
          <w:szCs w:val="24"/>
        </w:rPr>
      </w:pPr>
    </w:p>
    <w:p w14:paraId="01527163" w14:textId="77777777" w:rsidR="00A50C67" w:rsidRPr="003E08F5" w:rsidRDefault="00000000">
      <w:pPr>
        <w:jc w:val="center"/>
        <w:rPr>
          <w:rFonts w:cs="Times New Roman"/>
          <w:szCs w:val="24"/>
        </w:rPr>
      </w:pPr>
      <w:r w:rsidRPr="003E08F5">
        <w:rPr>
          <w:rFonts w:cs="Times New Roman"/>
          <w:b/>
          <w:szCs w:val="24"/>
        </w:rPr>
        <w:t>UYGUNDUR</w:t>
      </w:r>
    </w:p>
    <w:p w14:paraId="52D49876" w14:textId="77777777" w:rsidR="00A50C67" w:rsidRPr="003E08F5" w:rsidRDefault="00000000">
      <w:pPr>
        <w:keepLines/>
        <w:jc w:val="center"/>
        <w:rPr>
          <w:rFonts w:cs="Times New Roman"/>
          <w:szCs w:val="24"/>
        </w:rPr>
      </w:pPr>
      <w:r w:rsidRPr="003E08F5">
        <w:rPr>
          <w:rFonts w:cs="Times New Roman"/>
          <w:szCs w:val="24"/>
        </w:rPr>
        <w:t>…/09/2026</w:t>
      </w:r>
      <w:r w:rsidRPr="003E08F5">
        <w:rPr>
          <w:rFonts w:cs="Times New Roman"/>
          <w:szCs w:val="24"/>
        </w:rPr>
        <w:br/>
      </w:r>
      <w:r w:rsidRPr="003E08F5">
        <w:rPr>
          <w:rFonts w:cs="Times New Roman"/>
          <w:szCs w:val="24"/>
        </w:rPr>
        <w:br/>
      </w:r>
      <w:r w:rsidR="003E08F5">
        <w:rPr>
          <w:rFonts w:cs="Times New Roman"/>
          <w:szCs w:val="24"/>
        </w:rPr>
        <w:t>…………………………</w:t>
      </w:r>
      <w:proofErr w:type="gramStart"/>
      <w:r w:rsidR="003E08F5">
        <w:rPr>
          <w:rFonts w:cs="Times New Roman"/>
          <w:szCs w:val="24"/>
        </w:rPr>
        <w:t>…….</w:t>
      </w:r>
      <w:proofErr w:type="gramEnd"/>
      <w:r w:rsidRPr="003E08F5">
        <w:rPr>
          <w:rFonts w:cs="Times New Roman"/>
          <w:szCs w:val="24"/>
        </w:rPr>
        <w:br/>
        <w:t>Okul Müdürü</w:t>
      </w:r>
    </w:p>
    <w:sectPr w:rsidR="00A50C67" w:rsidRPr="003E08F5" w:rsidSect="00034616">
      <w:headerReference w:type="even" r:id="rId8"/>
      <w:headerReference w:type="default" r:id="rId9"/>
      <w:footerReference w:type="even" r:id="rId10"/>
      <w:footerReference w:type="default" r:id="rId11"/>
      <w:headerReference w:type="first" r:id="rId12"/>
      <w:footerReference w:type="first" r:id="rId13"/>
      <w:pgSz w:w="11906" w:h="16838"/>
      <w:pgMar w:top="879" w:right="992" w:bottom="879" w:left="992" w:header="312" w:footer="3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94037" w14:textId="77777777" w:rsidR="004C23E7" w:rsidRPr="003E08F5" w:rsidRDefault="004C23E7">
      <w:pPr>
        <w:spacing w:after="0" w:line="240" w:lineRule="auto"/>
      </w:pPr>
      <w:r w:rsidRPr="003E08F5">
        <w:separator/>
      </w:r>
    </w:p>
  </w:endnote>
  <w:endnote w:type="continuationSeparator" w:id="0">
    <w:p w14:paraId="64E365AA" w14:textId="77777777" w:rsidR="004C23E7" w:rsidRPr="003E08F5" w:rsidRDefault="004C23E7">
      <w:pPr>
        <w:spacing w:after="0" w:line="240" w:lineRule="auto"/>
      </w:pPr>
      <w:r w:rsidRPr="003E08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9BFE3" w14:textId="77777777" w:rsidR="008801BB" w:rsidRDefault="008801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B4E9A" w14:textId="77777777" w:rsidR="008801BB" w:rsidRDefault="008801B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6E4DE" w14:textId="77777777" w:rsidR="008801BB" w:rsidRDefault="008801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4C522" w14:textId="77777777" w:rsidR="004C23E7" w:rsidRPr="003E08F5" w:rsidRDefault="004C23E7">
      <w:pPr>
        <w:spacing w:after="0" w:line="240" w:lineRule="auto"/>
      </w:pPr>
      <w:r w:rsidRPr="003E08F5">
        <w:separator/>
      </w:r>
    </w:p>
  </w:footnote>
  <w:footnote w:type="continuationSeparator" w:id="0">
    <w:p w14:paraId="41866305" w14:textId="77777777" w:rsidR="004C23E7" w:rsidRPr="003E08F5" w:rsidRDefault="004C23E7">
      <w:pPr>
        <w:spacing w:after="0" w:line="240" w:lineRule="auto"/>
      </w:pPr>
      <w:r w:rsidRPr="003E08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E2AAA" w14:textId="77777777" w:rsidR="008801BB" w:rsidRDefault="008801B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52D0A" w14:textId="77777777" w:rsidR="00A50C67" w:rsidRPr="003E08F5" w:rsidRDefault="00A50C67">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EE73E" w14:textId="77777777" w:rsidR="008801BB" w:rsidRDefault="008801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937207416">
    <w:abstractNumId w:val="8"/>
  </w:num>
  <w:num w:numId="2" w16cid:durableId="1314598305">
    <w:abstractNumId w:val="6"/>
  </w:num>
  <w:num w:numId="3" w16cid:durableId="631138094">
    <w:abstractNumId w:val="5"/>
  </w:num>
  <w:num w:numId="4" w16cid:durableId="145703540">
    <w:abstractNumId w:val="4"/>
  </w:num>
  <w:num w:numId="5" w16cid:durableId="676463209">
    <w:abstractNumId w:val="7"/>
  </w:num>
  <w:num w:numId="6" w16cid:durableId="693962133">
    <w:abstractNumId w:val="3"/>
  </w:num>
  <w:num w:numId="7" w16cid:durableId="758598481">
    <w:abstractNumId w:val="2"/>
  </w:num>
  <w:num w:numId="8" w16cid:durableId="1192651896">
    <w:abstractNumId w:val="1"/>
  </w:num>
  <w:num w:numId="9" w16cid:durableId="470363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40DA"/>
    <w:rsid w:val="00034616"/>
    <w:rsid w:val="0006063C"/>
    <w:rsid w:val="0015074B"/>
    <w:rsid w:val="00154D72"/>
    <w:rsid w:val="0029639D"/>
    <w:rsid w:val="00326F90"/>
    <w:rsid w:val="003E08F5"/>
    <w:rsid w:val="004C23E7"/>
    <w:rsid w:val="005F55C4"/>
    <w:rsid w:val="0068676B"/>
    <w:rsid w:val="006E6BCF"/>
    <w:rsid w:val="008801BB"/>
    <w:rsid w:val="00A21F0E"/>
    <w:rsid w:val="00A50C67"/>
    <w:rsid w:val="00AA1D8D"/>
    <w:rsid w:val="00AB2562"/>
    <w:rsid w:val="00B47730"/>
    <w:rsid w:val="00BA12B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2C4FD7"/>
  <w14:defaultImageDpi w14:val="300"/>
  <w15:docId w15:val="{C514D9BF-4B2F-4C3B-A08F-43883C161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9" w:lineRule="auto"/>
    </w:pPr>
    <w:rPr>
      <w:rFonts w:ascii="Times New Roman" w:eastAsia="Times New Roman" w:hAnsi="Times New Roman"/>
      <w:sz w:val="24"/>
      <w:lang w:val="tr-TR"/>
    </w:rPr>
  </w:style>
  <w:style w:type="paragraph" w:styleId="Balk1">
    <w:name w:val="heading 1"/>
    <w:basedOn w:val="Normal"/>
    <w:next w:val="Normal"/>
    <w:link w:val="Balk1Char"/>
    <w:uiPriority w:val="9"/>
    <w:qFormat/>
    <w:rsid w:val="00FC693F"/>
    <w:pPr>
      <w:keepNext/>
      <w:keepLines/>
      <w:spacing w:before="120" w:after="80"/>
      <w:outlineLvl w:val="0"/>
    </w:pPr>
    <w:rPr>
      <w:rFonts w:asciiTheme="majorHAnsi" w:eastAsiaTheme="majorEastAsia" w:hAnsiTheme="majorHAnsi" w:cstheme="majorBidi"/>
      <w:b/>
      <w:bCs/>
      <w:color w:val="000000"/>
      <w:szCs w:val="28"/>
    </w:rPr>
  </w:style>
  <w:style w:type="paragraph" w:styleId="Balk2">
    <w:name w:val="heading 2"/>
    <w:basedOn w:val="Normal"/>
    <w:next w:val="Normal"/>
    <w:link w:val="Balk2Char"/>
    <w:uiPriority w:val="9"/>
    <w:unhideWhenUsed/>
    <w:qFormat/>
    <w:rsid w:val="00FC693F"/>
    <w:pPr>
      <w:keepNext/>
      <w:keepLines/>
      <w:spacing w:before="120" w:after="80"/>
      <w:outlineLvl w:val="1"/>
    </w:pPr>
    <w:rPr>
      <w:rFonts w:asciiTheme="majorHAnsi" w:eastAsiaTheme="majorEastAsia" w:hAnsiTheme="majorHAnsi" w:cstheme="majorBidi"/>
      <w:b/>
      <w:bCs/>
      <w:color w:val="000000"/>
      <w:sz w:val="22"/>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before="120" w:after="80" w:line="240" w:lineRule="auto"/>
      <w:contextualSpacing/>
    </w:pPr>
    <w:rPr>
      <w:rFonts w:asciiTheme="majorHAnsi" w:eastAsiaTheme="majorEastAsia" w:hAnsiTheme="majorHAnsi" w:cstheme="majorBidi"/>
      <w:b/>
      <w:color w:val="000000"/>
      <w:spacing w:val="5"/>
      <w:kern w:val="28"/>
      <w:sz w:val="28"/>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arar">
    <w:name w:val="Karar"/>
    <w:pPr>
      <w:spacing w:after="80" w:line="254" w:lineRule="auto"/>
      <w:ind w:left="85" w:hanging="85"/>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2789</Words>
  <Characters>15902</Characters>
  <Application>Microsoft Office Word</Application>
  <DocSecurity>0</DocSecurity>
  <Lines>132</Lines>
  <Paragraphs>37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2026-2027 Fen Bilimleri Sene Başı Zümre Öğretmenler Kurulu Toplantı Tutanağı</vt:lpstr>
      <vt:lpstr/>
    </vt:vector>
  </TitlesOfParts>
  <Manager/>
  <Company/>
  <LinksUpToDate>false</LinksUpToDate>
  <CharactersWithSpaces>18654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Fen Bilimleri Sene Başı Zümre Öğretmenler Kurulu Toplantı Tutanağı - 2026/70 Sayılı Genelge Uyumlu</dc:title>
  <dc:subject>Fen Bilimleri Zümre Toplantı Tutanağı - 2026/70 Sayılı Genelge Uyumlu</dc:subject>
  <dc:creator>FenBilimleri.org</dc:creator>
  <cp:keywords>Fen Bilimleri, zümre tutanağı, 2026-2027, Türkiye Yüzyılı Maarif Modeli</cp:keywords>
  <dc:description>FenBilimleri.org tarafından hazırlanmıştır.</dc:description>
  <cp:lastModifiedBy>Uğurcan Büyükkaya</cp:lastModifiedBy>
  <cp:revision>4</cp:revision>
  <dcterms:created xsi:type="dcterms:W3CDTF">2013-12-23T23:15:00Z</dcterms:created>
  <dcterms:modified xsi:type="dcterms:W3CDTF">2026-08-02T22:58:00Z</dcterms:modified>
  <cp:category/>
</cp:coreProperties>
</file>