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232D4" w14:textId="77777777" w:rsidR="00A6119E" w:rsidRDefault="00000000">
      <w:pPr>
        <w:spacing w:after="0" w:line="240" w:lineRule="auto"/>
        <w:jc w:val="center"/>
      </w:pPr>
      <w:r>
        <w:rPr>
          <w:b/>
          <w:color w:val="193652"/>
          <w:sz w:val="21"/>
        </w:rPr>
        <w:t>........................................................ ORTAOKULU</w:t>
      </w:r>
    </w:p>
    <w:p w14:paraId="39A4CD0D" w14:textId="77777777" w:rsidR="00A6119E" w:rsidRDefault="00000000">
      <w:pPr>
        <w:keepNext/>
        <w:keepLines/>
        <w:spacing w:after="0" w:line="240" w:lineRule="auto"/>
        <w:jc w:val="center"/>
      </w:pPr>
      <w:r>
        <w:rPr>
          <w:b/>
          <w:color w:val="002D5B"/>
          <w:sz w:val="26"/>
        </w:rPr>
        <w:t>2026-2027 EĞİTİM ÖĞRETİM YILI 8. SINIF FEN BİLİMLERİ DERSİ</w:t>
      </w:r>
      <w:r>
        <w:rPr>
          <w:b/>
          <w:color w:val="002D5B"/>
          <w:sz w:val="26"/>
        </w:rPr>
        <w:br/>
        <w:t>DESTEKLEME VE YETİŞTİRME KURSU YILLIK PLANI</w:t>
      </w:r>
    </w:p>
    <w:p w14:paraId="025B43FE" w14:textId="77777777" w:rsidR="00A6119E" w:rsidRDefault="00000000">
      <w:pPr>
        <w:keepNext/>
        <w:keepLines/>
        <w:spacing w:after="0" w:line="240" w:lineRule="auto"/>
        <w:jc w:val="right"/>
      </w:pPr>
      <w:r>
        <w:rPr>
          <w:i/>
          <w:color w:val="4B4B4B"/>
        </w:rPr>
        <w:t>Haftalık 4 ders saati | 36 hafta | Toplam 144 ders saati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64"/>
        <w:gridCol w:w="605"/>
        <w:gridCol w:w="1440"/>
        <w:gridCol w:w="778"/>
        <w:gridCol w:w="2678"/>
        <w:gridCol w:w="4032"/>
        <w:gridCol w:w="2131"/>
        <w:gridCol w:w="2333"/>
      </w:tblGrid>
      <w:tr w:rsidR="00A6119E" w14:paraId="438C6DC8" w14:textId="77777777">
        <w:trPr>
          <w:cantSplit/>
          <w:tblHeader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D9E2F3"/>
            <w:tcMar>
              <w:top w:w="30" w:type="dxa"/>
              <w:left w:w="24" w:type="dxa"/>
              <w:bottom w:w="30" w:type="dxa"/>
              <w:right w:w="24" w:type="dxa"/>
            </w:tcMar>
            <w:vAlign w:val="center"/>
          </w:tcPr>
          <w:p w14:paraId="024C19B4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  <w:sz w:val="19"/>
              </w:rPr>
              <w:t>AY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D9E2F3"/>
            <w:tcMar>
              <w:top w:w="30" w:type="dxa"/>
              <w:left w:w="24" w:type="dxa"/>
              <w:bottom w:w="30" w:type="dxa"/>
              <w:right w:w="24" w:type="dxa"/>
            </w:tcMar>
            <w:vAlign w:val="center"/>
          </w:tcPr>
          <w:p w14:paraId="3C82CB3C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  <w:sz w:val="19"/>
              </w:rPr>
              <w:t>HAFTA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D9E2F3"/>
            <w:tcMar>
              <w:top w:w="30" w:type="dxa"/>
              <w:left w:w="24" w:type="dxa"/>
              <w:bottom w:w="30" w:type="dxa"/>
              <w:right w:w="24" w:type="dxa"/>
            </w:tcMar>
            <w:vAlign w:val="center"/>
          </w:tcPr>
          <w:p w14:paraId="00BB9A28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  <w:sz w:val="19"/>
              </w:rPr>
              <w:t>TARİH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D9E2F3"/>
            <w:tcMar>
              <w:top w:w="30" w:type="dxa"/>
              <w:left w:w="24" w:type="dxa"/>
              <w:bottom w:w="30" w:type="dxa"/>
              <w:right w:w="24" w:type="dxa"/>
            </w:tcMar>
            <w:vAlign w:val="center"/>
          </w:tcPr>
          <w:p w14:paraId="3815A8CE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  <w:sz w:val="19"/>
              </w:rPr>
              <w:t>DERS</w:t>
            </w:r>
          </w:p>
          <w:p w14:paraId="31F9AA20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  <w:sz w:val="19"/>
              </w:rPr>
              <w:t>SAATİ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D9E2F3"/>
            <w:tcMar>
              <w:top w:w="30" w:type="dxa"/>
              <w:left w:w="24" w:type="dxa"/>
              <w:bottom w:w="30" w:type="dxa"/>
              <w:right w:w="24" w:type="dxa"/>
            </w:tcMar>
            <w:vAlign w:val="center"/>
          </w:tcPr>
          <w:p w14:paraId="520050E9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  <w:sz w:val="19"/>
              </w:rPr>
              <w:t>KONULAR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D9E2F3"/>
            <w:tcMar>
              <w:top w:w="30" w:type="dxa"/>
              <w:left w:w="24" w:type="dxa"/>
              <w:bottom w:w="30" w:type="dxa"/>
              <w:right w:w="24" w:type="dxa"/>
            </w:tcMar>
            <w:vAlign w:val="center"/>
          </w:tcPr>
          <w:p w14:paraId="712CD8D4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  <w:sz w:val="19"/>
              </w:rPr>
              <w:t>KAZANIMLAR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D9E2F3"/>
            <w:tcMar>
              <w:top w:w="30" w:type="dxa"/>
              <w:left w:w="24" w:type="dxa"/>
              <w:bottom w:w="30" w:type="dxa"/>
              <w:right w:w="24" w:type="dxa"/>
            </w:tcMar>
            <w:vAlign w:val="center"/>
          </w:tcPr>
          <w:p w14:paraId="60872337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  <w:sz w:val="19"/>
              </w:rPr>
              <w:t>ÖĞRENME KAYNAKLARI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D9E2F3"/>
            <w:tcMar>
              <w:top w:w="30" w:type="dxa"/>
              <w:left w:w="24" w:type="dxa"/>
              <w:bottom w:w="30" w:type="dxa"/>
              <w:right w:w="24" w:type="dxa"/>
            </w:tcMar>
            <w:vAlign w:val="center"/>
          </w:tcPr>
          <w:p w14:paraId="3B5EEBE4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  <w:sz w:val="19"/>
              </w:rPr>
              <w:t>DEĞERLENDİRME</w:t>
            </w:r>
          </w:p>
        </w:tc>
      </w:tr>
      <w:tr w:rsidR="00A6119E" w14:paraId="5F5AE460" w14:textId="77777777">
        <w:trPr>
          <w:cantSplit/>
          <w:jc w:val="center"/>
        </w:trPr>
        <w:tc>
          <w:tcPr>
            <w:tcW w:w="14861" w:type="dxa"/>
            <w:gridSpan w:val="8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C6F0F1"/>
            <w:tcMar>
              <w:top w:w="32" w:type="dxa"/>
              <w:left w:w="38" w:type="dxa"/>
              <w:bottom w:w="32" w:type="dxa"/>
              <w:right w:w="38" w:type="dxa"/>
            </w:tcMar>
            <w:vAlign w:val="center"/>
          </w:tcPr>
          <w:p w14:paraId="7D5C7755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0B4F6C"/>
                <w:sz w:val="19"/>
              </w:rPr>
              <w:t>1. ÜNİTE: MEVSİMLER VE İKLİM</w:t>
            </w:r>
          </w:p>
        </w:tc>
      </w:tr>
      <w:tr w:rsidR="00A6119E" w14:paraId="4D82A2F2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CF81150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EYLÜL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3BD0D1F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1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6AD16AF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1-6 Eylül 2026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94C08CC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4FA500E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Mevsimlerin oluşumuna temel oluşturan dönme ekseni ve dolanma düzlemi</w:t>
            </w:r>
          </w:p>
          <w:p w14:paraId="11DDE9AD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Güneş ışınlarının geliş açısı ve ısı enerjisi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95A5B5B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F.8.1.1.1. Mevsimlerin oluşumuna yönelik tahminlerde bulunur.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A6F6CCD" w14:textId="77777777" w:rsidR="00A6119E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FADDDE5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Hazır bulunuşluk sınavı</w:t>
            </w:r>
          </w:p>
          <w:p w14:paraId="5C2689D5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A6119E" w14:paraId="2B47B058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7B1ED57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EYLÜL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FEAEAC2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2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23D119C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7-13 Eylül 2026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BD94E56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A9F09B6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Mevsimlerin oluşumu: model ve görsel yorumlama</w:t>
            </w:r>
          </w:p>
          <w:p w14:paraId="42448E77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Mevsimler: grafik ve yeni nesil soru çözümü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B1A551A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F.8.1.1.1. Mevsimlerin oluşumuna yönelik tahminlerde bulunur.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C3FB98A" w14:textId="77777777" w:rsidR="00A6119E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3BD969C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A6119E" w14:paraId="2F1CF35E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844F95B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EYLÜL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91F0CA7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3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7350810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14-20 Eylül 2026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882F36E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2C17D7A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İklim ve hava olayları arasındaki fark</w:t>
            </w:r>
          </w:p>
          <w:p w14:paraId="03F7AC35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Klimatoloji, iklim bilimci ve küresel iklim değişikliği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F961C88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F.8.1.2.1. İklim ve hava olayları arasındaki farkı açıklar.</w:t>
            </w:r>
          </w:p>
          <w:p w14:paraId="4CD17ED9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F.8.1.2.2. İklim biliminin (klimatoloji) bir bilim dalı olduğunu ve bu alanda çalışan uzmanlara iklim bilimci (klimatolog) adı verildiğini söyler.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BFC24D3" w14:textId="77777777" w:rsidR="00A6119E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31D6BE6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15 Temmuz Demokrasi ve Millî Birlik Günü</w:t>
            </w:r>
          </w:p>
          <w:p w14:paraId="0AC127B5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A6119E" w14:paraId="1A6CBE0E" w14:textId="77777777">
        <w:trPr>
          <w:cantSplit/>
          <w:jc w:val="center"/>
        </w:trPr>
        <w:tc>
          <w:tcPr>
            <w:tcW w:w="14861" w:type="dxa"/>
            <w:gridSpan w:val="8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C6F0F1"/>
            <w:tcMar>
              <w:top w:w="32" w:type="dxa"/>
              <w:left w:w="38" w:type="dxa"/>
              <w:bottom w:w="32" w:type="dxa"/>
              <w:right w:w="38" w:type="dxa"/>
            </w:tcMar>
            <w:vAlign w:val="center"/>
          </w:tcPr>
          <w:p w14:paraId="04B121DD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0B4F6C"/>
                <w:sz w:val="19"/>
              </w:rPr>
              <w:t>1. ÜNİTE: MEVSİMLER VE İKLİM SONU / 2. ÜNİTE: DNA VE GENETİK KOD BAŞLANGICI</w:t>
            </w:r>
          </w:p>
        </w:tc>
      </w:tr>
      <w:tr w:rsidR="00A6119E" w14:paraId="13475D7C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8C3DD5A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EYLÜL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D0F9D5C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4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B14C032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21-27 Eylül 2026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61DF5B0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6672B44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1. ünite konu tarama ve değerlendirme</w:t>
            </w:r>
          </w:p>
          <w:p w14:paraId="2EF3B0BD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Nükleotid, gen, DNA ve kromozom kavramları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5CFFEC0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2 saat:</w:t>
            </w:r>
          </w:p>
          <w:p w14:paraId="276CFF84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1. ünite kazanımlarının pekiştirilmesi</w:t>
            </w:r>
          </w:p>
          <w:p w14:paraId="1B9336C8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2 saat:</w:t>
            </w:r>
          </w:p>
          <w:p w14:paraId="79A96999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F.8.2.1.1. Nükleotid, gen, DNA ve kromozom kavramlarını açıklayarak bu kavramlar arasında ilişki kurar.</w:t>
            </w:r>
          </w:p>
          <w:p w14:paraId="734515B4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F.8.2.1.2. DNA’nın yapısını model üzerinde gösterir.</w:t>
            </w:r>
          </w:p>
          <w:p w14:paraId="3C5E95CC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F.8.2.1.3. DNA’nın kendini nasıl eşlediğini ifade eder.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3A5933F" w14:textId="77777777" w:rsidR="00A6119E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20E8D16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A6119E" w14:paraId="52D8D114" w14:textId="77777777">
        <w:trPr>
          <w:cantSplit/>
          <w:jc w:val="center"/>
        </w:trPr>
        <w:tc>
          <w:tcPr>
            <w:tcW w:w="14861" w:type="dxa"/>
            <w:gridSpan w:val="8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C6F0F1"/>
            <w:tcMar>
              <w:top w:w="32" w:type="dxa"/>
              <w:left w:w="38" w:type="dxa"/>
              <w:bottom w:w="32" w:type="dxa"/>
              <w:right w:w="38" w:type="dxa"/>
            </w:tcMar>
            <w:vAlign w:val="center"/>
          </w:tcPr>
          <w:p w14:paraId="33DA2561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0B4F6C"/>
                <w:sz w:val="19"/>
              </w:rPr>
              <w:t>2. ÜNİTE: DNA VE GENETİK KOD</w:t>
            </w:r>
          </w:p>
        </w:tc>
      </w:tr>
      <w:tr w:rsidR="00A6119E" w14:paraId="322355F7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2D9DA1C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EYLÜL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A9148F3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5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2A877E2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28 Eylül-4 Ekim 2026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40BD844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5748743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DNA’nın yapısı ve model üzerinde gösterimi</w:t>
            </w:r>
          </w:p>
          <w:p w14:paraId="5275F805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DNA’nın kendini eşlemesi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2B8BA20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F.8.2.1.1. Nükleotid, gen, DNA ve kromozom kavramlarını açıklayarak bu kavramlar arasında ilişki kurar.</w:t>
            </w:r>
          </w:p>
          <w:p w14:paraId="53C91D17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F.8.2.1.2. DNA’nın yapısını model üzerinde gösterir.</w:t>
            </w:r>
          </w:p>
          <w:p w14:paraId="656DCF6C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F.8.2.1.3. DNA’nın kendini nasıl eşlediğini ifade eder.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0BB5ACB" w14:textId="77777777" w:rsidR="00A6119E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E97018C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A6119E" w14:paraId="074952B0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0A5B32F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lastRenderedPageBreak/>
              <w:t>EKİM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FD7CC5E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6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4C81820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5-11 Ekim 2026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B5265A2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311C1CE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Kalıtım kavramları: genotip, fenotip, saf-melez döl</w:t>
            </w:r>
          </w:p>
          <w:p w14:paraId="1B44E064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Tek karakter çaprazlamalarının temelleri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C612D07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2 saat:</w:t>
            </w:r>
          </w:p>
          <w:p w14:paraId="77093111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F.8.2.2.1. Kalıtım ile ilgili kavramları tanımlar.</w:t>
            </w:r>
          </w:p>
          <w:p w14:paraId="36AC5CFA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2 saat:</w:t>
            </w:r>
          </w:p>
          <w:p w14:paraId="0D77A9C8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F.8.2.2.2. Tek karakter çaprazlamaları ile ilgili problemler çözerek sonuçlar hakkında yorum yapar.</w:t>
            </w:r>
          </w:p>
          <w:p w14:paraId="42B911A8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F.8.2.2.3. Akraba evliliklerinin genetik sonuçlarını tartışır.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0E7361E" w14:textId="77777777" w:rsidR="00A6119E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113FFCE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A6119E" w14:paraId="0CA8EBFD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2F5DD0A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EKİM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D2D9DD3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7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A0C95A5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12-18 Ekim 2026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FD5CDA7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83F8364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Çaprazlama problemleri ve cinsiyet</w:t>
            </w:r>
          </w:p>
          <w:p w14:paraId="47A079C1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Akraba evliliklerinin genetik sonuçları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26BC690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F.8.2.2.2. Tek karakter çaprazlamaları ile ilgili problemler çözerek sonuçlar hakkında yorum yapar.</w:t>
            </w:r>
          </w:p>
          <w:p w14:paraId="2BAD8045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F.8.2.2.3. Akraba evliliklerinin genetik sonuçlarını tartışır.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A1E9795" w14:textId="77777777" w:rsidR="00A6119E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2A9F1AA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A6119E" w14:paraId="1A61A02A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7720B99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EKİM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D33B961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8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45BC569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19-25 Ekim 2026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FB11AB3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859F86E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Mutasyon ve modifikasyon</w:t>
            </w:r>
          </w:p>
          <w:p w14:paraId="4E9C5EAA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Adaptasyon, varyasyon ve doğal seçilim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FE87D44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F.8.2.3.1. Örneklerden yola çıkarak mutasyonu açıklar.</w:t>
            </w:r>
          </w:p>
          <w:p w14:paraId="751A8DEA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F.8.2.3.2. Örneklerden yola çıkarak modifikasyonu açıklar.</w:t>
            </w:r>
          </w:p>
          <w:p w14:paraId="16C33FA6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F.8.2.3.3. Mutasyonla modifikasyon arasındaki farklar ile ilgili çıkarımda bulunur.</w:t>
            </w:r>
          </w:p>
          <w:p w14:paraId="5B6D7DAC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F.8.2.4.1. Canlıların yaşadıkları çevreye uyumlarını gözlem yaparak açıklar.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27B1C6F" w14:textId="77777777" w:rsidR="00A6119E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7FE85D9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A6119E" w14:paraId="6D9DD78D" w14:textId="77777777">
        <w:trPr>
          <w:cantSplit/>
          <w:jc w:val="center"/>
        </w:trPr>
        <w:tc>
          <w:tcPr>
            <w:tcW w:w="14861" w:type="dxa"/>
            <w:gridSpan w:val="8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C6F0F1"/>
            <w:tcMar>
              <w:top w:w="32" w:type="dxa"/>
              <w:left w:w="38" w:type="dxa"/>
              <w:bottom w:w="32" w:type="dxa"/>
              <w:right w:w="38" w:type="dxa"/>
            </w:tcMar>
            <w:vAlign w:val="center"/>
          </w:tcPr>
          <w:p w14:paraId="2E4A25EE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0B4F6C"/>
                <w:sz w:val="19"/>
              </w:rPr>
              <w:t>2. ÜNİTE: DNA VE GENETİK KOD SONU / 3. ÜNİTE: BASINÇ BAŞLANGICI</w:t>
            </w:r>
          </w:p>
        </w:tc>
      </w:tr>
      <w:tr w:rsidR="00A6119E" w14:paraId="4791F2F0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B632FFC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EKİM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734C8D1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9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F08AD7B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26 Ekim-1 Kasım 2026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AF3F9F6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CC927A2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Genetik mühendisliği, biyoteknoloji ve ünite değerlendirme</w:t>
            </w:r>
          </w:p>
          <w:p w14:paraId="2C0266D1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Katı basıncını etkileyen değişkenler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32F2827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2 saat:</w:t>
            </w:r>
          </w:p>
          <w:p w14:paraId="73246444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F.8.2.5.1. Genetik mühendisliğini ve biyoteknolojiyi ilişkilendirir.</w:t>
            </w:r>
          </w:p>
          <w:p w14:paraId="56276788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F.8.2.5.2. Biyoteknolojik uygulamalar kapsamında oluşturulan ikilemlerle bu uygulamaların insanlık için yararlı ve zararlı yönlerini tartışır.</w:t>
            </w:r>
          </w:p>
          <w:p w14:paraId="40BBBCB9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F.8.2.5.3. Gelecekteki genetik mühendisliği ve biyoteknoloji uygulamalarının neler olabileceği hakkında tahminde bulunur.</w:t>
            </w:r>
          </w:p>
          <w:p w14:paraId="7D43E9C2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2 saat:</w:t>
            </w:r>
          </w:p>
          <w:p w14:paraId="316BAE8A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F.8.3.1.1. Katı basıncını etkileyen değişkenleri deneyerek keşfeder.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B13AFBD" w14:textId="77777777" w:rsidR="00A6119E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D49A3B4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Cumhuriyet Bayramı (29 Ekim)</w:t>
            </w:r>
          </w:p>
          <w:p w14:paraId="5D19F326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A6119E" w14:paraId="3A7E084D" w14:textId="77777777">
        <w:trPr>
          <w:cantSplit/>
          <w:jc w:val="center"/>
        </w:trPr>
        <w:tc>
          <w:tcPr>
            <w:tcW w:w="14861" w:type="dxa"/>
            <w:gridSpan w:val="8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C6F0F1"/>
            <w:tcMar>
              <w:top w:w="32" w:type="dxa"/>
              <w:left w:w="38" w:type="dxa"/>
              <w:bottom w:w="32" w:type="dxa"/>
              <w:right w:w="38" w:type="dxa"/>
            </w:tcMar>
            <w:vAlign w:val="center"/>
          </w:tcPr>
          <w:p w14:paraId="4521BDE0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0B4F6C"/>
                <w:sz w:val="19"/>
              </w:rPr>
              <w:t>3. ÜNİTE: BASINÇ</w:t>
            </w:r>
          </w:p>
        </w:tc>
      </w:tr>
      <w:tr w:rsidR="00A6119E" w14:paraId="65B5F4BD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0114838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KASIM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20C4272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10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B5DC870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2-8 Kasım 2026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7DF2CEF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7CB98CD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Katı basıncı problem ve deney uygulamaları</w:t>
            </w:r>
          </w:p>
          <w:p w14:paraId="38B1D15B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Sıvı basıncını etkileyen değişkenler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8B96495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2 saat:</w:t>
            </w:r>
          </w:p>
          <w:p w14:paraId="1B545769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F.8.3.1.1. Katı basıncını etkileyen değişkenleri deneyerek keşfeder.</w:t>
            </w:r>
          </w:p>
          <w:p w14:paraId="0DAA223A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2 saat:</w:t>
            </w:r>
          </w:p>
          <w:p w14:paraId="52EFBEB2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F.8.3.1.2. Sıvı basıncını etkileyen değişkenleri tahmin eder ve tahminlerini test eder.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2739246" w14:textId="77777777" w:rsidR="00A6119E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6BF5894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A6119E" w14:paraId="6DBAF38B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07AE1BC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lastRenderedPageBreak/>
              <w:t>KASIM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532B26D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11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4F3E43B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9-15 Kasım 2026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B875CBC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2FD8611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Gaz basıncı ve günlük yaşam uygulamaları</w:t>
            </w:r>
          </w:p>
          <w:p w14:paraId="130D1810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Basınç: teknoloji uygulamaları ve ünite değerlendirme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860E823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F.8.3.1.3. Katı, sıvı ve gazların basınç özelliklerinin günlük yaşam ve teknolojideki uygulamalarına örnekler verir.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8B68E1C" w14:textId="77777777" w:rsidR="00A6119E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E76AAB4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Atatürk Haftası (10-16 Kasım)</w:t>
            </w:r>
          </w:p>
          <w:p w14:paraId="397F8FC3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A6119E" w14:paraId="751F5EF3" w14:textId="77777777">
        <w:trPr>
          <w:cantSplit/>
          <w:jc w:val="center"/>
        </w:trPr>
        <w:tc>
          <w:tcPr>
            <w:tcW w:w="14861" w:type="dxa"/>
            <w:gridSpan w:val="8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D9E7F5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381E152E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A33A2B"/>
                <w:sz w:val="19"/>
              </w:rPr>
              <w:t>1. ARA TATİL: 16-20 KASIM 2026</w:t>
            </w:r>
          </w:p>
        </w:tc>
      </w:tr>
      <w:tr w:rsidR="00A6119E" w14:paraId="0E015C9C" w14:textId="77777777">
        <w:trPr>
          <w:cantSplit/>
          <w:jc w:val="center"/>
        </w:trPr>
        <w:tc>
          <w:tcPr>
            <w:tcW w:w="14861" w:type="dxa"/>
            <w:gridSpan w:val="8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C6F0F1"/>
            <w:tcMar>
              <w:top w:w="32" w:type="dxa"/>
              <w:left w:w="38" w:type="dxa"/>
              <w:bottom w:w="32" w:type="dxa"/>
              <w:right w:w="38" w:type="dxa"/>
            </w:tcMar>
            <w:vAlign w:val="center"/>
          </w:tcPr>
          <w:p w14:paraId="4F8A76EE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0B4F6C"/>
                <w:sz w:val="19"/>
              </w:rPr>
              <w:t>4. ÜNİTE: MADDE VE ENDÜSTRİ</w:t>
            </w:r>
          </w:p>
        </w:tc>
      </w:tr>
      <w:tr w:rsidR="00A6119E" w14:paraId="7D61AEFC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54A7F79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KASIM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60924A3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12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7CF7FB1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23-29 Kasım 2026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E629A84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7CEA567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Periyodik sistemde grup ve periyot</w:t>
            </w:r>
          </w:p>
          <w:p w14:paraId="0DAC2608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Metal, yarımetal ve ametaller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03BAA92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F.8.4.1.1. Periyodik sistemde, grup ve periyotların nasıl oluşturulduğunu açıklar.</w:t>
            </w:r>
          </w:p>
          <w:p w14:paraId="2C0B5637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F.8.4.1.2. Elementleri periyodik tablo üzerinde metal, yarımetal ve ametal olarak sınıflandırır.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9F75824" w14:textId="77777777" w:rsidR="00A6119E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0FD46F4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Öğretmenler Günü (24 Kasım)</w:t>
            </w:r>
          </w:p>
          <w:p w14:paraId="7F97CB5D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A6119E" w14:paraId="089F3A67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782F1A9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KASIM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57D9A76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13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E9B984E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30 Kasım-6 Aralık 2026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22EB057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42FE8CC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Fiziksel değişimler</w:t>
            </w:r>
          </w:p>
          <w:p w14:paraId="1D02C93B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Kimyasal değişimler ve karşılaştırma soruları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EEE9E39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F.8.4.2.1. Fiziksel ve kimyasal değişim arasındaki farkları, çeşitli olayları gözlemleyerek açıklar.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338B69D" w14:textId="77777777" w:rsidR="00A6119E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1C290EE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Dünya Engelliler Günü (3 Aralık)</w:t>
            </w:r>
          </w:p>
          <w:p w14:paraId="003EE9E2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A6119E" w14:paraId="512151E4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F9036D7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ARALIK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A94D1E1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14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A4471FC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7-13 Aralık 2026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ED5DB2A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D45B598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Kimyasal tepkimelerin oluşumu</w:t>
            </w:r>
          </w:p>
          <w:p w14:paraId="5654722B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Kimyasal tepkimelerde kütlenin korunumu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0ACAF52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F.8.4.3.1. Bileşiklerin kimyasal tepkime sonucunda oluştuğunu bilir.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BCE8C24" w14:textId="77777777" w:rsidR="00A6119E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DE3397D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A6119E" w14:paraId="5BE715B5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64F7DBC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ARALIK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29749F9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15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0FDA388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14-20 Aralık 2026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D777C96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BF35AC8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Asit ve bazların genel özellikleri</w:t>
            </w:r>
          </w:p>
          <w:p w14:paraId="41EEB81F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Günlük asit-baz örnekleri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E1A54B3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F.8.4.4.1. Asit ve bazların genel özelliklerini ifade eder.</w:t>
            </w:r>
          </w:p>
          <w:p w14:paraId="53305641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F.8.4.4.2. Asit ve bazlara günlük yaşamdan örnekler verir.</w:t>
            </w:r>
          </w:p>
          <w:p w14:paraId="0069E5F1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F.8.4.4.3. Günlük hayatta ulaşılabilecek malzemeleri asit-baz ayracı olarak kullanır.</w:t>
            </w:r>
          </w:p>
          <w:p w14:paraId="79A6F85C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F.8.4.4.4. Maddelerin asitlik ve bazlık durumlarına ilişkin pH değerlerini kullanarak çıkarımda bulunur.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592C8E7" w14:textId="77777777" w:rsidR="00A6119E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B3201F0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Tutum, Yatırım ve Türk Malları Haftası (12-18 Aralık)</w:t>
            </w:r>
          </w:p>
          <w:p w14:paraId="08811AA0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A6119E" w14:paraId="5431C523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B38B9B0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ARALIK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A387538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16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2F5CED8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21-27 Aralık 2026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B0D04B7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D7ACEEC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Doğal ayıraçlar ve pH</w:t>
            </w:r>
          </w:p>
          <w:p w14:paraId="1B612A0C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pH yorumlama ve yeni nesil soru çözümü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996E101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F.8.4.4.1. Asit ve bazların genel özelliklerini ifade eder.</w:t>
            </w:r>
          </w:p>
          <w:p w14:paraId="2C42CA9E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F.8.4.4.2. Asit ve bazlara günlük yaşamdan örnekler verir.</w:t>
            </w:r>
          </w:p>
          <w:p w14:paraId="1963CE91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F.8.4.4.3. Günlük hayatta ulaşılabilecek malzemeleri asit-baz ayracı olarak kullanır.</w:t>
            </w:r>
          </w:p>
          <w:p w14:paraId="24F848E0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F.8.4.4.4. Maddelerin asitlik ve bazlık durumlarına ilişkin pH değerlerini kullanarak çıkarımda bulunur.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41075B1" w14:textId="77777777" w:rsidR="00A6119E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67FE99B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A6119E" w14:paraId="2A1B54F3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464A3CA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lastRenderedPageBreak/>
              <w:t>ARALIK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3EC2837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17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5CFA9C9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28 Aralık 2026-3 Ocak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AB15BC3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11A1638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Asit-bazların maddeler üzerindeki etkileri</w:t>
            </w:r>
          </w:p>
          <w:p w14:paraId="30D315AC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Temizlik güvenliği ve asit yağmurları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CF32B39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F.8.4.4.5. Asit ve bazların çeşitli maddeler üzerindeki etkilerini gözlemler.</w:t>
            </w:r>
          </w:p>
          <w:p w14:paraId="07CDE4FB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F.8.4.4.6. Asit ve bazların temizlik malzemesi olarak kullanılması esnasında oluşabilecek tehlikelerle ilgili gerekli tedbirleri alır.</w:t>
            </w:r>
          </w:p>
          <w:p w14:paraId="00D6184D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F.8.4.4.7. Asit yağmurlarının önlenmesine yönelik çözüm önerileri sunar.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06EEE68" w14:textId="77777777" w:rsidR="00A6119E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ABCDA9C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A6119E" w14:paraId="602B492F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596A7EF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OCAK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FB5601E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18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C352A80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4-10 Ocak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EAC54E7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4420B0B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Isı, öz ısı ve ısınmaya etki eden değişkenler</w:t>
            </w:r>
          </w:p>
          <w:p w14:paraId="64AE78D7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Isı ve öz ısı problem uygulamaları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45EB3C3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F.8.4.5.1. Isınmanın maddenin cinsine, kütlesine ve/veya sıcaklık değişimine bağlı olduğunu deney yaparak keşfeder.</w:t>
            </w:r>
          </w:p>
          <w:p w14:paraId="102309A6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F.8.4.5.2. Hâl değiştirmek için gerekli ısının maddenin cinsi ve kütlesiyle ilişkili olduğunu deney yaparak keşfeder.</w:t>
            </w:r>
          </w:p>
          <w:p w14:paraId="2B35D58F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F.8.4.5.3. Maddelerin hâl değişimi ve ısınma grafiğini çizerek yorumlar.</w:t>
            </w:r>
          </w:p>
          <w:p w14:paraId="4B4EA7E4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F.8.4.5.4. Günlük yaşamda meydana gelen hâl değişimleri ile ısı alışverişini ilişkilendirir.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38BA09C" w14:textId="77777777" w:rsidR="00A6119E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E9D3ECA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1. Tam Kapsam Değerlendirme Sınavı</w:t>
            </w:r>
          </w:p>
          <w:p w14:paraId="317E951D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A6119E" w14:paraId="6A6FE0B9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7A36D22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OCAK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39EA21E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19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7BE40FA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11-17 Ocak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8CF75C3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9E5837F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Hâl değişimi için gerekli ısı</w:t>
            </w:r>
          </w:p>
          <w:p w14:paraId="34F267D1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Isınma-soğuma ve hâl değişimi grafikleri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2859E1B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F.8.4.5.1. Isınmanın maddenin cinsine, kütlesine ve/veya sıcaklık değişimine bağlı olduğunu deney yaparak keşfeder.</w:t>
            </w:r>
          </w:p>
          <w:p w14:paraId="6B0F6233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F.8.4.5.2. Hâl değiştirmek için gerekli ısının maddenin cinsi ve kütlesiyle ilişkili olduğunu deney yaparak keşfeder.</w:t>
            </w:r>
          </w:p>
          <w:p w14:paraId="48372A0D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F.8.4.5.3. Maddelerin hâl değişimi ve ısınma grafiğini çizerek yorumlar.</w:t>
            </w:r>
          </w:p>
          <w:p w14:paraId="07550161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F.8.4.5.4. Günlük yaşamda meydana gelen hâl değişimleri ile ısı alışverişini ilişkilendirir.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32292BE" w14:textId="77777777" w:rsidR="00A6119E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0647F2E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A6119E" w14:paraId="2A252044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10D1151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OCAK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D5E30C8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20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1825920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18-24 Ocak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0A1ECC0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F047092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Türkiye’de kimya endüstrisi ve meslekler</w:t>
            </w:r>
          </w:p>
          <w:p w14:paraId="385F5D64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4. ünite genel tekrar ve değerlendirme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D8EA2B0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2 saat:</w:t>
            </w:r>
          </w:p>
          <w:p w14:paraId="24042037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F.8.4.6.1. Geçmişten günümüze Türkiye’deki kimya endüstrisinin gelişimini araştırır.</w:t>
            </w:r>
          </w:p>
          <w:p w14:paraId="4D54B57F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F.8.4.6.2. Kimya endüstrisinde meslek dallarını araştırır ve gelecekteki yeni meslek alanları hakkında öneriler sunar.</w:t>
            </w:r>
          </w:p>
          <w:p w14:paraId="45C3A8F8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2 saat:</w:t>
            </w:r>
          </w:p>
          <w:p w14:paraId="7E361825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4. ünite kazanımlarının pekiştirilmesi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C492C6A" w14:textId="77777777" w:rsidR="00A6119E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E39CAC8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A6119E" w14:paraId="3C49D91C" w14:textId="77777777">
        <w:trPr>
          <w:cantSplit/>
          <w:jc w:val="center"/>
        </w:trPr>
        <w:tc>
          <w:tcPr>
            <w:tcW w:w="14861" w:type="dxa"/>
            <w:gridSpan w:val="8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D9E7F5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D53A0B9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A33A2B"/>
                <w:sz w:val="19"/>
              </w:rPr>
              <w:t>YARIYIL TATİLİ: 25 OCAK-5 ŞUBAT 2027</w:t>
            </w:r>
          </w:p>
        </w:tc>
      </w:tr>
      <w:tr w:rsidR="00A6119E" w14:paraId="3A92FDA0" w14:textId="77777777">
        <w:trPr>
          <w:cantSplit/>
          <w:jc w:val="center"/>
        </w:trPr>
        <w:tc>
          <w:tcPr>
            <w:tcW w:w="14861" w:type="dxa"/>
            <w:gridSpan w:val="8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C6F0F1"/>
            <w:tcMar>
              <w:top w:w="32" w:type="dxa"/>
              <w:left w:w="38" w:type="dxa"/>
              <w:bottom w:w="32" w:type="dxa"/>
              <w:right w:w="38" w:type="dxa"/>
            </w:tcMar>
            <w:vAlign w:val="center"/>
          </w:tcPr>
          <w:p w14:paraId="781AE368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0B4F6C"/>
                <w:sz w:val="19"/>
              </w:rPr>
              <w:t>5. ÜNİTE: BASİT MAKİNELER</w:t>
            </w:r>
          </w:p>
        </w:tc>
      </w:tr>
      <w:tr w:rsidR="00A6119E" w14:paraId="2A5F2F56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418ABE2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ŞUBAT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186BEE4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21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955F6BD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8-14 Şubat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1E77632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7AE2537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Sabit ve hareketli makaralar</w:t>
            </w:r>
          </w:p>
          <w:p w14:paraId="6ED6B300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Palanga ve makara problemleri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D9E094D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F.8.5.1.1. Basit makinelerin sağladığı avantajları örnekler üzerinden açıklar.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2D7A403" w14:textId="77777777" w:rsidR="00A6119E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5BC0D83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A6119E" w14:paraId="762091AF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0A7BA6E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lastRenderedPageBreak/>
              <w:t>ŞUBAT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DA7CCAD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22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963E3F7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15-21 Şubat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82D2969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79A8134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Kaldıraçların temel özellikleri</w:t>
            </w:r>
          </w:p>
          <w:p w14:paraId="5D5B7C7C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Kaldıraç problemleri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9C37DA9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F.8.5.1.1. Basit makinelerin sağladığı avantajları örnekler üzerinden açıklar.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BB88359" w14:textId="77777777" w:rsidR="00A6119E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093EE0E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A6119E" w14:paraId="239C3AEF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A81D77D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ŞUBAT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234CC6C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23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E93284B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22-28 Şubat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E7DB603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7BC792A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Eğik düzlem</w:t>
            </w:r>
          </w:p>
          <w:p w14:paraId="448125A3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Çıkrık ve günlük yaşam uygulamaları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98DAED7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F.8.5.1.1. Basit makinelerin sağladığı avantajları örnekler üzerinden açıklar.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B7932AA" w14:textId="77777777" w:rsidR="00A6119E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3998551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A6119E" w14:paraId="7A3BB4C5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B8DB9BE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MART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71B7C79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24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4830E9E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1-7 Mart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2D48304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DB2EC19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Birleşik basit makine sistemleri</w:t>
            </w:r>
          </w:p>
          <w:p w14:paraId="74184509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Basit makine düzeneği tasarımı ve ünite değerlendirme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21D4ED2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2 saat:</w:t>
            </w:r>
          </w:p>
          <w:p w14:paraId="1965C581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F.8.5.1.1. Basit makinelerin sağladığı avantajları örnekler üzerinden açıklar.</w:t>
            </w:r>
          </w:p>
          <w:p w14:paraId="705698F6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2 saat:</w:t>
            </w:r>
          </w:p>
          <w:p w14:paraId="453710ED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F.8.5.1.2. Basit makinelerden yararlanarak günlük yaşamda iş kolaylığı sağlayacak bir düzenek tasarlar.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C911BCD" w14:textId="77777777" w:rsidR="00A6119E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5E48129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A6119E" w14:paraId="1E4AC87E" w14:textId="77777777">
        <w:trPr>
          <w:cantSplit/>
          <w:jc w:val="center"/>
        </w:trPr>
        <w:tc>
          <w:tcPr>
            <w:tcW w:w="14861" w:type="dxa"/>
            <w:gridSpan w:val="8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D9E7F5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5F92D037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A33A2B"/>
                <w:sz w:val="19"/>
              </w:rPr>
              <w:t>2. ARA TATİL: 8-12 MART 2027</w:t>
            </w:r>
          </w:p>
        </w:tc>
      </w:tr>
      <w:tr w:rsidR="00A6119E" w14:paraId="5BF2B316" w14:textId="77777777">
        <w:trPr>
          <w:cantSplit/>
          <w:jc w:val="center"/>
        </w:trPr>
        <w:tc>
          <w:tcPr>
            <w:tcW w:w="14861" w:type="dxa"/>
            <w:gridSpan w:val="8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C6F0F1"/>
            <w:tcMar>
              <w:top w:w="32" w:type="dxa"/>
              <w:left w:w="38" w:type="dxa"/>
              <w:bottom w:w="32" w:type="dxa"/>
              <w:right w:w="38" w:type="dxa"/>
            </w:tcMar>
            <w:vAlign w:val="center"/>
          </w:tcPr>
          <w:p w14:paraId="35FA3C93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0B4F6C"/>
                <w:sz w:val="19"/>
              </w:rPr>
              <w:t>6. ÜNİTE: ENERJİ DÖNÜŞÜMLERİ VE ÇEVRE BİLİMİ</w:t>
            </w:r>
          </w:p>
        </w:tc>
      </w:tr>
      <w:tr w:rsidR="00A6119E" w14:paraId="59AEE11E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8CD2B1D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MART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1FB9C07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25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C9D7DA0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15-21 Mart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0E94F18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18C422E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Besin zinciri ve canlı rolleri</w:t>
            </w:r>
          </w:p>
          <w:p w14:paraId="3CD3BF4B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Besin ağı, ekoloji piramidi ve biyolojik birikim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25E7F42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F.8.6.1.1. Besin zincirindeki üretici, tüketici, ayrıştırıcılara örnekler verir.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E44C6BE" w14:textId="77777777" w:rsidR="00A6119E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F89309A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18 Mart Çanakkale Zaferi ve Şehitleri Anma Günü</w:t>
            </w:r>
          </w:p>
          <w:p w14:paraId="5D1A6C05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A6119E" w14:paraId="532D0A77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4FF2BEB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MART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C449F0D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26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F9696E8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22-28 Mart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F280C62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E6FFE17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Fotosentezin önemi</w:t>
            </w:r>
          </w:p>
          <w:p w14:paraId="5973A72C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Fotosentez hızını etkileyen faktörler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4E135B3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F.8.6.2.1. Bitkilerde besin üretiminde fotosentezin önemini fark eder.</w:t>
            </w:r>
          </w:p>
          <w:p w14:paraId="0ED5F164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F.8.6.2.2. Fotosentez hızını etkileyen faktörler ile ilgili çıkarımlarda bulunur.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09A493E" w14:textId="77777777" w:rsidR="00A6119E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9F8A709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A6119E" w14:paraId="57D859B9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1F75D5D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MART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9C55C01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27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3675413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29 Mart-4 Nisan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E115933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A97D144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Canlılarda solunumun önemi</w:t>
            </w:r>
          </w:p>
          <w:p w14:paraId="0D441272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Oksijenli-oksijensiz solunum ve karşılaştırma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78452BE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F.8.6.2.3. Canlılarda solunumun önemini belirtir.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A6706C1" w14:textId="77777777" w:rsidR="00A6119E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D7B221B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A6119E" w14:paraId="5D1E427E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1F6E7F9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lastRenderedPageBreak/>
              <w:t>NİSAN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82E062A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28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8AF3068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5-11 Nisan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3E0D3A2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323BD20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Su ve oksijen döngüleri</w:t>
            </w:r>
          </w:p>
          <w:p w14:paraId="1D1B5536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Azot ve karbon döngüleri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CA0B143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F.8.6.3.1. Madde döngülerini şema üzerinde göstererek açıklar.</w:t>
            </w:r>
          </w:p>
          <w:p w14:paraId="7BBD3D77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F.8.6.3.2. Madde döngülerinin yaşam açısından önemini sorgular.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5EBEE2D" w14:textId="77777777" w:rsidR="00A6119E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71CF635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A6119E" w14:paraId="33CFBD5B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CE9C38C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NİSAN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EFFC1A7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29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4B4FDCF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12-18 Nisan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E79B561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E303982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Ozon tabakası ve küresel ısınma</w:t>
            </w:r>
          </w:p>
          <w:p w14:paraId="3B1B0007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Küresel iklim değişikliği soru uygulamaları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86420AA" w14:textId="77777777" w:rsidR="00A6119E" w:rsidRDefault="00000000">
            <w:pPr>
              <w:keepLines/>
              <w:spacing w:after="0" w:line="240" w:lineRule="auto"/>
              <w:rPr>
                <w:b/>
                <w:color w:val="1F1F1F"/>
              </w:rPr>
            </w:pPr>
            <w:r>
              <w:rPr>
                <w:b/>
                <w:color w:val="1F1F1F"/>
              </w:rPr>
              <w:t xml:space="preserve">F.8.6.3.3. Küresel iklim değişikliklerinin nedenlerini </w:t>
            </w:r>
            <w:proofErr w:type="spellStart"/>
            <w:r>
              <w:rPr>
                <w:b/>
                <w:color w:val="1F1F1F"/>
              </w:rPr>
              <w:t>ve</w:t>
            </w:r>
            <w:proofErr w:type="spellEnd"/>
            <w:r>
              <w:rPr>
                <w:b/>
                <w:color w:val="1F1F1F"/>
              </w:rPr>
              <w:t xml:space="preserve"> </w:t>
            </w:r>
            <w:proofErr w:type="spellStart"/>
            <w:r>
              <w:rPr>
                <w:b/>
                <w:color w:val="1F1F1F"/>
              </w:rPr>
              <w:t>olası</w:t>
            </w:r>
            <w:proofErr w:type="spellEnd"/>
            <w:r>
              <w:rPr>
                <w:b/>
                <w:color w:val="1F1F1F"/>
              </w:rPr>
              <w:t xml:space="preserve"> </w:t>
            </w:r>
            <w:proofErr w:type="spellStart"/>
            <w:r>
              <w:rPr>
                <w:b/>
                <w:color w:val="1F1F1F"/>
              </w:rPr>
              <w:t>sonuçlarını</w:t>
            </w:r>
            <w:proofErr w:type="spellEnd"/>
            <w:r>
              <w:rPr>
                <w:b/>
                <w:color w:val="1F1F1F"/>
              </w:rPr>
              <w:t xml:space="preserve"> </w:t>
            </w:r>
            <w:proofErr w:type="spellStart"/>
            <w:r>
              <w:rPr>
                <w:b/>
                <w:color w:val="1F1F1F"/>
              </w:rPr>
              <w:t>tartışır</w:t>
            </w:r>
            <w:proofErr w:type="spellEnd"/>
            <w:r>
              <w:rPr>
                <w:b/>
                <w:color w:val="1F1F1F"/>
              </w:rPr>
              <w:t>.</w:t>
            </w:r>
          </w:p>
          <w:p w14:paraId="15DCD12E" w14:textId="326970BD" w:rsidR="00A56C45" w:rsidRDefault="00A56C45">
            <w:pPr>
              <w:keepLines/>
              <w:spacing w:after="0" w:line="240" w:lineRule="auto"/>
            </w:pPr>
            <w:hyperlink r:id="rId8" w:history="1">
              <w:r w:rsidRPr="00A56C45">
                <w:rPr>
                  <w:rStyle w:val="Kpr"/>
                  <w:b/>
                  <w:color w:val="FFFFFF" w:themeColor="background1"/>
                </w:rPr>
                <w:t>https://fenbilimleri.org</w:t>
              </w:r>
            </w:hyperlink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35193DF" w14:textId="77777777" w:rsidR="00A6119E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BA2BAC2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2. Tam Kapsam Değerlendirme Sınavı</w:t>
            </w:r>
          </w:p>
          <w:p w14:paraId="2CE3A222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A6119E" w14:paraId="13207421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3A01F14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NİSAN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0D525FE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30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C1F7869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19-25 Nisan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E5B26CB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9EBFAA3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Sürdürülebilir yaşam, tasarruf ve geri dönüşüm</w:t>
            </w:r>
          </w:p>
          <w:p w14:paraId="5CFAFE3A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Sürdürülebilir yaşam projesi ve ünite değerlendirme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3F7EE0F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F.8.6.4.1. Kaynakların kullanımında tasarruflu davranmaya özen gösterir.</w:t>
            </w:r>
          </w:p>
          <w:p w14:paraId="79747A01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F.8.6.4.2. Kaynakların tasarruflu kullanımına yönelik proje tasarlar.</w:t>
            </w:r>
          </w:p>
          <w:p w14:paraId="0479804A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F.8.6.4.3. Geri dönüşüm için katı atıkların ayrıştırılmasının önemini açıklar.</w:t>
            </w:r>
          </w:p>
          <w:p w14:paraId="443B372D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F.8.6.4.4. Geri dönüşümün ülke ekonomisine katkısına ilişkin araştırma verilerini kullanarak çözüm önerileri sunar.</w:t>
            </w:r>
          </w:p>
          <w:p w14:paraId="2EC09E34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F.8.6.4.5. Kaynakların tasarruflu kullanılmaması durumunda gelecekte karşılaşılabilecek problemleri belirterek çözüm önerileri sunar.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E81F71A" w14:textId="77777777" w:rsidR="00A6119E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AF15B7D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Ulusal Egemenlik ve Çocuk Bayramı (23 Nisan)</w:t>
            </w:r>
          </w:p>
          <w:p w14:paraId="284FA959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A6119E" w14:paraId="1912BEA4" w14:textId="77777777">
        <w:trPr>
          <w:cantSplit/>
          <w:jc w:val="center"/>
        </w:trPr>
        <w:tc>
          <w:tcPr>
            <w:tcW w:w="14861" w:type="dxa"/>
            <w:gridSpan w:val="8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C6F0F1"/>
            <w:tcMar>
              <w:top w:w="32" w:type="dxa"/>
              <w:left w:w="38" w:type="dxa"/>
              <w:bottom w:w="32" w:type="dxa"/>
              <w:right w:w="38" w:type="dxa"/>
            </w:tcMar>
            <w:vAlign w:val="center"/>
          </w:tcPr>
          <w:p w14:paraId="5F13E3B0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0B4F6C"/>
                <w:sz w:val="19"/>
              </w:rPr>
              <w:t>7. ÜNİTE: ELEKTRİK YÜKLERİ VE ELEKTRİK ENERJİSİ</w:t>
            </w:r>
          </w:p>
        </w:tc>
      </w:tr>
      <w:tr w:rsidR="00A6119E" w14:paraId="183BF893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F285C09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NİSAN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A5FC9E4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31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7D11D26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26 Nisan-2 Mayıs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C58152C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A30EEB6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Elektrik yükleri ve yüklerin sınıflandırılması</w:t>
            </w:r>
          </w:p>
          <w:p w14:paraId="324278A9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Elektrik yükleri arasındaki itme-çekme ve elektriklenme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B1BBC3E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F.8.7.1.1. Elektriklenmeyi, bazı doğa olayları ve teknolojideki uygulama örnekleri ile açıklar.</w:t>
            </w:r>
          </w:p>
          <w:p w14:paraId="32116FFD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F.8.7.1.2. Elektrik yüklerini sınıflandırarak aynı ve farklı cins elektrik yüklerinin birbirlerine etkisini açıklar.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202121A" w14:textId="77777777" w:rsidR="00A6119E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47D5D72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Kût’ül-Amâre Zaferi (29 Nisan)</w:t>
            </w:r>
          </w:p>
          <w:p w14:paraId="58768467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Emek ve Dayanışma Günü (1 Mayıs)</w:t>
            </w:r>
          </w:p>
          <w:p w14:paraId="55C240C7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A6119E" w14:paraId="3C7FD08E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FBBD08E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MAYIS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33CB76B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32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B5569EC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3-9 Mayıs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6CD6BDD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1AFAAC4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Elektriklenme çeşitleri ve elektroskop</w:t>
            </w:r>
          </w:p>
          <w:p w14:paraId="2B3704DC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Yük belirleme ve topraklama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8C235B9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F.8.7.1.3. Deneyler yaparak elektriklenme çeşitlerini fark eder.</w:t>
            </w:r>
          </w:p>
          <w:p w14:paraId="4D93F730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F.8.7.2.1. Cisimleri, sahip oldukları elektrik yükleri bakımından sınıflandırır.</w:t>
            </w:r>
          </w:p>
          <w:p w14:paraId="407EC561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F.8.7.2.2. Topraklamayı açıklar.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A66E504" w14:textId="77777777" w:rsidR="00A6119E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86CAEEF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A6119E" w14:paraId="31B73EB6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E70A73D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lastRenderedPageBreak/>
              <w:t>MAYIS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2CC85DC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33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B381353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10-16 Mayıs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14A3F27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8659980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Elektrik enerjisinin ısı, ışık ve hareket enerjisine dönüşümü</w:t>
            </w:r>
          </w:p>
          <w:p w14:paraId="4CBEB7A3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Enerji dönüşümüne dayalı model tasarımı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B97D6E2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F.8.7.3.1. Elektrik enerjisinin ısı, ışık ve hareket enerjisine dönüştüğü uygulamalara örnekler verir.</w:t>
            </w:r>
          </w:p>
          <w:p w14:paraId="1B1B80CF" w14:textId="77777777" w:rsidR="00A6119E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F.8.7.3.2. Elektrik enerjisinin ısı, ışık veya hareket enerjisine dönüşümü temel alan bir model tasarlar.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9293D79" w14:textId="77777777" w:rsidR="00A6119E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E280E3F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A6119E" w14:paraId="6C94E578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DED8BF4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MAYIS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D1F068C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34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A4B332E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24-30 Mayıs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1F72B2D" w14:textId="77777777" w:rsidR="00A6119E" w:rsidRDefault="00000000">
            <w:pPr>
              <w:spacing w:after="0" w:line="240" w:lineRule="auto"/>
            </w:pPr>
            <w:r>
              <w:t>2+2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240316B" w14:textId="77777777" w:rsidR="00A6119E" w:rsidRDefault="00000000">
            <w:pPr>
              <w:spacing w:after="0" w:line="240" w:lineRule="auto"/>
            </w:pPr>
            <w:r>
              <w:t>2 saat: Elektrik enerjisinin dönüşüm örnekleri</w:t>
            </w:r>
            <w:r>
              <w:br/>
              <w:t>2 saat: Enerji dönüşümüne dayalı model tasarımı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3B4A812" w14:textId="77777777" w:rsidR="00A6119E" w:rsidRDefault="00000000">
            <w:pPr>
              <w:spacing w:after="0" w:line="240" w:lineRule="auto"/>
            </w:pPr>
            <w:r>
              <w:t>F.8.7.3.1. Elektrik enerjisinin ısı, ışık ve hareket enerjisine dönüştüğü uygulamalara örnekler verir.</w:t>
            </w:r>
            <w:r>
              <w:br/>
              <w:t>F.8.7.3.2. Elektrik enerjisinin ısı, ışık veya hareket enerjisine dönüşümü temel alan bir model tasarlar.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4A077FC" w14:textId="77777777" w:rsidR="00A6119E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B27AFEC" w14:textId="77777777" w:rsidR="00A6119E" w:rsidRDefault="00000000">
            <w:pPr>
              <w:spacing w:after="0" w:line="240" w:lineRule="auto"/>
            </w:pPr>
            <w:r>
              <w:t>İstanbul’un Fethi (29 Mayıs)</w:t>
            </w:r>
            <w:r>
              <w:br/>
              <w:t>Konu tarama testleri, kazanım kavrama sınavları, LGS örnek soruları ve çalışma kâğıtları</w:t>
            </w:r>
          </w:p>
        </w:tc>
      </w:tr>
      <w:tr w:rsidR="00A6119E" w14:paraId="2DA2BDA6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7342CCC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MAYIS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7A75FDC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35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B1534EC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31 Mayıs-6 Haziran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79BE57A" w14:textId="77777777" w:rsidR="00A6119E" w:rsidRDefault="00000000">
            <w:pPr>
              <w:spacing w:after="0" w:line="240" w:lineRule="auto"/>
            </w:pPr>
            <w:r>
              <w:t>2+2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2BF4573" w14:textId="77777777" w:rsidR="00A6119E" w:rsidRDefault="00000000">
            <w:pPr>
              <w:spacing w:after="0" w:line="240" w:lineRule="auto"/>
            </w:pPr>
            <w:r>
              <w:t>2 saat: Güç santrallerinde enerji üretimi</w:t>
            </w:r>
            <w:r>
              <w:br/>
              <w:t>2 saat: Santrallerin avantaj ve dezavantajları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ED8153C" w14:textId="77777777" w:rsidR="00A6119E" w:rsidRDefault="00000000">
            <w:pPr>
              <w:spacing w:after="0" w:line="240" w:lineRule="auto"/>
            </w:pPr>
            <w:r>
              <w:t>F.8.7.3.3. Güç santrallerinde elektrik enerjisinin nasıl üretildiğini açıklar.</w:t>
            </w:r>
            <w:r>
              <w:br/>
              <w:t>F.8.7.3.4. Güç santrallerinin avantaj ve dezavantajları konusunda fikirler üretir.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2B36B14" w14:textId="77777777" w:rsidR="00A6119E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81F8E4C" w14:textId="77777777" w:rsidR="00A6119E" w:rsidRDefault="00000000">
            <w:pPr>
              <w:spacing w:after="0" w:line="240" w:lineRule="auto"/>
            </w:pPr>
            <w:r>
              <w:t>7. Ünite konu tarama testi, LGS örnek soruları ve tam kapsam deneme sınavı</w:t>
            </w:r>
          </w:p>
        </w:tc>
      </w:tr>
      <w:tr w:rsidR="00A6119E" w14:paraId="5FEB016A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7525116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HAZİRAN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BFD9349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36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A080647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7-13 Haziran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0E59275" w14:textId="77777777" w:rsidR="00A6119E" w:rsidRDefault="00000000">
            <w:pPr>
              <w:spacing w:after="0" w:line="240" w:lineRule="auto"/>
            </w:pPr>
            <w:r>
              <w:t>2+2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23062FA" w14:textId="77777777" w:rsidR="00A6119E" w:rsidRDefault="00000000">
            <w:pPr>
              <w:spacing w:after="0" w:line="240" w:lineRule="auto"/>
            </w:pPr>
            <w:r>
              <w:t>2 saat: Bilinçli kullanımın aile ve ülke ekonomisine etkisi</w:t>
            </w:r>
            <w:r>
              <w:br/>
              <w:t>2 saat: Evlerde elektrik tasarrufu uygulamaları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551EDCE" w14:textId="77777777" w:rsidR="00A6119E" w:rsidRDefault="00000000">
            <w:pPr>
              <w:spacing w:after="0" w:line="240" w:lineRule="auto"/>
            </w:pPr>
            <w:r>
              <w:t>F.8.7.3.5. Elektrik enerjisinin bilinçli ve tasarruflu kullanılmasının aile ve ülke ekonomisi bakımından önemini tartışır.</w:t>
            </w:r>
            <w:r>
              <w:br/>
              <w:t>F.8.7.3.6. Evlerde elektriği tasarruflu kullanmaya özen gösterir.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31CE1A3" w14:textId="77777777" w:rsidR="00A6119E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608EFF9" w14:textId="77777777" w:rsidR="00A6119E" w:rsidRDefault="00000000">
            <w:pPr>
              <w:spacing w:after="0" w:line="240" w:lineRule="auto"/>
            </w:pPr>
            <w:r>
              <w:t>Yıl sonu tam kapsam değerlendirme sınavı, soru analizi ve eksik kazanım çalışmaları</w:t>
            </w:r>
          </w:p>
        </w:tc>
      </w:tr>
    </w:tbl>
    <w:p w14:paraId="55A2372B" w14:textId="77777777" w:rsidR="00A6119E" w:rsidRDefault="00A6119E">
      <w:pPr>
        <w:spacing w:before="40"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85"/>
        <w:gridCol w:w="7985"/>
      </w:tblGrid>
      <w:tr w:rsidR="00A6119E" w14:paraId="679C7258" w14:textId="77777777">
        <w:trPr>
          <w:jc w:val="center"/>
        </w:trPr>
        <w:tc>
          <w:tcPr>
            <w:tcW w:w="7985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4B2B4988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  <w:sz w:val="20"/>
              </w:rPr>
              <w:t>Ad Soyad: ........................................................</w:t>
            </w:r>
          </w:p>
          <w:p w14:paraId="56B0C93C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  <w:sz w:val="20"/>
              </w:rPr>
              <w:t>Fen Bilimleri Öğretmeni</w:t>
            </w:r>
          </w:p>
          <w:p w14:paraId="5724F30A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  <w:sz w:val="20"/>
              </w:rPr>
              <w:t>İmza: ........................................................</w:t>
            </w:r>
          </w:p>
        </w:tc>
        <w:tc>
          <w:tcPr>
            <w:tcW w:w="7985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3F8CA438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  <w:sz w:val="20"/>
              </w:rPr>
              <w:t>UYGUNDUR</w:t>
            </w:r>
          </w:p>
          <w:p w14:paraId="1184CD2A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  <w:sz w:val="20"/>
              </w:rPr>
              <w:t>..... / ..... / 2026</w:t>
            </w:r>
          </w:p>
          <w:p w14:paraId="2EBF8F6A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  <w:sz w:val="20"/>
              </w:rPr>
              <w:t>Ad Soyad: ........................................................</w:t>
            </w:r>
          </w:p>
          <w:p w14:paraId="05ED901B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  <w:sz w:val="20"/>
              </w:rPr>
              <w:t>Okul Müdürü</w:t>
            </w:r>
          </w:p>
          <w:p w14:paraId="05BE10F0" w14:textId="77777777" w:rsidR="00A6119E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  <w:sz w:val="20"/>
              </w:rPr>
              <w:t>İmza: ........................................................</w:t>
            </w:r>
          </w:p>
        </w:tc>
      </w:tr>
    </w:tbl>
    <w:p w14:paraId="77DB8BC8" w14:textId="77777777" w:rsidR="0089274D" w:rsidRDefault="0089274D"/>
    <w:sectPr w:rsidR="0089274D" w:rsidSect="00034616">
      <w:headerReference w:type="default" r:id="rId9"/>
      <w:footerReference w:type="default" r:id="rId10"/>
      <w:pgSz w:w="16834" w:h="11909" w:orient="landscape"/>
      <w:pgMar w:top="331" w:right="432" w:bottom="461" w:left="432" w:header="115" w:footer="17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8D1E5" w14:textId="77777777" w:rsidR="0089274D" w:rsidRDefault="0089274D">
      <w:pPr>
        <w:spacing w:after="0" w:line="240" w:lineRule="auto"/>
      </w:pPr>
      <w:r>
        <w:separator/>
      </w:r>
    </w:p>
  </w:endnote>
  <w:endnote w:type="continuationSeparator" w:id="0">
    <w:p w14:paraId="16993E22" w14:textId="77777777" w:rsidR="0089274D" w:rsidRDefault="00892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5E0E1" w14:textId="77777777" w:rsidR="00A6119E" w:rsidRDefault="00000000">
    <w:pPr>
      <w:pStyle w:val="AltBilgi"/>
      <w:jc w:val="right"/>
    </w:pPr>
    <w:proofErr w:type="spellStart"/>
    <w:r>
      <w:rPr>
        <w:color w:val="5A5A5A"/>
      </w:rPr>
      <w:t>Sayfa</w:t>
    </w:r>
    <w:proofErr w:type="spellEnd"/>
    <w:r>
      <w:rPr>
        <w:color w:val="5A5A5A"/>
      </w:rPr>
      <w:t xml:space="preserve"> </w:t>
    </w:r>
    <w:r>
      <w:fldChar w:fldCharType="begin"/>
    </w:r>
    <w:r>
      <w:instrText>PAGE</w:instrText>
    </w:r>
    <w:r w:rsidR="00A56C45">
      <w:fldChar w:fldCharType="separate"/>
    </w:r>
    <w:r w:rsidR="00A56C45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8FCB9" w14:textId="77777777" w:rsidR="0089274D" w:rsidRDefault="0089274D">
      <w:pPr>
        <w:spacing w:after="0" w:line="240" w:lineRule="auto"/>
      </w:pPr>
      <w:r>
        <w:separator/>
      </w:r>
    </w:p>
  </w:footnote>
  <w:footnote w:type="continuationSeparator" w:id="0">
    <w:p w14:paraId="169C257D" w14:textId="77777777" w:rsidR="0089274D" w:rsidRDefault="008927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4554D" w14:textId="77777777" w:rsidR="00A6119E" w:rsidRDefault="00A6119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77417011">
    <w:abstractNumId w:val="8"/>
  </w:num>
  <w:num w:numId="2" w16cid:durableId="1071931091">
    <w:abstractNumId w:val="6"/>
  </w:num>
  <w:num w:numId="3" w16cid:durableId="1141076736">
    <w:abstractNumId w:val="5"/>
  </w:num>
  <w:num w:numId="4" w16cid:durableId="1319574355">
    <w:abstractNumId w:val="4"/>
  </w:num>
  <w:num w:numId="5" w16cid:durableId="1552768927">
    <w:abstractNumId w:val="7"/>
  </w:num>
  <w:num w:numId="6" w16cid:durableId="1456562500">
    <w:abstractNumId w:val="3"/>
  </w:num>
  <w:num w:numId="7" w16cid:durableId="442649751">
    <w:abstractNumId w:val="2"/>
  </w:num>
  <w:num w:numId="8" w16cid:durableId="2052343503">
    <w:abstractNumId w:val="1"/>
  </w:num>
  <w:num w:numId="9" w16cid:durableId="1952012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F7E85"/>
    <w:rsid w:val="0089274D"/>
    <w:rsid w:val="00A56C45"/>
    <w:rsid w:val="00A6119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23C9E3"/>
  <w14:defaultImageDpi w14:val="300"/>
  <w15:docId w15:val="{F153E04E-2734-4AAD-A761-AEE578AE6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8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Kpr">
    <w:name w:val="Hyperlink"/>
    <w:basedOn w:val="VarsaylanParagrafYazTipi"/>
    <w:uiPriority w:val="99"/>
    <w:unhideWhenUsed/>
    <w:rsid w:val="00A56C45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A56C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enbilimleri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3211</Words>
  <Characters>18307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21476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2026-2027 8. Sınıf Fen Bilimleri DYK Yıllık Planı - 4 Saat</dc:title>
  <dc:subject>Destekleme ve Yetiştirme Kursu Yıllık Planı</dc:subject>
  <dc:creator/>
  <cp:keywords>Fen Bilimleri, 8. sınıf, DYK, yıllık plan</cp:keywords>
  <dc:description>generated by python-docx</dc:description>
  <cp:lastModifiedBy>Uğurcan Büyükkaya</cp:lastModifiedBy>
  <cp:revision>2</cp:revision>
  <dcterms:created xsi:type="dcterms:W3CDTF">2013-12-23T23:15:00Z</dcterms:created>
  <dcterms:modified xsi:type="dcterms:W3CDTF">2026-08-04T21:27:00Z</dcterms:modified>
  <cp:category/>
</cp:coreProperties>
</file>