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340B8" w14:textId="77777777" w:rsidR="00037EAF" w:rsidRDefault="00000000">
      <w:pPr>
        <w:spacing w:after="0" w:line="240" w:lineRule="auto"/>
        <w:jc w:val="center"/>
      </w:pPr>
      <w:r>
        <w:rPr>
          <w:b/>
          <w:color w:val="193652"/>
          <w:sz w:val="21"/>
        </w:rPr>
        <w:t>........................................................ ORTAOKULU</w:t>
      </w:r>
    </w:p>
    <w:p w14:paraId="2016AA83" w14:textId="77777777" w:rsidR="00037EAF" w:rsidRDefault="00000000">
      <w:pPr>
        <w:keepNext/>
        <w:keepLines/>
        <w:spacing w:after="0" w:line="240" w:lineRule="auto"/>
        <w:jc w:val="center"/>
      </w:pPr>
      <w:r>
        <w:rPr>
          <w:b/>
          <w:color w:val="002D5B"/>
          <w:sz w:val="26"/>
        </w:rPr>
        <w:t>2026-2027 EĞİTİM ÖĞRETİM YILI 8. SINIF FEN BİLİMLERİ DERSİ</w:t>
      </w:r>
      <w:r>
        <w:rPr>
          <w:b/>
          <w:color w:val="002D5B"/>
          <w:sz w:val="26"/>
        </w:rPr>
        <w:br/>
        <w:t>DESTEKLEME VE YETİŞTİRME KURSU YILLIK PLANI</w:t>
      </w:r>
    </w:p>
    <w:p w14:paraId="20982B00" w14:textId="77777777" w:rsidR="00037EAF" w:rsidRDefault="00000000">
      <w:pPr>
        <w:keepNext/>
        <w:keepLines/>
        <w:spacing w:after="0" w:line="240" w:lineRule="auto"/>
        <w:jc w:val="right"/>
      </w:pPr>
      <w:r>
        <w:rPr>
          <w:i/>
          <w:color w:val="4B4B4B"/>
        </w:rPr>
        <w:t>Haftalık 3 ders saati | 36 hafta | Toplam 108 ders saati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64"/>
        <w:gridCol w:w="605"/>
        <w:gridCol w:w="1440"/>
        <w:gridCol w:w="778"/>
        <w:gridCol w:w="2678"/>
        <w:gridCol w:w="4032"/>
        <w:gridCol w:w="2131"/>
        <w:gridCol w:w="2333"/>
      </w:tblGrid>
      <w:tr w:rsidR="00037EAF" w14:paraId="30A8AFA6" w14:textId="77777777">
        <w:trPr>
          <w:cantSplit/>
          <w:tblHeader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D9E2F3"/>
            <w:tcMar>
              <w:top w:w="30" w:type="dxa"/>
              <w:left w:w="24" w:type="dxa"/>
              <w:bottom w:w="30" w:type="dxa"/>
              <w:right w:w="24" w:type="dxa"/>
            </w:tcMar>
            <w:vAlign w:val="center"/>
          </w:tcPr>
          <w:p w14:paraId="08B65673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  <w:sz w:val="19"/>
              </w:rPr>
              <w:t>AY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D9E2F3"/>
            <w:tcMar>
              <w:top w:w="30" w:type="dxa"/>
              <w:left w:w="24" w:type="dxa"/>
              <w:bottom w:w="30" w:type="dxa"/>
              <w:right w:w="24" w:type="dxa"/>
            </w:tcMar>
            <w:vAlign w:val="center"/>
          </w:tcPr>
          <w:p w14:paraId="561F3D23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  <w:sz w:val="19"/>
              </w:rPr>
              <w:t>HAFTA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D9E2F3"/>
            <w:tcMar>
              <w:top w:w="30" w:type="dxa"/>
              <w:left w:w="24" w:type="dxa"/>
              <w:bottom w:w="30" w:type="dxa"/>
              <w:right w:w="24" w:type="dxa"/>
            </w:tcMar>
            <w:vAlign w:val="center"/>
          </w:tcPr>
          <w:p w14:paraId="07794CDF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  <w:sz w:val="19"/>
              </w:rPr>
              <w:t>TARİH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D9E2F3"/>
            <w:tcMar>
              <w:top w:w="30" w:type="dxa"/>
              <w:left w:w="24" w:type="dxa"/>
              <w:bottom w:w="30" w:type="dxa"/>
              <w:right w:w="24" w:type="dxa"/>
            </w:tcMar>
            <w:vAlign w:val="center"/>
          </w:tcPr>
          <w:p w14:paraId="5386C2BB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  <w:sz w:val="19"/>
              </w:rPr>
              <w:t>DERS</w:t>
            </w:r>
          </w:p>
          <w:p w14:paraId="73E950DA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  <w:sz w:val="19"/>
              </w:rPr>
              <w:t>SAATİ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D9E2F3"/>
            <w:tcMar>
              <w:top w:w="30" w:type="dxa"/>
              <w:left w:w="24" w:type="dxa"/>
              <w:bottom w:w="30" w:type="dxa"/>
              <w:right w:w="24" w:type="dxa"/>
            </w:tcMar>
            <w:vAlign w:val="center"/>
          </w:tcPr>
          <w:p w14:paraId="58CFC1FD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  <w:sz w:val="19"/>
              </w:rPr>
              <w:t>KONULAR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D9E2F3"/>
            <w:tcMar>
              <w:top w:w="30" w:type="dxa"/>
              <w:left w:w="24" w:type="dxa"/>
              <w:bottom w:w="30" w:type="dxa"/>
              <w:right w:w="24" w:type="dxa"/>
            </w:tcMar>
            <w:vAlign w:val="center"/>
          </w:tcPr>
          <w:p w14:paraId="3551FE6C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  <w:sz w:val="19"/>
              </w:rPr>
              <w:t>KAZANIMLAR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D9E2F3"/>
            <w:tcMar>
              <w:top w:w="30" w:type="dxa"/>
              <w:left w:w="24" w:type="dxa"/>
              <w:bottom w:w="30" w:type="dxa"/>
              <w:right w:w="24" w:type="dxa"/>
            </w:tcMar>
            <w:vAlign w:val="center"/>
          </w:tcPr>
          <w:p w14:paraId="259A4436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  <w:sz w:val="19"/>
              </w:rPr>
              <w:t>ÖĞRENME KAYNAKLARI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D9E2F3"/>
            <w:tcMar>
              <w:top w:w="30" w:type="dxa"/>
              <w:left w:w="24" w:type="dxa"/>
              <w:bottom w:w="30" w:type="dxa"/>
              <w:right w:w="24" w:type="dxa"/>
            </w:tcMar>
            <w:vAlign w:val="center"/>
          </w:tcPr>
          <w:p w14:paraId="2A379054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  <w:sz w:val="19"/>
              </w:rPr>
              <w:t>DEĞERLENDİRME</w:t>
            </w:r>
          </w:p>
        </w:tc>
      </w:tr>
      <w:tr w:rsidR="00037EAF" w14:paraId="5BE585B4" w14:textId="77777777">
        <w:trPr>
          <w:cantSplit/>
          <w:jc w:val="center"/>
        </w:trPr>
        <w:tc>
          <w:tcPr>
            <w:tcW w:w="14861" w:type="dxa"/>
            <w:gridSpan w:val="8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C6F0F1"/>
            <w:tcMar>
              <w:top w:w="32" w:type="dxa"/>
              <w:left w:w="38" w:type="dxa"/>
              <w:bottom w:w="32" w:type="dxa"/>
              <w:right w:w="38" w:type="dxa"/>
            </w:tcMar>
            <w:vAlign w:val="center"/>
          </w:tcPr>
          <w:p w14:paraId="52673192" w14:textId="77777777" w:rsidR="00037EAF" w:rsidRDefault="00000000">
            <w:pPr>
              <w:keepLines/>
              <w:spacing w:after="0" w:line="240" w:lineRule="auto"/>
            </w:pPr>
            <w:r>
              <w:rPr>
                <w:b/>
                <w:color w:val="0B4F6C"/>
                <w:sz w:val="19"/>
              </w:rPr>
              <w:t>1. ÜNİTE: MEVSİMLER VE İKLİM</w:t>
            </w:r>
          </w:p>
        </w:tc>
      </w:tr>
      <w:tr w:rsidR="00037EAF" w14:paraId="1397A3AC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F47382A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t>EYLÜL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A425AB5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1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E9E951E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1-6 Eylül 2026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4CB5EB0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1+2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8FC6805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1 saat: Mevsimlerin oluşumuna temel oluşturan eksen ve dolanma düzlemi</w:t>
            </w:r>
          </w:p>
          <w:p w14:paraId="162F58BE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 saat: Mevsimlerin oluşumu: model, grafik ve soru uygulamaları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16C2B18" w14:textId="77777777" w:rsidR="00037EAF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F.8.1.1.1. Mevsimlerin oluşumuna yönelik tahminlerde bulunur.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DBE08CB" w14:textId="77777777" w:rsidR="00037EAF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E641BC1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Hazır bulunuşluk sınavı</w:t>
            </w:r>
          </w:p>
          <w:p w14:paraId="018983F3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Konu tarama testleri, kazanım kavrama sınavları, LGS örnek soruları ve çalışma kâğıtları</w:t>
            </w:r>
          </w:p>
        </w:tc>
      </w:tr>
      <w:tr w:rsidR="00037EAF" w14:paraId="54C9AAC3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B6EBF46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t>EYLÜL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2ACB1D7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2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62F5953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7-13 Eylül 2026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182A548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1+2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C0BBD15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1 saat: Güneş ışınlarının geliş açısı ve ısı enerjisi</w:t>
            </w:r>
          </w:p>
          <w:p w14:paraId="2961A745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 saat: Mevsimler yeni nesil soru çözümü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920BE94" w14:textId="77777777" w:rsidR="00037EAF" w:rsidRDefault="00000000">
            <w:pPr>
              <w:keepLines/>
              <w:spacing w:after="0" w:line="240" w:lineRule="auto"/>
              <w:rPr>
                <w:b/>
                <w:color w:val="1F1F1F"/>
              </w:rPr>
            </w:pPr>
            <w:r>
              <w:rPr>
                <w:b/>
                <w:color w:val="1F1F1F"/>
              </w:rPr>
              <w:t xml:space="preserve">F.8.1.1.1. Mevsimlerin oluşumuna yönelik tahminlerde </w:t>
            </w:r>
            <w:proofErr w:type="spellStart"/>
            <w:r>
              <w:rPr>
                <w:b/>
                <w:color w:val="1F1F1F"/>
              </w:rPr>
              <w:t>bulunur</w:t>
            </w:r>
            <w:proofErr w:type="spellEnd"/>
            <w:r>
              <w:rPr>
                <w:b/>
                <w:color w:val="1F1F1F"/>
              </w:rPr>
              <w:t>.</w:t>
            </w:r>
          </w:p>
          <w:p w14:paraId="225AD756" w14:textId="122AC3CD" w:rsidR="00C34A8D" w:rsidRDefault="00C34A8D">
            <w:pPr>
              <w:keepLines/>
              <w:spacing w:after="0" w:line="240" w:lineRule="auto"/>
            </w:pPr>
            <w:hyperlink r:id="rId8" w:history="1">
              <w:r w:rsidRPr="00C34A8D">
                <w:rPr>
                  <w:rStyle w:val="Kpr"/>
                  <w:b/>
                  <w:color w:val="FFFFFF" w:themeColor="background1"/>
                </w:rPr>
                <w:t>https://fenbilimleri.org</w:t>
              </w:r>
            </w:hyperlink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203CCD8" w14:textId="77777777" w:rsidR="00037EAF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6D642B3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Konu tarama testleri, kazanım kavrama sınavları, LGS örnek soruları ve çalışma kâğıtları</w:t>
            </w:r>
          </w:p>
        </w:tc>
      </w:tr>
      <w:tr w:rsidR="00037EAF" w14:paraId="43E9EA78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7A8DD98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t>EYLÜL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449F97F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3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4F5387B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14-20 Eylül 2026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E849B20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1+2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0400FA9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1 saat: İklim ve hava olayları arasındaki fark</w:t>
            </w:r>
          </w:p>
          <w:p w14:paraId="64A5BC1B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 saat: Klimatoloji, iklim bilimci ve küresel iklim değişikliği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52E3F6F" w14:textId="77777777" w:rsidR="00037EAF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F.8.1.2.1. İklim ve hava olayları arasındaki farkı açıklar.</w:t>
            </w:r>
          </w:p>
          <w:p w14:paraId="1A44672F" w14:textId="77777777" w:rsidR="00037EAF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F.8.1.2.2. İklim biliminin (klimatoloji) bir bilim dalı olduğunu ve bu alanda çalışan uzmanlara iklim bilimci (klimatolog) adı verildiğini söyler.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D373217" w14:textId="77777777" w:rsidR="00037EAF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9898926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15 Temmuz Demokrasi ve Millî Birlik Günü</w:t>
            </w:r>
          </w:p>
          <w:p w14:paraId="0C5F6D1F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Konu tarama testleri, kazanım kavrama sınavları, LGS örnek soruları ve çalışma kâğıtları</w:t>
            </w:r>
          </w:p>
        </w:tc>
      </w:tr>
      <w:tr w:rsidR="00037EAF" w14:paraId="2450C3E0" w14:textId="77777777">
        <w:trPr>
          <w:cantSplit/>
          <w:jc w:val="center"/>
        </w:trPr>
        <w:tc>
          <w:tcPr>
            <w:tcW w:w="14861" w:type="dxa"/>
            <w:gridSpan w:val="8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C6F0F1"/>
            <w:tcMar>
              <w:top w:w="32" w:type="dxa"/>
              <w:left w:w="38" w:type="dxa"/>
              <w:bottom w:w="32" w:type="dxa"/>
              <w:right w:w="38" w:type="dxa"/>
            </w:tcMar>
            <w:vAlign w:val="center"/>
          </w:tcPr>
          <w:p w14:paraId="7FD4DDDF" w14:textId="77777777" w:rsidR="00037EAF" w:rsidRDefault="00000000">
            <w:pPr>
              <w:keepLines/>
              <w:spacing w:after="0" w:line="240" w:lineRule="auto"/>
            </w:pPr>
            <w:r>
              <w:rPr>
                <w:b/>
                <w:color w:val="0B4F6C"/>
                <w:sz w:val="19"/>
              </w:rPr>
              <w:t>1. ÜNİTE: MEVSİMLER VE İKLİM SONU / 2. ÜNİTE: DNA VE GENETİK KOD BAŞLANGICI</w:t>
            </w:r>
          </w:p>
        </w:tc>
      </w:tr>
      <w:tr w:rsidR="00037EAF" w14:paraId="607A1A92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977389F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t>EYLÜL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DC41A34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4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72E330D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21-27 Eylül 2026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26964CB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1+2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04CAF3D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1 saat: 1. Ünite tekrar ve değerlendirme</w:t>
            </w:r>
          </w:p>
          <w:p w14:paraId="28EB9BCA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 saat: Nükleotid, gen, DNA ve kromozom kavramları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1C46C0C" w14:textId="77777777" w:rsidR="00037EAF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1 saat:</w:t>
            </w:r>
          </w:p>
          <w:p w14:paraId="1771F622" w14:textId="77777777" w:rsidR="00037EAF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F.8.1.1.1. Mevsimlerin oluşumuna yönelik tahminlerde bulunur.</w:t>
            </w:r>
          </w:p>
          <w:p w14:paraId="09FC2DE1" w14:textId="77777777" w:rsidR="00037EAF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F.8.1.2.1. İklim ve hava olayları arasındaki farkı açıklar.</w:t>
            </w:r>
          </w:p>
          <w:p w14:paraId="2A78B4B5" w14:textId="77777777" w:rsidR="00037EAF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F.8.1.2.2. İklim biliminin (klimatoloji) bir bilim dalı olduğunu ve bu alanda çalışan uzmanlara iklim bilimci (klimatolog) adı verildiğini söyler.</w:t>
            </w:r>
          </w:p>
          <w:p w14:paraId="73B93E6C" w14:textId="77777777" w:rsidR="00037EAF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2 saat:</w:t>
            </w:r>
          </w:p>
          <w:p w14:paraId="249C97B1" w14:textId="77777777" w:rsidR="00037EAF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F.8.2.1.1. Nükleotid, gen, DNA ve kromozom kavramlarını açıklayarak bu kavramlar arasında ilişki kurar.</w:t>
            </w:r>
          </w:p>
          <w:p w14:paraId="26742EDA" w14:textId="77777777" w:rsidR="00037EAF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F.8.2.1.2. DNA’nın yapısını model üzerinde gösterir.</w:t>
            </w:r>
          </w:p>
          <w:p w14:paraId="52363AF5" w14:textId="77777777" w:rsidR="00037EAF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F.8.2.1.3. DNA’nın kendini nasıl eşlediğini ifade eder.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580BA13" w14:textId="77777777" w:rsidR="00037EAF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66F220D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Konu tarama testleri, kazanım kavrama sınavları, LGS örnek soruları ve çalışma kâğıtları</w:t>
            </w:r>
          </w:p>
        </w:tc>
      </w:tr>
      <w:tr w:rsidR="00037EAF" w14:paraId="6DA2F56E" w14:textId="77777777">
        <w:trPr>
          <w:cantSplit/>
          <w:jc w:val="center"/>
        </w:trPr>
        <w:tc>
          <w:tcPr>
            <w:tcW w:w="14861" w:type="dxa"/>
            <w:gridSpan w:val="8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C6F0F1"/>
            <w:tcMar>
              <w:top w:w="32" w:type="dxa"/>
              <w:left w:w="38" w:type="dxa"/>
              <w:bottom w:w="32" w:type="dxa"/>
              <w:right w:w="38" w:type="dxa"/>
            </w:tcMar>
            <w:vAlign w:val="center"/>
          </w:tcPr>
          <w:p w14:paraId="475A48AD" w14:textId="77777777" w:rsidR="00037EAF" w:rsidRDefault="00000000">
            <w:pPr>
              <w:keepLines/>
              <w:spacing w:after="0" w:line="240" w:lineRule="auto"/>
            </w:pPr>
            <w:r>
              <w:rPr>
                <w:b/>
                <w:color w:val="0B4F6C"/>
                <w:sz w:val="19"/>
              </w:rPr>
              <w:t>2. ÜNİTE: DNA VE GENETİK KOD</w:t>
            </w:r>
          </w:p>
        </w:tc>
      </w:tr>
      <w:tr w:rsidR="00037EAF" w14:paraId="5FADBC77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FAE5BF9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lastRenderedPageBreak/>
              <w:t>EYLÜL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F0B1F38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5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8B99749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28 Eylül-4 Ekim 2026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2EDB3BF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1+2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4157343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1 saat: DNA modeli</w:t>
            </w:r>
          </w:p>
          <w:p w14:paraId="25F3B91E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 saat: DNA’nın kendini eşlemesi ve soru uygulamaları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2117D55" w14:textId="77777777" w:rsidR="00037EAF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F.8.2.1.1. Nükleotid, gen, DNA ve kromozom kavramlarını açıklayarak bu kavramlar arasında ilişki kurar.</w:t>
            </w:r>
          </w:p>
          <w:p w14:paraId="4401D9A8" w14:textId="77777777" w:rsidR="00037EAF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F.8.2.1.2. DNA’nın yapısını model üzerinde gösterir.</w:t>
            </w:r>
          </w:p>
          <w:p w14:paraId="1607C937" w14:textId="77777777" w:rsidR="00037EAF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F.8.2.1.3. DNA’nın kendini nasıl eşlediğini ifade eder.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3BF0BE3" w14:textId="77777777" w:rsidR="00037EAF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337D331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Konu tarama testleri, kazanım kavrama sınavları, LGS örnek soruları ve çalışma kâğıtları</w:t>
            </w:r>
          </w:p>
        </w:tc>
      </w:tr>
      <w:tr w:rsidR="00037EAF" w14:paraId="2796E8C7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7240DE1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t>EKİM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D3532C0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6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CE8CA90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5-11 Ekim 2026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9AFD5D9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1+2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9ABB016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1 saat: Kalıtım kavramları</w:t>
            </w:r>
          </w:p>
          <w:p w14:paraId="3A8F160F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 saat: Tek karakter çaprazlamalarının temelleri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E4DFDAA" w14:textId="77777777" w:rsidR="00037EAF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1 saat:</w:t>
            </w:r>
          </w:p>
          <w:p w14:paraId="31092FC9" w14:textId="77777777" w:rsidR="00037EAF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F.8.2.2.1. Kalıtım ile ilgili kavramları tanımlar.</w:t>
            </w:r>
          </w:p>
          <w:p w14:paraId="487B015E" w14:textId="77777777" w:rsidR="00037EAF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2 saat:</w:t>
            </w:r>
          </w:p>
          <w:p w14:paraId="31F05AB3" w14:textId="77777777" w:rsidR="00037EAF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F.8.2.2.2. Tek karakter çaprazlamaları ile ilgili problemler çözerek sonuçlar hakkında yorum yapar.</w:t>
            </w:r>
          </w:p>
          <w:p w14:paraId="6CD45FEA" w14:textId="77777777" w:rsidR="00037EAF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F.8.2.2.3. Akraba evliliklerinin genetik sonuçlarını tartışır.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A707A83" w14:textId="77777777" w:rsidR="00037EAF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818B9A6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Konu tarama testleri, kazanım kavrama sınavları, LGS örnek soruları ve çalışma kâğıtları</w:t>
            </w:r>
          </w:p>
        </w:tc>
      </w:tr>
      <w:tr w:rsidR="00037EAF" w14:paraId="2D4192BB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36CDB1B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t>EKİM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21E7937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7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61D2E16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12-18 Ekim 2026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87DEC8A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1+2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1E84F36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1 saat: Çaprazlama soru çözümü</w:t>
            </w:r>
          </w:p>
          <w:p w14:paraId="0833A5BC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 saat: Cinsiyet ve akraba evliliklerinin genetik sonuçları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069CBFA" w14:textId="77777777" w:rsidR="00037EAF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F.8.2.2.2. Tek karakter çaprazlamaları ile ilgili problemler çözerek sonuçlar hakkında yorum yapar.</w:t>
            </w:r>
          </w:p>
          <w:p w14:paraId="35C315E1" w14:textId="77777777" w:rsidR="00037EAF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F.8.2.2.3. Akraba evliliklerinin genetik sonuçlarını tartışır.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82B2D56" w14:textId="77777777" w:rsidR="00037EAF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B76F27D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Konu tarama testleri, kazanım kavrama sınavları, LGS örnek soruları ve çalışma kâğıtları</w:t>
            </w:r>
          </w:p>
        </w:tc>
      </w:tr>
      <w:tr w:rsidR="00037EAF" w14:paraId="75625F7D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7A6EA4C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t>EKİM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97741B2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8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F202C92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19-25 Ekim 2026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05AADE3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1+2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1CDB6EE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1 saat: Mutasyon ve modifikasyon</w:t>
            </w:r>
          </w:p>
          <w:p w14:paraId="6BEF9DA7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 saat: Adaptasyon, varyasyon ve doğal seçilim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27FFDA9" w14:textId="77777777" w:rsidR="00037EAF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F.8.2.3.1. Örneklerden yola çıkarak mutasyonu açıklar.</w:t>
            </w:r>
          </w:p>
          <w:p w14:paraId="63332F1C" w14:textId="77777777" w:rsidR="00037EAF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F.8.2.3.2. Örneklerden yola çıkarak modifikasyonu açıklar.</w:t>
            </w:r>
          </w:p>
          <w:p w14:paraId="3DA32288" w14:textId="77777777" w:rsidR="00037EAF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F.8.2.3.3. Mutasyonla modifikasyon arasındaki farklar ile ilgili çıkarımda bulunur.</w:t>
            </w:r>
          </w:p>
          <w:p w14:paraId="3670A1AF" w14:textId="77777777" w:rsidR="00037EAF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F.8.2.4.1. Canlıların yaşadıkları çevreye uyumlarını gözlem yaparak açıklar.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9F78E18" w14:textId="77777777" w:rsidR="00037EAF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912E830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Konu tarama testleri, kazanım kavrama sınavları, LGS örnek soruları ve çalışma kâğıtları</w:t>
            </w:r>
          </w:p>
        </w:tc>
      </w:tr>
      <w:tr w:rsidR="00037EAF" w14:paraId="5351C6DF" w14:textId="77777777">
        <w:trPr>
          <w:cantSplit/>
          <w:jc w:val="center"/>
        </w:trPr>
        <w:tc>
          <w:tcPr>
            <w:tcW w:w="14861" w:type="dxa"/>
            <w:gridSpan w:val="8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C6F0F1"/>
            <w:tcMar>
              <w:top w:w="32" w:type="dxa"/>
              <w:left w:w="38" w:type="dxa"/>
              <w:bottom w:w="32" w:type="dxa"/>
              <w:right w:w="38" w:type="dxa"/>
            </w:tcMar>
            <w:vAlign w:val="center"/>
          </w:tcPr>
          <w:p w14:paraId="59F62762" w14:textId="77777777" w:rsidR="00037EAF" w:rsidRDefault="00000000">
            <w:pPr>
              <w:keepLines/>
              <w:spacing w:after="0" w:line="240" w:lineRule="auto"/>
            </w:pPr>
            <w:r>
              <w:rPr>
                <w:b/>
                <w:color w:val="0B4F6C"/>
                <w:sz w:val="19"/>
              </w:rPr>
              <w:t>2. ÜNİTE: DNA VE GENETİK KOD SONU / 3. ÜNİTE: BASINÇ BAŞLANGICI</w:t>
            </w:r>
          </w:p>
        </w:tc>
      </w:tr>
      <w:tr w:rsidR="00037EAF" w14:paraId="4BFED621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34744EA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t>EKİM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02B67B3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9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C361BB0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26 Ekim-1 Kasım 2026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2D121BA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1+2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C07C0E6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1 saat: Genetik mühendisliği ve biyoteknoloji</w:t>
            </w:r>
          </w:p>
          <w:p w14:paraId="008019B7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 saat: Katı basıncını etkileyen değişkenler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D673328" w14:textId="77777777" w:rsidR="00037EAF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1 saat:</w:t>
            </w:r>
          </w:p>
          <w:p w14:paraId="0B226FC9" w14:textId="77777777" w:rsidR="00037EAF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F.8.2.5.1. Genetik mühendisliğini ve biyoteknolojiyi ilişkilendirir.</w:t>
            </w:r>
          </w:p>
          <w:p w14:paraId="43272053" w14:textId="77777777" w:rsidR="00037EAF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F.8.2.5.2. Biyoteknolojik uygulamalar kapsamında oluşturulan ikilemlerle bu uygulamaların insanlık için yararlı ve zararlı yönlerini tartışır.</w:t>
            </w:r>
          </w:p>
          <w:p w14:paraId="4F0FF3BB" w14:textId="77777777" w:rsidR="00037EAF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F.8.2.5.3. Gelecekteki genetik mühendisliği ve biyoteknoloji uygulamalarının neler olabileceği hakkında tahminde bulunur.</w:t>
            </w:r>
          </w:p>
          <w:p w14:paraId="32063622" w14:textId="77777777" w:rsidR="00037EAF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2 saat:</w:t>
            </w:r>
          </w:p>
          <w:p w14:paraId="33579117" w14:textId="77777777" w:rsidR="00037EAF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F.8.3.1.1. Katı basıncını etkileyen değişkenleri deneyerek keşfeder.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165F7EC" w14:textId="77777777" w:rsidR="00037EAF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FE4E708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Cumhuriyet Bayramı (29 Ekim)</w:t>
            </w:r>
          </w:p>
          <w:p w14:paraId="0B8016FE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Konu tarama testleri, kazanım kavrama sınavları, LGS örnek soruları ve çalışma kâğıtları</w:t>
            </w:r>
          </w:p>
        </w:tc>
      </w:tr>
      <w:tr w:rsidR="00037EAF" w14:paraId="0EF5EEE3" w14:textId="77777777">
        <w:trPr>
          <w:cantSplit/>
          <w:jc w:val="center"/>
        </w:trPr>
        <w:tc>
          <w:tcPr>
            <w:tcW w:w="14861" w:type="dxa"/>
            <w:gridSpan w:val="8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C6F0F1"/>
            <w:tcMar>
              <w:top w:w="32" w:type="dxa"/>
              <w:left w:w="38" w:type="dxa"/>
              <w:bottom w:w="32" w:type="dxa"/>
              <w:right w:w="38" w:type="dxa"/>
            </w:tcMar>
            <w:vAlign w:val="center"/>
          </w:tcPr>
          <w:p w14:paraId="0A699140" w14:textId="77777777" w:rsidR="00037EAF" w:rsidRDefault="00000000">
            <w:pPr>
              <w:keepLines/>
              <w:spacing w:after="0" w:line="240" w:lineRule="auto"/>
            </w:pPr>
            <w:r>
              <w:rPr>
                <w:b/>
                <w:color w:val="0B4F6C"/>
                <w:sz w:val="19"/>
              </w:rPr>
              <w:t>3. ÜNİTE: BASINÇ</w:t>
            </w:r>
          </w:p>
        </w:tc>
      </w:tr>
      <w:tr w:rsidR="00037EAF" w14:paraId="42A7D78A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BDA3B82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lastRenderedPageBreak/>
              <w:t>KASIM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E2990D0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10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BA56A4F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2-8 Kasım 2026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3EC1E03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1+2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4480D3E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1 saat: Katı basıncı soru uygulamaları</w:t>
            </w:r>
          </w:p>
          <w:p w14:paraId="2B30C72F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 saat: Sıvı basıncını etkileyen değişkenler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95630BE" w14:textId="77777777" w:rsidR="00037EAF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1 saat:</w:t>
            </w:r>
          </w:p>
          <w:p w14:paraId="4A989442" w14:textId="77777777" w:rsidR="00037EAF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F.8.3.1.1. Katı basıncını etkileyen değişkenleri deneyerek keşfeder.</w:t>
            </w:r>
          </w:p>
          <w:p w14:paraId="5A7C7A65" w14:textId="77777777" w:rsidR="00037EAF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2 saat:</w:t>
            </w:r>
          </w:p>
          <w:p w14:paraId="74706D66" w14:textId="77777777" w:rsidR="00037EAF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F.8.3.1.2. Sıvı basıncını etkileyen değişkenleri tahmin eder ve tahminlerini test eder.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821D3CC" w14:textId="77777777" w:rsidR="00037EAF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4C708C2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Konu tarama testleri, kazanım kavrama sınavları, LGS örnek soruları ve çalışma kâğıtları</w:t>
            </w:r>
          </w:p>
        </w:tc>
      </w:tr>
      <w:tr w:rsidR="00037EAF" w14:paraId="6129219B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C04938A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t>KASIM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69CD6C6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11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9E821E7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9-15 Kasım 2026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96968B1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1+2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BE23CF8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1 saat: Gaz basıncı</w:t>
            </w:r>
          </w:p>
          <w:p w14:paraId="1149DAE0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 saat: Basıncın günlük yaşam ve teknoloji uygulamaları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95E829D" w14:textId="77777777" w:rsidR="00037EAF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F.8.3.1.3. Katı, sıvı ve gazların basınç özelliklerinin günlük yaşam ve teknolojideki uygulamalarına örnekler verir.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9C5A691" w14:textId="77777777" w:rsidR="00037EAF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E93C0DF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Atatürk Haftası (10-16 Kasım)</w:t>
            </w:r>
          </w:p>
          <w:p w14:paraId="155B0DB2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Konu tarama testleri, kazanım kavrama sınavları, LGS örnek soruları ve çalışma kâğıtları</w:t>
            </w:r>
          </w:p>
        </w:tc>
      </w:tr>
      <w:tr w:rsidR="00037EAF" w14:paraId="19999BC9" w14:textId="77777777">
        <w:trPr>
          <w:cantSplit/>
          <w:jc w:val="center"/>
        </w:trPr>
        <w:tc>
          <w:tcPr>
            <w:tcW w:w="14861" w:type="dxa"/>
            <w:gridSpan w:val="8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D9E7F5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01FB1D24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A33A2B"/>
                <w:sz w:val="19"/>
              </w:rPr>
              <w:t>1. ARA TATİL: 16-20 KASIM 2026</w:t>
            </w:r>
          </w:p>
        </w:tc>
      </w:tr>
      <w:tr w:rsidR="00037EAF" w14:paraId="7F7E78C9" w14:textId="77777777">
        <w:trPr>
          <w:cantSplit/>
          <w:jc w:val="center"/>
        </w:trPr>
        <w:tc>
          <w:tcPr>
            <w:tcW w:w="14861" w:type="dxa"/>
            <w:gridSpan w:val="8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C6F0F1"/>
            <w:tcMar>
              <w:top w:w="32" w:type="dxa"/>
              <w:left w:w="38" w:type="dxa"/>
              <w:bottom w:w="32" w:type="dxa"/>
              <w:right w:w="38" w:type="dxa"/>
            </w:tcMar>
            <w:vAlign w:val="center"/>
          </w:tcPr>
          <w:p w14:paraId="34FA4038" w14:textId="77777777" w:rsidR="00037EAF" w:rsidRDefault="00000000">
            <w:pPr>
              <w:keepLines/>
              <w:spacing w:after="0" w:line="240" w:lineRule="auto"/>
            </w:pPr>
            <w:r>
              <w:rPr>
                <w:b/>
                <w:color w:val="0B4F6C"/>
                <w:sz w:val="19"/>
              </w:rPr>
              <w:t>4. ÜNİTE: MADDE VE ENDÜSTRİ</w:t>
            </w:r>
          </w:p>
        </w:tc>
      </w:tr>
      <w:tr w:rsidR="00037EAF" w14:paraId="24F9C441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1ECAC0F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t>KASIM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F918ACC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12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D869BA8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23-29 Kasım 2026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00E7D48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1+2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6E919BC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1 saat: Periyodik sistemde grup ve periyot</w:t>
            </w:r>
          </w:p>
          <w:p w14:paraId="578D0E52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 saat: Metaller, yarımetaller ve ametaller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96B5580" w14:textId="77777777" w:rsidR="00037EAF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F.8.4.1.1. Periyodik sistemde, grup ve periyotların nasıl oluşturulduğunu açıklar.</w:t>
            </w:r>
          </w:p>
          <w:p w14:paraId="05BBF70E" w14:textId="77777777" w:rsidR="00037EAF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F.8.4.1.2. Elementleri periyodik tablo üzerinde metal, yarımetal ve ametal olarak sınıflandırır.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701889D" w14:textId="77777777" w:rsidR="00037EAF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0E2AF2D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Öğretmenler Günü (24 Kasım)</w:t>
            </w:r>
          </w:p>
          <w:p w14:paraId="03671769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Konu tarama testleri, kazanım kavrama sınavları, LGS örnek soruları ve çalışma kâğıtları</w:t>
            </w:r>
          </w:p>
        </w:tc>
      </w:tr>
      <w:tr w:rsidR="00037EAF" w14:paraId="7701665C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CEAB26E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t>KASIM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2CBDE01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13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210C779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30 Kasım-6 Aralık 2026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8C13138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1+2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689F708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1 saat: Fiziksel değişim</w:t>
            </w:r>
          </w:p>
          <w:p w14:paraId="45D69E89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 saat: Kimyasal değişim ve karşılaştırma soruları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58CC330" w14:textId="77777777" w:rsidR="00037EAF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F.8.4.2.1. Fiziksel ve kimyasal değişim arasındaki farkları, çeşitli olayları gözlemleyerek açıklar.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428E4FA" w14:textId="77777777" w:rsidR="00037EAF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FE50ACE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Dünya Engelliler Günü (3 Aralık)</w:t>
            </w:r>
          </w:p>
          <w:p w14:paraId="10DC85B0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Konu tarama testleri, kazanım kavrama sınavları, LGS örnek soruları ve çalışma kâğıtları</w:t>
            </w:r>
          </w:p>
        </w:tc>
      </w:tr>
      <w:tr w:rsidR="00037EAF" w14:paraId="54D6A2C8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BC0C4D2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t>ARALIK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D4B6741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14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0C526F1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7-13 Aralık 2026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673CEFB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1+2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3D84E73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1 saat: Kimyasal tepkimelerin oluşumu</w:t>
            </w:r>
          </w:p>
          <w:p w14:paraId="6C464E64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 saat: Kütlenin korunumu ve soru uygulamaları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03A5081" w14:textId="77777777" w:rsidR="00037EAF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F.8.4.3.1. Bileşiklerin kimyasal tepkime sonucunda oluştuğunu bilir.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82F6092" w14:textId="77777777" w:rsidR="00037EAF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C98969C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Konu tarama testleri, kazanım kavrama sınavları, LGS örnek soruları ve çalışma kâğıtları</w:t>
            </w:r>
          </w:p>
        </w:tc>
      </w:tr>
      <w:tr w:rsidR="00037EAF" w14:paraId="589A592C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92FB0C4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t>ARALIK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59D2E70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15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A0B535B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14-20 Aralık 2026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F89ADA3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1+2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FD72F6A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1 saat: Asit ve bazların genel özellikleri</w:t>
            </w:r>
          </w:p>
          <w:p w14:paraId="3D42D03F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 saat: Günlük örnekler, ayıraçlar ve pH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73BD974" w14:textId="77777777" w:rsidR="00037EAF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F.8.4.4.1. Asit ve bazların genel özelliklerini ifade eder.</w:t>
            </w:r>
          </w:p>
          <w:p w14:paraId="5E120570" w14:textId="77777777" w:rsidR="00037EAF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F.8.4.4.2. Asit ve bazlara günlük yaşamdan örnekler verir.</w:t>
            </w:r>
          </w:p>
          <w:p w14:paraId="746792C5" w14:textId="77777777" w:rsidR="00037EAF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F.8.4.4.3. Günlük hayatta ulaşılabilecek malzemeleri asit-baz ayracı olarak kullanır.</w:t>
            </w:r>
          </w:p>
          <w:p w14:paraId="44767DC9" w14:textId="77777777" w:rsidR="00037EAF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F.8.4.4.4. Maddelerin asitlik ve bazlık durumlarına ilişkin pH değerlerini kullanarak çıkarımda bulunur.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0C4695B" w14:textId="77777777" w:rsidR="00037EAF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A0A79A9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Tutum, Yatırım ve Türk Malları Haftası (12-18 Aralık)</w:t>
            </w:r>
          </w:p>
          <w:p w14:paraId="5EEA2BAC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Konu tarama testleri, kazanım kavrama sınavları, LGS örnek soruları ve çalışma kâğıtları</w:t>
            </w:r>
          </w:p>
        </w:tc>
      </w:tr>
      <w:tr w:rsidR="00037EAF" w14:paraId="6DC1CD14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45BD835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lastRenderedPageBreak/>
              <w:t>ARALIK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2824052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16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9EA662E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21-27 Aralık 2026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05EA4C3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1+2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9E3B391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1 saat: Doğal ayıraç uygulamaları</w:t>
            </w:r>
          </w:p>
          <w:p w14:paraId="0F6C9CA4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 saat: pH yorumlama ve yeni nesil sorular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4C206AF" w14:textId="77777777" w:rsidR="00037EAF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F.8.4.4.1. Asit ve bazların genel özelliklerini ifade eder.</w:t>
            </w:r>
          </w:p>
          <w:p w14:paraId="32874FE0" w14:textId="77777777" w:rsidR="00037EAF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F.8.4.4.2. Asit ve bazlara günlük yaşamdan örnekler verir.</w:t>
            </w:r>
          </w:p>
          <w:p w14:paraId="0C101839" w14:textId="77777777" w:rsidR="00037EAF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F.8.4.4.3. Günlük hayatta ulaşılabilecek malzemeleri asit-baz ayracı olarak kullanır.</w:t>
            </w:r>
          </w:p>
          <w:p w14:paraId="607DFFFF" w14:textId="77777777" w:rsidR="00037EAF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F.8.4.4.4. Maddelerin asitlik ve bazlık durumlarına ilişkin pH değerlerini kullanarak çıkarımda bulunur.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CD2C9CE" w14:textId="77777777" w:rsidR="00037EAF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D94BA75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Konu tarama testleri, kazanım kavrama sınavları, LGS örnek soruları ve çalışma kâğıtları</w:t>
            </w:r>
          </w:p>
        </w:tc>
      </w:tr>
      <w:tr w:rsidR="00037EAF" w14:paraId="42C05D12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EE56968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t>ARALIK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2099F6A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17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63556D0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28 Aralık 2026-3 Ocak 2027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75030FA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1+2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A738EE9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1 saat: Asit-bazların maddeler üzerindeki etkileri ve güvenlik</w:t>
            </w:r>
          </w:p>
          <w:p w14:paraId="2E3E3AF1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 saat: Asit yağmurları ve çözüm önerileri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467EF2B" w14:textId="77777777" w:rsidR="00037EAF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F.8.4.4.5. Asit ve bazların çeşitli maddeler üzerindeki etkilerini gözlemler.</w:t>
            </w:r>
          </w:p>
          <w:p w14:paraId="424F0044" w14:textId="77777777" w:rsidR="00037EAF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F.8.4.4.6. Asit ve bazların temizlik malzemesi olarak kullanılması esnasında oluşabilecek tehlikelerle ilgili gerekli tedbirleri alır.</w:t>
            </w:r>
          </w:p>
          <w:p w14:paraId="6BC9FAA8" w14:textId="77777777" w:rsidR="00037EAF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F.8.4.4.7. Asit yağmurlarının önlenmesine yönelik çözüm önerileri sunar.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EA1E396" w14:textId="77777777" w:rsidR="00037EAF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3A4C257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Konu tarama testleri, kazanım kavrama sınavları, LGS örnek soruları ve çalışma kâğıtları</w:t>
            </w:r>
          </w:p>
        </w:tc>
      </w:tr>
      <w:tr w:rsidR="00037EAF" w14:paraId="41AC523F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8BF50BB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t>OCAK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E8903EF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18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9688DD0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4-10 Ocak 2027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B1541EB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1+2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98EE102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1 saat: Isı, öz ısı ve ısınmaya etki eden değişkenler</w:t>
            </w:r>
          </w:p>
          <w:p w14:paraId="795B07AE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 saat: Isı hesaplama ve yorumlama soruları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4428517" w14:textId="77777777" w:rsidR="00037EAF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F.8.4.5.1. Isınmanın maddenin cinsine, kütlesine ve/veya sıcaklık değişimine bağlı olduğunu deney yaparak keşfeder.</w:t>
            </w:r>
          </w:p>
          <w:p w14:paraId="76F885F7" w14:textId="77777777" w:rsidR="00037EAF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F.8.4.5.2. Hâl değiştirmek için gerekli ısının maddenin cinsi ve kütlesiyle ilişkili olduğunu deney yaparak keşfeder.</w:t>
            </w:r>
          </w:p>
          <w:p w14:paraId="373840EE" w14:textId="77777777" w:rsidR="00037EAF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F.8.4.5.3. Maddelerin hâl değişimi ve ısınma grafiğini çizerek yorumlar.</w:t>
            </w:r>
          </w:p>
          <w:p w14:paraId="041FA908" w14:textId="77777777" w:rsidR="00037EAF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F.8.4.5.4. Günlük yaşamda meydana gelen hâl değişimleri ile ısı alışverişini ilişkilendirir.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DA43EB8" w14:textId="77777777" w:rsidR="00037EAF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106F621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1. Tam Kapsam Değerlendirme Sınavı</w:t>
            </w:r>
          </w:p>
          <w:p w14:paraId="731D2F4B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Konu tarama testleri, kazanım kavrama sınavları, LGS örnek soruları ve çalışma kâğıtları</w:t>
            </w:r>
          </w:p>
        </w:tc>
      </w:tr>
      <w:tr w:rsidR="00037EAF" w14:paraId="59B632C9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ADC1A6D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t>OCAK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8EE6B6A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19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D9B949B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11-17 Ocak 2027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4A0C2A5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1+2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6580097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1 saat: Hâl değişimi için gerekli ısı</w:t>
            </w:r>
          </w:p>
          <w:p w14:paraId="591B9A17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 saat: Isınma-soğuma ve hâl değişimi grafikleri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2F33A27" w14:textId="77777777" w:rsidR="00037EAF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F.8.4.5.1. Isınmanın maddenin cinsine, kütlesine ve/veya sıcaklık değişimine bağlı olduğunu deney yaparak keşfeder.</w:t>
            </w:r>
          </w:p>
          <w:p w14:paraId="180A9CD2" w14:textId="77777777" w:rsidR="00037EAF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F.8.4.5.2. Hâl değiştirmek için gerekli ısının maddenin cinsi ve kütlesiyle ilişkili olduğunu deney yaparak keşfeder.</w:t>
            </w:r>
          </w:p>
          <w:p w14:paraId="6A2EF609" w14:textId="77777777" w:rsidR="00037EAF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F.8.4.5.3. Maddelerin hâl değişimi ve ısınma grafiğini çizerek yorumlar.</w:t>
            </w:r>
          </w:p>
          <w:p w14:paraId="26A197A1" w14:textId="77777777" w:rsidR="00037EAF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F.8.4.5.4. Günlük yaşamda meydana gelen hâl değişimleri ile ısı alışverişini ilişkilendirir.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042C598" w14:textId="77777777" w:rsidR="00037EAF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CA32459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Konu tarama testleri, kazanım kavrama sınavları, LGS örnek soruları ve çalışma kâğıtları</w:t>
            </w:r>
          </w:p>
        </w:tc>
      </w:tr>
      <w:tr w:rsidR="00037EAF" w14:paraId="76D66610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DC73BA9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t>OCAK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F4898CA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20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F1A416B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18-24 Ocak 2027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D4C7D03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1+2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A64BF72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1 saat: Türkiye’de kimya endüstrisi</w:t>
            </w:r>
          </w:p>
          <w:p w14:paraId="76114CDB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 saat: Kimya temelli meslekler ve 4. ünite değerlendirme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0BE629A" w14:textId="77777777" w:rsidR="00037EAF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F.8.4.6.1. Geçmişten günümüze Türkiye’deki kimya endüstrisinin gelişimini araştırır.</w:t>
            </w:r>
          </w:p>
          <w:p w14:paraId="72D956EE" w14:textId="77777777" w:rsidR="00037EAF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F.8.4.6.2. Kimya endüstrisinde meslek dallarını araştırır ve gelecekteki yeni meslek alanları hakkında öneriler sunar.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6E8D004" w14:textId="77777777" w:rsidR="00037EAF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C80DE20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Konu tarama testleri, kazanım kavrama sınavları, LGS örnek soruları ve çalışma kâğıtları</w:t>
            </w:r>
          </w:p>
        </w:tc>
      </w:tr>
      <w:tr w:rsidR="00037EAF" w14:paraId="66403F4F" w14:textId="77777777">
        <w:trPr>
          <w:cantSplit/>
          <w:jc w:val="center"/>
        </w:trPr>
        <w:tc>
          <w:tcPr>
            <w:tcW w:w="14861" w:type="dxa"/>
            <w:gridSpan w:val="8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D9E7F5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1A165825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A33A2B"/>
                <w:sz w:val="19"/>
              </w:rPr>
              <w:t>YARIYIL TATİLİ: 25 OCAK-5 ŞUBAT 2027</w:t>
            </w:r>
          </w:p>
        </w:tc>
      </w:tr>
      <w:tr w:rsidR="00037EAF" w14:paraId="55EE7E24" w14:textId="77777777">
        <w:trPr>
          <w:cantSplit/>
          <w:jc w:val="center"/>
        </w:trPr>
        <w:tc>
          <w:tcPr>
            <w:tcW w:w="14861" w:type="dxa"/>
            <w:gridSpan w:val="8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C6F0F1"/>
            <w:tcMar>
              <w:top w:w="32" w:type="dxa"/>
              <w:left w:w="38" w:type="dxa"/>
              <w:bottom w:w="32" w:type="dxa"/>
              <w:right w:w="38" w:type="dxa"/>
            </w:tcMar>
            <w:vAlign w:val="center"/>
          </w:tcPr>
          <w:p w14:paraId="49C9988F" w14:textId="77777777" w:rsidR="00037EAF" w:rsidRDefault="00000000">
            <w:pPr>
              <w:keepLines/>
              <w:spacing w:after="0" w:line="240" w:lineRule="auto"/>
            </w:pPr>
            <w:r>
              <w:rPr>
                <w:b/>
                <w:color w:val="0B4F6C"/>
                <w:sz w:val="19"/>
              </w:rPr>
              <w:t>5. ÜNİTE: BASİT MAKİNELER</w:t>
            </w:r>
          </w:p>
        </w:tc>
      </w:tr>
      <w:tr w:rsidR="00037EAF" w14:paraId="69951CC1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969FCE7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lastRenderedPageBreak/>
              <w:t>ŞUBAT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217EAE2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21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A9AA615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8-14 Şubat 2027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9E2667E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1+2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D82DB11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1 saat: Sabit-hareketli makara ve palanga</w:t>
            </w:r>
          </w:p>
          <w:p w14:paraId="201B1F94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 saat: Makara sistemleri soru çözümü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B9722BE" w14:textId="77777777" w:rsidR="00037EAF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F.8.5.1.1. Basit makinelerin sağladığı avantajları örnekler üzerinden açıklar.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01CB2C9" w14:textId="77777777" w:rsidR="00037EAF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80381BD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Konu tarama testleri, kazanım kavrama sınavları, LGS örnek soruları ve çalışma kâğıtları</w:t>
            </w:r>
          </w:p>
        </w:tc>
      </w:tr>
      <w:tr w:rsidR="00037EAF" w14:paraId="062E6633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87D1253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t>ŞUBAT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134B772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22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E6E5A38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15-21 Şubat 2027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A87ECF6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1+2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B9A724F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1 saat: Kaldıraçların temel özellikleri</w:t>
            </w:r>
          </w:p>
          <w:p w14:paraId="5F200B7A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 saat: Kaldıraç problemleri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B652BCC" w14:textId="77777777" w:rsidR="00037EAF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F.8.5.1.1. Basit makinelerin sağladığı avantajları örnekler üzerinden açıklar.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34E2134" w14:textId="77777777" w:rsidR="00037EAF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75C978B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Konu tarama testleri, kazanım kavrama sınavları, LGS örnek soruları ve çalışma kâğıtları</w:t>
            </w:r>
          </w:p>
        </w:tc>
      </w:tr>
      <w:tr w:rsidR="00037EAF" w14:paraId="452737F0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D135692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t>ŞUBAT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9ECE0AE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23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F742B2E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22-28 Şubat 2027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6A977DA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1+2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E67AEA7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1 saat: Eğik düzlem ve çıkrık</w:t>
            </w:r>
          </w:p>
          <w:p w14:paraId="7AA408F1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 saat: Basit makinelerde iş kolaylığı ve problemler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1F8024F" w14:textId="77777777" w:rsidR="00037EAF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F.8.5.1.1. Basit makinelerin sağladığı avantajları örnekler üzerinden açıklar.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27D54D0" w14:textId="77777777" w:rsidR="00037EAF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D2B6750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Konu tarama testleri, kazanım kavrama sınavları, LGS örnek soruları ve çalışma kâğıtları</w:t>
            </w:r>
          </w:p>
        </w:tc>
      </w:tr>
      <w:tr w:rsidR="00037EAF" w14:paraId="095BA6C4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C99BDCB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t>MART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112D2CA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24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A2D5225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1-7 Mart 2027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7B52936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1+2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BFAE4C5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1 saat: Birleşik basit makine sistemleri</w:t>
            </w:r>
          </w:p>
          <w:p w14:paraId="33271F7A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 saat: Günlük yaşam düzeneği tasarımı ve ünite değerlendirme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EEF50DA" w14:textId="77777777" w:rsidR="00037EAF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1 saat:</w:t>
            </w:r>
          </w:p>
          <w:p w14:paraId="3DFDAA9D" w14:textId="77777777" w:rsidR="00037EAF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F.8.5.1.1. Basit makinelerin sağladığı avantajları örnekler üzerinden açıklar.</w:t>
            </w:r>
          </w:p>
          <w:p w14:paraId="478726C5" w14:textId="77777777" w:rsidR="00037EAF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2 saat:</w:t>
            </w:r>
          </w:p>
          <w:p w14:paraId="26E73653" w14:textId="77777777" w:rsidR="00037EAF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F.8.5.1.2. Basit makinelerden yararlanarak günlük yaşamda iş kolaylığı sağlayacak bir düzenek tasarlar.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F1BD111" w14:textId="77777777" w:rsidR="00037EAF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9303485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Konu tarama testleri, kazanım kavrama sınavları, LGS örnek soruları ve çalışma kâğıtları</w:t>
            </w:r>
          </w:p>
        </w:tc>
      </w:tr>
      <w:tr w:rsidR="00037EAF" w14:paraId="12F27828" w14:textId="77777777">
        <w:trPr>
          <w:cantSplit/>
          <w:jc w:val="center"/>
        </w:trPr>
        <w:tc>
          <w:tcPr>
            <w:tcW w:w="14861" w:type="dxa"/>
            <w:gridSpan w:val="8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D9E7F5"/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14:paraId="1C195584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A33A2B"/>
                <w:sz w:val="19"/>
              </w:rPr>
              <w:t>2. ARA TATİL: 8-12 MART 2027</w:t>
            </w:r>
          </w:p>
        </w:tc>
      </w:tr>
      <w:tr w:rsidR="00037EAF" w14:paraId="223360CA" w14:textId="77777777">
        <w:trPr>
          <w:cantSplit/>
          <w:jc w:val="center"/>
        </w:trPr>
        <w:tc>
          <w:tcPr>
            <w:tcW w:w="14861" w:type="dxa"/>
            <w:gridSpan w:val="8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C6F0F1"/>
            <w:tcMar>
              <w:top w:w="32" w:type="dxa"/>
              <w:left w:w="38" w:type="dxa"/>
              <w:bottom w:w="32" w:type="dxa"/>
              <w:right w:w="38" w:type="dxa"/>
            </w:tcMar>
            <w:vAlign w:val="center"/>
          </w:tcPr>
          <w:p w14:paraId="7AF849C7" w14:textId="77777777" w:rsidR="00037EAF" w:rsidRDefault="00000000">
            <w:pPr>
              <w:keepLines/>
              <w:spacing w:after="0" w:line="240" w:lineRule="auto"/>
            </w:pPr>
            <w:r>
              <w:rPr>
                <w:b/>
                <w:color w:val="0B4F6C"/>
                <w:sz w:val="19"/>
              </w:rPr>
              <w:t>6. ÜNİTE: ENERJİ DÖNÜŞÜMLERİ VE ÇEVRE BİLİMİ</w:t>
            </w:r>
          </w:p>
        </w:tc>
      </w:tr>
      <w:tr w:rsidR="00037EAF" w14:paraId="1DC0B235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814E4D9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t>MART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49C2CE7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25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6736C1D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15-21 Mart 2027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5077858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1+2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AA0795A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1 saat: Besin zinciri</w:t>
            </w:r>
          </w:p>
          <w:p w14:paraId="495C19B5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 saat: Besin ağı, ekoloji piramidi ve biyolojik birikim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D530E71" w14:textId="77777777" w:rsidR="00037EAF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F.8.6.1.1. Besin zincirindeki üretici, tüketici, ayrıştırıcılara örnekler verir.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65DEF27" w14:textId="77777777" w:rsidR="00037EAF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CAC666F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18 Mart Çanakkale Zaferi ve Şehitleri Anma Günü</w:t>
            </w:r>
          </w:p>
          <w:p w14:paraId="7CE2A429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Konu tarama testleri, kazanım kavrama sınavları, LGS örnek soruları ve çalışma kâğıtları</w:t>
            </w:r>
          </w:p>
        </w:tc>
      </w:tr>
      <w:tr w:rsidR="00037EAF" w14:paraId="459A6BDC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48151BB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t>MART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029286E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26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600F852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22-28 Mart 2027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E436571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1+2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A975913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1 saat: Fotosentezin önemi</w:t>
            </w:r>
          </w:p>
          <w:p w14:paraId="3B40EA25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 saat: Fotosentez hızını etkileyen faktörler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46368C7" w14:textId="77777777" w:rsidR="00037EAF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F.8.6.2.1. Bitkilerde besin üretiminde fotosentezin önemini fark eder.</w:t>
            </w:r>
          </w:p>
          <w:p w14:paraId="34B7843E" w14:textId="77777777" w:rsidR="00037EAF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F.8.6.2.2. Fotosentez hızını etkileyen faktörler ile ilgili çıkarımlarda bulunur.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F591237" w14:textId="77777777" w:rsidR="00037EAF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71CC411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Konu tarama testleri, kazanım kavrama sınavları, LGS örnek soruları ve çalışma kâğıtları</w:t>
            </w:r>
          </w:p>
        </w:tc>
      </w:tr>
      <w:tr w:rsidR="00037EAF" w14:paraId="241016B2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028ACCA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lastRenderedPageBreak/>
              <w:t>MART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379A15E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27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C3060C7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29 Mart-4 Nisan 2027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6FD6CA9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1+2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33E7C57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1 saat: Canlılarda solunumun önemi</w:t>
            </w:r>
          </w:p>
          <w:p w14:paraId="1F34F37E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 saat: Oksijenli-oksijensiz solunum ve fotosentez karşılaştırması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D6DF31A" w14:textId="77777777" w:rsidR="00037EAF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F.8.6.2.3. Canlılarda solunumun önemini belirtir.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E140D7B" w14:textId="77777777" w:rsidR="00037EAF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255E3C7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Konu tarama testleri, kazanım kavrama sınavları, LGS örnek soruları ve çalışma kâğıtları</w:t>
            </w:r>
          </w:p>
        </w:tc>
      </w:tr>
      <w:tr w:rsidR="00037EAF" w14:paraId="3E506C72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843767F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t>NİSAN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F2592B7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28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F7A799C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5-11 Nisan 2027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898045A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1+2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AEBD0C1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1 saat: Madde döngülerinin temel yapısı</w:t>
            </w:r>
          </w:p>
          <w:p w14:paraId="33B450B5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 saat: Su, oksijen, azot ve karbon döngüsü soru uygulamaları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7890C5E" w14:textId="77777777" w:rsidR="00037EAF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F.8.6.3.1. Madde döngülerini şema üzerinde göstererek açıklar.</w:t>
            </w:r>
          </w:p>
          <w:p w14:paraId="4FAC391B" w14:textId="77777777" w:rsidR="00037EAF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F.8.6.3.2. Madde döngülerinin yaşam açısından önemini sorgular.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D179B2D" w14:textId="77777777" w:rsidR="00037EAF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DA8C313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Konu tarama testleri, kazanım kavrama sınavları, LGS örnek soruları ve çalışma kâğıtları</w:t>
            </w:r>
          </w:p>
        </w:tc>
      </w:tr>
      <w:tr w:rsidR="00037EAF" w14:paraId="003D8549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E5D2243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t>NİSAN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5F83DCE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29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F67DD07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12-18 Nisan 2027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E97438A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1+2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C06D17B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1 saat: Ozon tabakası ve küresel ısınma</w:t>
            </w:r>
          </w:p>
          <w:p w14:paraId="2C9F5F69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 saat: Küresel iklim değişikliğinin neden ve sonuçları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91BFF34" w14:textId="77777777" w:rsidR="00037EAF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F.8.6.3.3. Küresel iklim değişikliklerinin nedenlerini ve olası sonuçlarını tartışır.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21A79B5" w14:textId="77777777" w:rsidR="00037EAF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CBBEC80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2. Tam Kapsam Değerlendirme Sınavı</w:t>
            </w:r>
          </w:p>
          <w:p w14:paraId="206C9284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Konu tarama testleri, kazanım kavrama sınavları, LGS örnek soruları ve çalışma kâğıtları</w:t>
            </w:r>
          </w:p>
        </w:tc>
      </w:tr>
      <w:tr w:rsidR="00037EAF" w14:paraId="2B340242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32EDEE4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t>NİSAN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829B276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30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2B034BC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19-25 Nisan 2027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CE3B7EF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1+2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714290B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1 saat: Sürdürülebilir yaşam ve kaynak tasarrufu</w:t>
            </w:r>
          </w:p>
          <w:p w14:paraId="2B772D9D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 saat: Geri dönüşüm projesi ve 6. ünite değerlendirme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61DB6BB" w14:textId="77777777" w:rsidR="00037EAF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F.8.6.4.1. Kaynakların kullanımında tasarruflu davranmaya özen gösterir.</w:t>
            </w:r>
          </w:p>
          <w:p w14:paraId="0CF7DD7B" w14:textId="77777777" w:rsidR="00037EAF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F.8.6.4.2. Kaynakların tasarruflu kullanımına yönelik proje tasarlar.</w:t>
            </w:r>
          </w:p>
          <w:p w14:paraId="1BF87E58" w14:textId="77777777" w:rsidR="00037EAF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F.8.6.4.3. Geri dönüşüm için katı atıkların ayrıştırılmasının önemini açıklar.</w:t>
            </w:r>
          </w:p>
          <w:p w14:paraId="2713B476" w14:textId="77777777" w:rsidR="00037EAF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F.8.6.4.4. Geri dönüşümün ülke ekonomisine katkısına ilişkin araştırma verilerini kullanarak çözüm önerileri sunar.</w:t>
            </w:r>
          </w:p>
          <w:p w14:paraId="39FED913" w14:textId="77777777" w:rsidR="00037EAF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F.8.6.4.5. Kaynakların tasarruflu kullanılmaması durumunda gelecekte karşılaşılabilecek problemleri belirterek çözüm önerileri sunar.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0DA8F50" w14:textId="77777777" w:rsidR="00037EAF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BB8A8A2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Ulusal Egemenlik ve Çocuk Bayramı (23 Nisan)</w:t>
            </w:r>
          </w:p>
          <w:p w14:paraId="562A2E03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Konu tarama testleri, kazanım kavrama sınavları, LGS örnek soruları ve çalışma kâğıtları</w:t>
            </w:r>
          </w:p>
        </w:tc>
      </w:tr>
      <w:tr w:rsidR="00037EAF" w14:paraId="1CECD6BA" w14:textId="77777777">
        <w:trPr>
          <w:cantSplit/>
          <w:jc w:val="center"/>
        </w:trPr>
        <w:tc>
          <w:tcPr>
            <w:tcW w:w="14861" w:type="dxa"/>
            <w:gridSpan w:val="8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C6F0F1"/>
            <w:tcMar>
              <w:top w:w="32" w:type="dxa"/>
              <w:left w:w="38" w:type="dxa"/>
              <w:bottom w:w="32" w:type="dxa"/>
              <w:right w:w="38" w:type="dxa"/>
            </w:tcMar>
            <w:vAlign w:val="center"/>
          </w:tcPr>
          <w:p w14:paraId="0547574D" w14:textId="77777777" w:rsidR="00037EAF" w:rsidRDefault="00000000">
            <w:pPr>
              <w:keepLines/>
              <w:pageBreakBefore/>
              <w:spacing w:after="0" w:line="240" w:lineRule="auto"/>
            </w:pPr>
            <w:r>
              <w:rPr>
                <w:b/>
                <w:color w:val="0B4F6C"/>
                <w:sz w:val="19"/>
              </w:rPr>
              <w:lastRenderedPageBreak/>
              <w:t>7. ÜNİTE: ELEKTRİK YÜKLERİ VE ELEKTRİK ENERJİSİ</w:t>
            </w:r>
          </w:p>
        </w:tc>
      </w:tr>
      <w:tr w:rsidR="00037EAF" w14:paraId="6A3B3DB9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4F6686C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t>NİSAN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C10E2AF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31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ED5192E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26 Nisan-2 Mayıs 2027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033F01A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1+2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38EC89F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1 saat: Elektrik yüklerinin sınıflandırılması</w:t>
            </w:r>
          </w:p>
          <w:p w14:paraId="77B357EC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 saat: İtme-çekme kuvvetleri ve elektriklenme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640F0FF" w14:textId="77777777" w:rsidR="00037EAF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F.8.7.1.1. Elektriklenmeyi, bazı doğa olayları ve teknolojideki uygulama örnekleri ile açıklar.</w:t>
            </w:r>
          </w:p>
          <w:p w14:paraId="746A2EA4" w14:textId="77777777" w:rsidR="00037EAF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F.8.7.1.2. Elektrik yüklerini sınıflandırarak aynı ve farklı cins elektrik yüklerinin birbirlerine etkisini açıklar.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88C38C6" w14:textId="77777777" w:rsidR="00037EAF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66ACCB0" w14:textId="77777777" w:rsidR="00037EAF" w:rsidRDefault="00000000">
            <w:pPr>
              <w:spacing w:after="0" w:line="240" w:lineRule="auto"/>
              <w:jc w:val="center"/>
            </w:pPr>
            <w:r>
              <w:t>Kût’ül-Amâre Zaferi (29 Nisan)</w:t>
            </w:r>
            <w:r>
              <w:br/>
              <w:t>Emek ve Dayanışma Günü (1 Mayıs)</w:t>
            </w:r>
            <w:r>
              <w:br/>
              <w:t>Konu tarama, kazanım kavrama ve LGS örnek soruları.</w:t>
            </w:r>
          </w:p>
        </w:tc>
      </w:tr>
      <w:tr w:rsidR="00037EAF" w14:paraId="2412C923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DBBCE7A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t>MAYIS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8ED0A38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32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8ADCF67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3-9 Mayıs 2027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EFA59B7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1+2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5509D44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1 saat: Elektroskop ve yük belirleme</w:t>
            </w:r>
          </w:p>
          <w:p w14:paraId="10AE271A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 saat: Elektriklenme çeşitleri ve topraklama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41ECB6B" w14:textId="77777777" w:rsidR="00037EAF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F.8.7.1.3. Deneyler yaparak elektriklenme çeşitlerini fark eder.</w:t>
            </w:r>
          </w:p>
          <w:p w14:paraId="2C6E797A" w14:textId="77777777" w:rsidR="00037EAF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F.8.7.2.1. Cisimleri, sahip oldukları elektrik yükleri bakımından sınıflandırır.</w:t>
            </w:r>
          </w:p>
          <w:p w14:paraId="2536FA3D" w14:textId="77777777" w:rsidR="00037EAF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F.8.7.2.2. Topraklamayı açıklar.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92AC37C" w14:textId="77777777" w:rsidR="00037EAF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89A5746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Konu tarama testleri, kazanım kavrama sınavları, LGS örnek soruları ve çalışma kâğıtları</w:t>
            </w:r>
          </w:p>
        </w:tc>
      </w:tr>
      <w:tr w:rsidR="00037EAF" w14:paraId="3D321316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FBAF9BC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t>MAYIS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30BA013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33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008DFA1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10-16 Mayıs 2027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F77FE73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1+2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9696F40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1 saat: Elektrik enerjisinin dönüşüm örnekleri</w:t>
            </w:r>
          </w:p>
          <w:p w14:paraId="7CDDAC2F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 saat: Enerji dönüşümü temel alan model tasarımı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F238148" w14:textId="77777777" w:rsidR="00037EAF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F.8.7.3.1. Elektrik enerjisinin ısı, ışık ve hareket enerjisine dönüştüğü uygulamalara örnekler verir.</w:t>
            </w:r>
          </w:p>
          <w:p w14:paraId="70238AE2" w14:textId="77777777" w:rsidR="00037EAF" w:rsidRDefault="00000000">
            <w:pPr>
              <w:keepLines/>
              <w:spacing w:after="0" w:line="240" w:lineRule="auto"/>
            </w:pPr>
            <w:r>
              <w:rPr>
                <w:b/>
                <w:color w:val="1F1F1F"/>
              </w:rPr>
              <w:t>F.8.7.3.2. Elektrik enerjisinin ısı, ışık veya hareket enerjisine dönüşümü temel alan bir model tasarlar.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E93F73D" w14:textId="77777777" w:rsidR="00037EAF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D80B1CF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333333"/>
              </w:rPr>
              <w:t>Konu tarama testleri, kazanım kavrama sınavları, LGS örnek soruları ve çalışma kâğıtları</w:t>
            </w:r>
          </w:p>
        </w:tc>
      </w:tr>
      <w:tr w:rsidR="00037EAF" w14:paraId="5AC8CB3F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513185F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t>MAYIS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89AC523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34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4899446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24-30 Mayıs 2027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D0A22FD" w14:textId="77777777" w:rsidR="00037EAF" w:rsidRDefault="00000000">
            <w:pPr>
              <w:spacing w:after="0" w:line="240" w:lineRule="auto"/>
            </w:pPr>
            <w:r>
              <w:t>1+2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8ED0A6B" w14:textId="77777777" w:rsidR="00037EAF" w:rsidRDefault="00000000">
            <w:pPr>
              <w:spacing w:after="0" w:line="240" w:lineRule="auto"/>
            </w:pPr>
            <w:r>
              <w:t>1 saat: Enerji dönüşüm örnekleri</w:t>
            </w:r>
            <w:r>
              <w:br/>
              <w:t>2 saat: Enerji dönüşümüne dayalı model tasarımı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8B581CA" w14:textId="77777777" w:rsidR="00037EAF" w:rsidRDefault="00000000">
            <w:pPr>
              <w:spacing w:after="0" w:line="240" w:lineRule="auto"/>
            </w:pPr>
            <w:r>
              <w:t>F.8.7.3.1. Elektrik enerjisinin ısı, ışık ve hareket enerjisine dönüştüğü uygulamalara örnekler verir.</w:t>
            </w:r>
            <w:r>
              <w:br/>
              <w:t>F.8.7.3.2. Elektrik enerjisinin ısı, ışık veya hareket enerjisine dönüşümü temel alan bir model tasarlar.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640F0D5" w14:textId="77777777" w:rsidR="00037EAF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1463FC0A" w14:textId="77777777" w:rsidR="00037EAF" w:rsidRDefault="00000000">
            <w:pPr>
              <w:spacing w:after="0" w:line="240" w:lineRule="auto"/>
            </w:pPr>
            <w:r>
              <w:t>İstanbul’un Fethi (29 Mayıs)</w:t>
            </w:r>
            <w:r>
              <w:br/>
              <w:t>Konu tarama testleri, kazanım kavrama sınavları, LGS örnek soruları ve çalışma kâğıtları</w:t>
            </w:r>
          </w:p>
        </w:tc>
      </w:tr>
      <w:tr w:rsidR="00037EAF" w14:paraId="2BE7AA5E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42A11E4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t>MAYIS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CFD4825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35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5BC597FE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31 Mayıs-6 Haziran 2027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664E256" w14:textId="77777777" w:rsidR="00037EAF" w:rsidRDefault="00000000">
            <w:pPr>
              <w:spacing w:after="0" w:line="240" w:lineRule="auto"/>
            </w:pPr>
            <w:r>
              <w:t>1+2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74BC8C6" w14:textId="77777777" w:rsidR="00037EAF" w:rsidRDefault="00000000">
            <w:pPr>
              <w:spacing w:after="0" w:line="240" w:lineRule="auto"/>
            </w:pPr>
            <w:r>
              <w:t>1 saat: Güç santrallerinde enerji üretimi</w:t>
            </w:r>
            <w:r>
              <w:br/>
              <w:t>2 saat: Santrallerin avantaj ve dezavantajları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1620B01" w14:textId="77777777" w:rsidR="00037EAF" w:rsidRDefault="00000000">
            <w:pPr>
              <w:spacing w:after="0" w:line="240" w:lineRule="auto"/>
            </w:pPr>
            <w:r>
              <w:t>F.8.7.3.3. Güç santrallerinde elektrik enerjisinin nasıl üretildiğini açıklar.</w:t>
            </w:r>
            <w:r>
              <w:br/>
              <w:t>F.8.7.3.4. Güç santrallerinin avantaj ve dezavantajları konusunda fikirler üretir.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94CEC3F" w14:textId="77777777" w:rsidR="00037EAF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27100049" w14:textId="77777777" w:rsidR="00037EAF" w:rsidRDefault="00000000">
            <w:pPr>
              <w:spacing w:after="0" w:line="240" w:lineRule="auto"/>
            </w:pPr>
            <w:r>
              <w:t>7. Ünite konu tarama testi, LGS örnek soruları ve tam kapsam deneme sınavı</w:t>
            </w:r>
          </w:p>
        </w:tc>
      </w:tr>
      <w:tr w:rsidR="00037EAF" w14:paraId="57F514C7" w14:textId="77777777">
        <w:trPr>
          <w:cantSplit/>
          <w:jc w:val="center"/>
        </w:trPr>
        <w:tc>
          <w:tcPr>
            <w:tcW w:w="864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shd w:val="clear" w:color="auto" w:fill="EAF3F8"/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17F9450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17365D"/>
              </w:rPr>
              <w:t>HAZİRAN</w:t>
            </w:r>
          </w:p>
        </w:tc>
        <w:tc>
          <w:tcPr>
            <w:tcW w:w="605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669BBCC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b/>
                <w:color w:val="222222"/>
              </w:rPr>
              <w:t>36</w:t>
            </w:r>
          </w:p>
        </w:tc>
        <w:tc>
          <w:tcPr>
            <w:tcW w:w="1440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615648F7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</w:rPr>
              <w:t>7-13 Haziran 2027</w:t>
            </w:r>
          </w:p>
        </w:tc>
        <w:tc>
          <w:tcPr>
            <w:tcW w:w="7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463A0CFD" w14:textId="77777777" w:rsidR="00037EAF" w:rsidRDefault="00000000">
            <w:pPr>
              <w:spacing w:after="0" w:line="240" w:lineRule="auto"/>
            </w:pPr>
            <w:r>
              <w:t>1+2</w:t>
            </w:r>
          </w:p>
        </w:tc>
        <w:tc>
          <w:tcPr>
            <w:tcW w:w="2678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C1116E9" w14:textId="77777777" w:rsidR="00037EAF" w:rsidRDefault="00000000">
            <w:pPr>
              <w:spacing w:after="0" w:line="240" w:lineRule="auto"/>
            </w:pPr>
            <w:r>
              <w:t>1 saat: Bilinçli kullanımın aile ve ülke ekonomisine etkisi</w:t>
            </w:r>
            <w:r>
              <w:br/>
              <w:t>2 saat: Evlerde elektrik tasarrufu uygulamaları</w:t>
            </w:r>
          </w:p>
        </w:tc>
        <w:tc>
          <w:tcPr>
            <w:tcW w:w="4032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76A8A9AE" w14:textId="77777777" w:rsidR="00037EAF" w:rsidRDefault="00000000">
            <w:pPr>
              <w:spacing w:after="0" w:line="240" w:lineRule="auto"/>
            </w:pPr>
            <w:r>
              <w:t>F.8.7.3.5. Elektrik enerjisinin bilinçli ve tasarruflu kullanılmasının aile ve ülke ekonomisi bakımından önemini tartışır.</w:t>
            </w:r>
            <w:r>
              <w:br/>
              <w:t>F.8.7.3.6. Evlerde elektriği tasarruflu kullanmaya özen gösterir.</w:t>
            </w:r>
          </w:p>
        </w:tc>
        <w:tc>
          <w:tcPr>
            <w:tcW w:w="2131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3F826B87" w14:textId="77777777" w:rsidR="00037EAF" w:rsidRDefault="00000000">
            <w:pPr>
              <w:keepLines/>
              <w:spacing w:after="0" w:line="240" w:lineRule="auto"/>
            </w:pPr>
            <w:r>
              <w:rPr>
                <w:color w:val="333333"/>
              </w:rPr>
              <w:t>Ders kitapları, EBA, TEGM Materyal, ÖDS, MEB Yardımcı Kaynak Paketi, Dersler Cepte, MEBİ ve Bakanlıkça belirlenen diğer içerik ve materyaller</w:t>
            </w:r>
          </w:p>
        </w:tc>
        <w:tc>
          <w:tcPr>
            <w:tcW w:w="2333" w:type="dxa"/>
            <w:tcBorders>
              <w:top w:val="single" w:sz="4" w:space="0" w:color="6B7C8E"/>
              <w:left w:val="single" w:sz="4" w:space="0" w:color="6B7C8E"/>
              <w:bottom w:val="single" w:sz="4" w:space="0" w:color="6B7C8E"/>
              <w:right w:val="single" w:sz="4" w:space="0" w:color="6B7C8E"/>
            </w:tcBorders>
            <w:tcMar>
              <w:top w:w="24" w:type="dxa"/>
              <w:left w:w="24" w:type="dxa"/>
              <w:bottom w:w="24" w:type="dxa"/>
              <w:right w:w="24" w:type="dxa"/>
            </w:tcMar>
            <w:vAlign w:val="center"/>
          </w:tcPr>
          <w:p w14:paraId="0963E281" w14:textId="77777777" w:rsidR="00037EAF" w:rsidRDefault="00000000">
            <w:pPr>
              <w:spacing w:after="0" w:line="240" w:lineRule="auto"/>
            </w:pPr>
            <w:r>
              <w:t>Yıl sonu tam kapsam değerlendirme sınavı, soru analizi ve eksik kazanım çalışmaları</w:t>
            </w:r>
          </w:p>
        </w:tc>
      </w:tr>
    </w:tbl>
    <w:p w14:paraId="702AECAF" w14:textId="77777777" w:rsidR="00037EAF" w:rsidRDefault="00037EAF">
      <w:pPr>
        <w:spacing w:before="40"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985"/>
        <w:gridCol w:w="7985"/>
      </w:tblGrid>
      <w:tr w:rsidR="00037EAF" w14:paraId="03C1DEC8" w14:textId="77777777">
        <w:trPr>
          <w:jc w:val="center"/>
        </w:trPr>
        <w:tc>
          <w:tcPr>
            <w:tcW w:w="7985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39C6DFF9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  <w:sz w:val="20"/>
              </w:rPr>
              <w:t>Ad Soyad: ........................................................</w:t>
            </w:r>
          </w:p>
          <w:p w14:paraId="1D8B2A9A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  <w:sz w:val="20"/>
              </w:rPr>
              <w:t>Fen Bilimleri Öğretmeni</w:t>
            </w:r>
          </w:p>
          <w:p w14:paraId="7EEE12EF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  <w:sz w:val="20"/>
              </w:rPr>
              <w:t>İmza: ........................................................</w:t>
            </w:r>
          </w:p>
        </w:tc>
        <w:tc>
          <w:tcPr>
            <w:tcW w:w="7985" w:type="dxa"/>
            <w:tcBorders>
              <w:top w:val="nil"/>
              <w:left w:val="nil"/>
              <w:bottom w:val="nil"/>
              <w:right w:val="nil"/>
            </w:tcBorders>
            <w:tcMar>
              <w:top w:w="25" w:type="dxa"/>
              <w:left w:w="60" w:type="dxa"/>
              <w:bottom w:w="25" w:type="dxa"/>
              <w:right w:w="60" w:type="dxa"/>
            </w:tcMar>
            <w:vAlign w:val="center"/>
          </w:tcPr>
          <w:p w14:paraId="0E59557C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  <w:sz w:val="20"/>
              </w:rPr>
              <w:t>UYGUNDUR</w:t>
            </w:r>
          </w:p>
          <w:p w14:paraId="143136DD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  <w:sz w:val="20"/>
              </w:rPr>
              <w:t>..... / ..... / 2026</w:t>
            </w:r>
          </w:p>
          <w:p w14:paraId="3F127455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  <w:sz w:val="20"/>
              </w:rPr>
              <w:t>Ad Soyad: ........................................................</w:t>
            </w:r>
          </w:p>
          <w:p w14:paraId="4205B59F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  <w:sz w:val="20"/>
              </w:rPr>
              <w:t>Okul Müdürü</w:t>
            </w:r>
          </w:p>
          <w:p w14:paraId="70157F4F" w14:textId="77777777" w:rsidR="00037EAF" w:rsidRDefault="00000000">
            <w:pPr>
              <w:keepLines/>
              <w:spacing w:after="0" w:line="240" w:lineRule="auto"/>
              <w:jc w:val="center"/>
            </w:pPr>
            <w:r>
              <w:rPr>
                <w:color w:val="222222"/>
                <w:sz w:val="20"/>
              </w:rPr>
              <w:lastRenderedPageBreak/>
              <w:t>İmza: ........................................................</w:t>
            </w:r>
          </w:p>
        </w:tc>
      </w:tr>
    </w:tbl>
    <w:p w14:paraId="3F8C537B" w14:textId="77777777" w:rsidR="00CF1543" w:rsidRDefault="00CF1543"/>
    <w:sectPr w:rsidR="00CF1543" w:rsidSect="00034616">
      <w:headerReference w:type="default" r:id="rId9"/>
      <w:footerReference w:type="default" r:id="rId10"/>
      <w:pgSz w:w="16834" w:h="11909" w:orient="landscape"/>
      <w:pgMar w:top="331" w:right="432" w:bottom="461" w:left="432" w:header="115" w:footer="17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2EAF7" w14:textId="77777777" w:rsidR="00CF1543" w:rsidRDefault="00CF1543">
      <w:pPr>
        <w:spacing w:after="0" w:line="240" w:lineRule="auto"/>
      </w:pPr>
      <w:r>
        <w:separator/>
      </w:r>
    </w:p>
  </w:endnote>
  <w:endnote w:type="continuationSeparator" w:id="0">
    <w:p w14:paraId="0C95EDA4" w14:textId="77777777" w:rsidR="00CF1543" w:rsidRDefault="00CF1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5FA11" w14:textId="77777777" w:rsidR="00037EAF" w:rsidRDefault="00000000">
    <w:pPr>
      <w:pStyle w:val="AltBilgi"/>
      <w:jc w:val="right"/>
    </w:pPr>
    <w:proofErr w:type="spellStart"/>
    <w:r>
      <w:rPr>
        <w:color w:val="5A5A5A"/>
      </w:rPr>
      <w:t>Sayfa</w:t>
    </w:r>
    <w:proofErr w:type="spellEnd"/>
    <w:r>
      <w:rPr>
        <w:color w:val="5A5A5A"/>
      </w:rPr>
      <w:t xml:space="preserve"> </w:t>
    </w:r>
    <w:r>
      <w:fldChar w:fldCharType="begin"/>
    </w:r>
    <w:r>
      <w:instrText>PAGE</w:instrText>
    </w:r>
    <w:r w:rsidR="00C34A8D">
      <w:fldChar w:fldCharType="separate"/>
    </w:r>
    <w:r w:rsidR="00C34A8D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B4C21" w14:textId="77777777" w:rsidR="00CF1543" w:rsidRDefault="00CF1543">
      <w:pPr>
        <w:spacing w:after="0" w:line="240" w:lineRule="auto"/>
      </w:pPr>
      <w:r>
        <w:separator/>
      </w:r>
    </w:p>
  </w:footnote>
  <w:footnote w:type="continuationSeparator" w:id="0">
    <w:p w14:paraId="76B92814" w14:textId="77777777" w:rsidR="00CF1543" w:rsidRDefault="00CF15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382E4" w14:textId="77777777" w:rsidR="00037EAF" w:rsidRDefault="00037EA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30842927">
    <w:abstractNumId w:val="8"/>
  </w:num>
  <w:num w:numId="2" w16cid:durableId="1361975123">
    <w:abstractNumId w:val="6"/>
  </w:num>
  <w:num w:numId="3" w16cid:durableId="1600718330">
    <w:abstractNumId w:val="5"/>
  </w:num>
  <w:num w:numId="4" w16cid:durableId="1272594853">
    <w:abstractNumId w:val="4"/>
  </w:num>
  <w:num w:numId="5" w16cid:durableId="287467479">
    <w:abstractNumId w:val="7"/>
  </w:num>
  <w:num w:numId="6" w16cid:durableId="1028142010">
    <w:abstractNumId w:val="3"/>
  </w:num>
  <w:num w:numId="7" w16cid:durableId="1416896830">
    <w:abstractNumId w:val="2"/>
  </w:num>
  <w:num w:numId="8" w16cid:durableId="1261110952">
    <w:abstractNumId w:val="1"/>
  </w:num>
  <w:num w:numId="9" w16cid:durableId="612444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37EAF"/>
    <w:rsid w:val="0006063C"/>
    <w:rsid w:val="0015074B"/>
    <w:rsid w:val="0029639D"/>
    <w:rsid w:val="00326F90"/>
    <w:rsid w:val="008446D3"/>
    <w:rsid w:val="00AA1D8D"/>
    <w:rsid w:val="00B47730"/>
    <w:rsid w:val="00C34A8D"/>
    <w:rsid w:val="00CB0664"/>
    <w:rsid w:val="00CF154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3201C3"/>
  <w14:defaultImageDpi w14:val="300"/>
  <w15:docId w15:val="{539D6B7D-347D-4587-B275-7E7D40059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18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Kpr">
    <w:name w:val="Hyperlink"/>
    <w:basedOn w:val="VarsaylanParagrafYazTipi"/>
    <w:uiPriority w:val="99"/>
    <w:unhideWhenUsed/>
    <w:rsid w:val="00C34A8D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34A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enbilimleri.or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3214</Words>
  <Characters>18320</Characters>
  <Application>Microsoft Office Word</Application>
  <DocSecurity>0</DocSecurity>
  <Lines>152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21492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2026-2027 8. Sınıf Fen Bilimleri DYK Yıllık Planı - 3 Saat</dc:title>
  <dc:subject>Destekleme ve Yetiştirme Kursu Yıllık Planı</dc:subject>
  <dc:creator/>
  <cp:keywords>Fen Bilimleri, 8. sınıf, DYK, yıllık plan</cp:keywords>
  <dc:description>generated by python-docx</dc:description>
  <cp:lastModifiedBy>Uğurcan Büyükkaya</cp:lastModifiedBy>
  <cp:revision>2</cp:revision>
  <dcterms:created xsi:type="dcterms:W3CDTF">2013-12-23T23:15:00Z</dcterms:created>
  <dcterms:modified xsi:type="dcterms:W3CDTF">2026-08-04T21:27:00Z</dcterms:modified>
  <cp:category/>
</cp:coreProperties>
</file>