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FE787" w14:textId="77777777" w:rsidR="005B069B" w:rsidRDefault="00000000">
      <w:pPr>
        <w:spacing w:after="20"/>
        <w:jc w:val="center"/>
      </w:pPr>
      <w:r>
        <w:rPr>
          <w:b/>
          <w:color w:val="1F6964"/>
        </w:rPr>
        <w:t>fenbilimleri.org  •  fenbilgihanem</w:t>
      </w:r>
    </w:p>
    <w:p w14:paraId="1A41DD1E" w14:textId="77777777" w:rsidR="005B069B" w:rsidRDefault="00000000">
      <w:pPr>
        <w:spacing w:after="40"/>
        <w:jc w:val="center"/>
      </w:pPr>
      <w:r>
        <w:rPr>
          <w:b/>
          <w:color w:val="244A55"/>
          <w:sz w:val="20"/>
        </w:rPr>
        <w:t>........................................................ ORTAOKULU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218"/>
        <w:gridCol w:w="651"/>
        <w:gridCol w:w="1700"/>
        <w:gridCol w:w="1502"/>
        <w:gridCol w:w="2551"/>
        <w:gridCol w:w="2579"/>
        <w:gridCol w:w="1785"/>
        <w:gridCol w:w="3443"/>
      </w:tblGrid>
      <w:tr w:rsidR="005B069B" w14:paraId="218E620E" w14:textId="77777777">
        <w:trPr>
          <w:jc w:val="center"/>
        </w:trPr>
        <w:tc>
          <w:tcPr>
            <w:tcW w:w="15533" w:type="dxa"/>
            <w:gridSpan w:val="9"/>
            <w:shd w:val="clear" w:color="auto" w:fill="E4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CC8EC7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24"/>
              </w:rPr>
              <w:t>2026–2027 EĞİTİM ÖĞRETİM YILI 8. SINIF FEN BİLİMLERİ YILLIK PLANI</w:t>
            </w:r>
          </w:p>
        </w:tc>
      </w:tr>
      <w:tr w:rsidR="005B069B" w14:paraId="37E6A8DD" w14:textId="77777777">
        <w:trPr>
          <w:jc w:val="center"/>
        </w:trPr>
        <w:tc>
          <w:tcPr>
            <w:tcW w:w="15533" w:type="dxa"/>
            <w:gridSpan w:val="9"/>
            <w:shd w:val="clear" w:color="auto" w:fill="FFF3DE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546D01" w14:textId="77777777" w:rsidR="005B069B" w:rsidRDefault="00000000">
            <w:pPr>
              <w:spacing w:after="0" w:line="240" w:lineRule="auto"/>
              <w:jc w:val="center"/>
            </w:pPr>
            <w:r>
              <w:rPr>
                <w:i/>
                <w:color w:val="35635E"/>
                <w:sz w:val="17"/>
              </w:rPr>
              <w:t>OTP: Okul Temelli Planlama. OTP saatleri ilgili haftanın toplam ders süresi içindedir; ayrı bir hafta değildir.</w:t>
            </w:r>
          </w:p>
        </w:tc>
      </w:tr>
      <w:tr w:rsidR="005B069B" w14:paraId="54E29FB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tblHeader/>
          <w:jc w:val="center"/>
        </w:trPr>
        <w:tc>
          <w:tcPr>
            <w:tcW w:w="708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E8F689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AY</w:t>
            </w:r>
          </w:p>
        </w:tc>
        <w:tc>
          <w:tcPr>
            <w:tcW w:w="1218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46ADDA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HAFTA / TARİH</w:t>
            </w:r>
          </w:p>
        </w:tc>
        <w:tc>
          <w:tcPr>
            <w:tcW w:w="6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8853FE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DERS SAATİ</w:t>
            </w:r>
          </w:p>
        </w:tc>
        <w:tc>
          <w:tcPr>
            <w:tcW w:w="1700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0B2246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ÜNİTE / TEMA</w:t>
            </w:r>
          </w:p>
        </w:tc>
        <w:tc>
          <w:tcPr>
            <w:tcW w:w="1502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2E9997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KONU</w:t>
            </w:r>
          </w:p>
        </w:tc>
        <w:tc>
          <w:tcPr>
            <w:tcW w:w="2551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C71E9C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/ ÖĞRENME ÇIKTISI</w:t>
            </w:r>
          </w:p>
        </w:tc>
        <w:tc>
          <w:tcPr>
            <w:tcW w:w="2579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EDF799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KAZANIM AÇIKLAMASI / SÜREÇ</w:t>
            </w:r>
          </w:p>
        </w:tc>
        <w:tc>
          <w:tcPr>
            <w:tcW w:w="1785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4099E1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ÖLÇME – DEĞERLENDİRME</w:t>
            </w:r>
          </w:p>
        </w:tc>
        <w:tc>
          <w:tcPr>
            <w:tcW w:w="1700" w:type="dxa"/>
            <w:shd w:val="clear" w:color="auto" w:fill="1F6964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5C096E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BELİRLİ GÜNLER / PLANLAMA NOTU</w:t>
            </w:r>
          </w:p>
        </w:tc>
      </w:tr>
      <w:tr w:rsidR="005B069B" w14:paraId="567A525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17339D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23BD9E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1. Hafta:</w:t>
            </w:r>
            <w:r>
              <w:br/>
            </w:r>
            <w:r>
              <w:rPr>
                <w:color w:val="263238"/>
                <w:sz w:val="16"/>
              </w:rPr>
              <w:t>14–18 Eylül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2E16FD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34B16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1. ÜNİTE: MEVSİMLER VE İKLİM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87109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8.1.1. Mevsimlerin Oluşumu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95407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F.8.1.1.1. Mevsimlerin oluşumuna yönelik tahminlerde bulunur.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D6B82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F.8.1.1.1.</w:t>
            </w:r>
            <w:r>
              <w:br/>
            </w:r>
            <w:r>
              <w:rPr>
                <w:color w:val="263238"/>
                <w:sz w:val="16"/>
              </w:rPr>
              <w:t>a. Dünya’nın dönme ekseni olduğuna değinilir.</w:t>
            </w:r>
            <w:r>
              <w:br/>
            </w:r>
            <w:r>
              <w:rPr>
                <w:color w:val="263238"/>
                <w:sz w:val="16"/>
              </w:rPr>
              <w:t>b. Dünya’nın dönme ekseni ile Güneş etrafındaki dolanma düzlemi arasındaki ilişkiye değinilir.</w:t>
            </w:r>
            <w:r>
              <w:br/>
            </w:r>
            <w:r>
              <w:rPr>
                <w:color w:val="263238"/>
                <w:sz w:val="16"/>
              </w:rPr>
              <w:t>c. Işığın birim yüzeye düşen enerji miktarının mevsimler üzerindeki etkisine değinilir.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63560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Ön değerlendirme ve çalışma kâğıdı.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E75A2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İlköğretim Haftası</w:t>
            </w:r>
          </w:p>
        </w:tc>
      </w:tr>
      <w:tr w:rsidR="005B069B" w14:paraId="2D9E283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DB510EC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EYLÜL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656EE4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2. Hafta:</w:t>
            </w:r>
            <w:r>
              <w:br/>
            </w:r>
            <w:r>
              <w:rPr>
                <w:color w:val="263238"/>
                <w:sz w:val="16"/>
              </w:rPr>
              <w:t>21–25 Eylül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FFECFCA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763740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1. ÜNİTE: MEVSİMLER VE İKLİM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3254F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8.1.1. Mevsimlerin Oluşumu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F147F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F.8.1.1.1. Mevsimlerin oluşumuna yönelik tahminlerde bulunur.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76395B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F.8.1.1.1.</w:t>
            </w:r>
            <w:r>
              <w:br/>
            </w:r>
            <w:r>
              <w:rPr>
                <w:color w:val="263238"/>
                <w:sz w:val="16"/>
              </w:rPr>
              <w:t>a. Dünya’nın dönme ekseni olduğuna değinilir.</w:t>
            </w:r>
            <w:r>
              <w:br/>
            </w:r>
            <w:r>
              <w:rPr>
                <w:color w:val="263238"/>
                <w:sz w:val="16"/>
              </w:rPr>
              <w:t>b. Dünya’nın dönme ekseni ile Güneş etrafındaki dolanma düzlemi arasındaki ilişkiye değinilir.</w:t>
            </w:r>
            <w:r>
              <w:br/>
            </w:r>
            <w:r>
              <w:rPr>
                <w:color w:val="263238"/>
                <w:sz w:val="16"/>
              </w:rPr>
              <w:t>c. Işığın birim yüzeye düşen enerji miktarının mevsimler üzerindeki etkisine değinilir.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73816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Model/şema çalışması ve kısa cevaplı sorular.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37D97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15 Temmuz Demokrasi ve Millî Birlik Günü</w:t>
            </w:r>
          </w:p>
        </w:tc>
      </w:tr>
      <w:tr w:rsidR="005B069B" w14:paraId="555C0DE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7956C4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EYLÜL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5026B0D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3. Hafta:</w:t>
            </w:r>
            <w:r>
              <w:br/>
            </w:r>
            <w:r>
              <w:rPr>
                <w:color w:val="263238"/>
                <w:sz w:val="16"/>
              </w:rPr>
              <w:t>28 Eylül–2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D1C75B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D9F52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1. ÜNİTE: MEVSİMLER VE İKLİM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9EC63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8.1.2. İklim ve Hava Hareketleri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26044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F.8.1.2.1. İklim ve hava olayları arasındaki farkı açıklar.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7F7774" w14:textId="77777777" w:rsidR="005B069B" w:rsidRDefault="005B069B">
            <w:pPr>
              <w:spacing w:after="0" w:line="240" w:lineRule="auto"/>
            </w:pP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167E8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Karşılaştırma tablosu ve kısa cevaplı sorular.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019FCC" w14:textId="77777777" w:rsidR="005B069B" w:rsidRDefault="005B069B">
            <w:pPr>
              <w:spacing w:after="0" w:line="240" w:lineRule="auto"/>
            </w:pPr>
          </w:p>
        </w:tc>
      </w:tr>
      <w:tr w:rsidR="005B069B" w14:paraId="053C080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8E4AFB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DF66E3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4. Hafta:</w:t>
            </w:r>
            <w:r>
              <w:br/>
            </w:r>
            <w:r>
              <w:rPr>
                <w:color w:val="263238"/>
                <w:sz w:val="16"/>
              </w:rPr>
              <w:t>5–9 Ekim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7AD4E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47665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1. ÜNİTE: MEVSİMLER VE İKLİM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2. ÜNİTE: DNA VE GENETİK KOD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2E9E60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8.1.2. İklim ve Hava Hareketleri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8.2.1. DNA ve Genetik Kod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7EC99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F.8.1.2.2. İklim biliminin (klimatoloji) bir bilim dalı olduğunu ve bu alanda çalışan uzmanlara iklim bilimci (klimatolog) adı verildiğini söyler.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F.8.2.1.1. Nükleotid, gen, DNA ve kromozom kavramlarını açıklayarak bu kavramlar arasında ilişki kurar.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008F52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F.8.2.1.1.</w:t>
            </w:r>
            <w:r>
              <w:br/>
            </w:r>
            <w:r>
              <w:rPr>
                <w:color w:val="263238"/>
                <w:sz w:val="16"/>
              </w:rPr>
              <w:t>Bazların isimleri verilirken pürin ve pirimidin ayrımına girilmez.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2B2D68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Kavram haritası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DDCE32" w14:textId="77777777" w:rsidR="005B069B" w:rsidRDefault="005B069B">
            <w:pPr>
              <w:spacing w:after="0" w:line="240" w:lineRule="auto"/>
            </w:pPr>
          </w:p>
        </w:tc>
      </w:tr>
      <w:tr w:rsidR="005B069B" w14:paraId="1D03300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0C4F9A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56B21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5. Hafta:</w:t>
            </w:r>
            <w:r>
              <w:br/>
            </w:r>
            <w:r>
              <w:rPr>
                <w:color w:val="263238"/>
                <w:sz w:val="16"/>
              </w:rPr>
              <w:t>12–16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2FB12F7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1+1+2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137C2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DNA VE GENETİK KOD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8F9A2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8.2.1. DNA ve Genetik Kod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8.2.2. Kalıtım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19687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F.8.2.1.2. DNA’nın yapısını model üzerinde gösterir.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F.8.2.1.3. DNA’nın kendini nasıl eşlediğini ifade eder.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F.8.2.2.1. Kalıtım ile ilgili kavramları tanımlar.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8C8793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F.8.2.1.2.</w:t>
            </w:r>
            <w:r>
              <w:br/>
            </w:r>
            <w:r>
              <w:rPr>
                <w:color w:val="263238"/>
                <w:sz w:val="16"/>
              </w:rPr>
              <w:t>a. Hidrojen, glikozit, ester, fosfodiester bağlarına girilmez.</w:t>
            </w:r>
            <w:r>
              <w:br/>
            </w:r>
            <w:r>
              <w:rPr>
                <w:color w:val="263238"/>
                <w:sz w:val="16"/>
              </w:rPr>
              <w:t>b. DNA’daki hataların onarılıp onarılmadığı belirtilir.</w:t>
            </w:r>
            <w:r>
              <w:br/>
            </w:r>
            <w:r>
              <w:rPr>
                <w:color w:val="263238"/>
                <w:sz w:val="16"/>
              </w:rPr>
              <w:t>c. DNA’daki nükleotid hesaplamaları verilmez.</w:t>
            </w:r>
            <w:r>
              <w:br/>
            </w:r>
            <w:r>
              <w:rPr>
                <w:color w:val="263238"/>
                <w:sz w:val="16"/>
              </w:rPr>
              <w:t>F.8.2.1.3.</w:t>
            </w:r>
            <w:r>
              <w:br/>
            </w:r>
            <w:r>
              <w:rPr>
                <w:color w:val="263238"/>
                <w:sz w:val="16"/>
              </w:rPr>
              <w:t>a. Replikasyon ifadesi kullanılmaz.</w:t>
            </w:r>
            <w:r>
              <w:br/>
            </w:r>
            <w:r>
              <w:rPr>
                <w:color w:val="263238"/>
                <w:sz w:val="16"/>
              </w:rPr>
              <w:t>b. Eşlenme deneyleri anlatılmaz.</w:t>
            </w:r>
            <w:r>
              <w:br/>
            </w:r>
            <w:r>
              <w:rPr>
                <w:color w:val="263238"/>
                <w:sz w:val="16"/>
              </w:rPr>
              <w:t>c. Eşlenme ile ilgili hesaplama sorularına girilmez.</w:t>
            </w:r>
            <w:r>
              <w:br/>
            </w:r>
            <w:r>
              <w:rPr>
                <w:color w:val="263238"/>
                <w:sz w:val="16"/>
              </w:rPr>
              <w:t>F.8.2.2.1.</w:t>
            </w:r>
            <w:r>
              <w:br/>
            </w:r>
            <w:r>
              <w:rPr>
                <w:color w:val="263238"/>
                <w:sz w:val="16"/>
              </w:rPr>
              <w:t>a. Gen, fenotip, genotip, saf döl ve melez döl kavramlarına değinilir.</w:t>
            </w:r>
            <w:r>
              <w:br/>
            </w:r>
            <w:r>
              <w:rPr>
                <w:color w:val="263238"/>
                <w:sz w:val="16"/>
              </w:rPr>
              <w:t>b. Baskın ve çekinik gen kavramlarına değinilir.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DEF55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DNA modeli, eşleştirme ve problem çözme.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77EE71" w14:textId="77777777" w:rsidR="005B069B" w:rsidRDefault="005B069B">
            <w:pPr>
              <w:spacing w:after="0" w:line="240" w:lineRule="auto"/>
            </w:pPr>
          </w:p>
        </w:tc>
      </w:tr>
      <w:tr w:rsidR="005B069B" w14:paraId="5953AB2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575C1C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EKİM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755B8A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6. Hafta:</w:t>
            </w:r>
            <w:r>
              <w:br/>
            </w:r>
            <w:r>
              <w:rPr>
                <w:color w:val="263238"/>
                <w:sz w:val="16"/>
              </w:rPr>
              <w:t>19–23 Ekim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458DE7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61CFC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DNA VE GENETİK KOD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6CDE9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8.2.2. Kalıtım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A4CDE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F.8.2.2.1. Kalıtım ile ilgili kavramları tanımlar.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F.8.2.2.2. Tek karakter çaprazlamaları ile ilgili problemler çözerek sonuçlar hakkında yorum yapar.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7CF35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F.8.2.2.1.</w:t>
            </w:r>
            <w:r>
              <w:br/>
            </w:r>
            <w:r>
              <w:rPr>
                <w:color w:val="263238"/>
                <w:sz w:val="16"/>
              </w:rPr>
              <w:t>a. Gen, fenotip, genotip, saf döl ve melez döl kavramlarına değinilir.</w:t>
            </w:r>
            <w:r>
              <w:br/>
            </w:r>
            <w:r>
              <w:rPr>
                <w:color w:val="263238"/>
                <w:sz w:val="16"/>
              </w:rPr>
              <w:t>b. Baskın ve çekinik gen kavramlarına değinilir.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F.8.2.2.2.</w:t>
            </w:r>
            <w:r>
              <w:br/>
            </w:r>
            <w:r>
              <w:rPr>
                <w:color w:val="263238"/>
                <w:sz w:val="16"/>
              </w:rPr>
              <w:t>a. Çaprazlamalarda sadece bezelye karakterleri kullanılır.</w:t>
            </w:r>
            <w:r>
              <w:br/>
            </w:r>
            <w:r>
              <w:rPr>
                <w:color w:val="263238"/>
                <w:sz w:val="16"/>
              </w:rPr>
              <w:t>b. Diğer canlılarda da karakterlerin aktarımının benzer olduğu vurgulanır.</w:t>
            </w:r>
            <w:r>
              <w:br/>
            </w:r>
            <w:r>
              <w:rPr>
                <w:color w:val="263238"/>
                <w:sz w:val="16"/>
              </w:rPr>
              <w:t>c. İnsanda çocuğun cinsiyetinin babadan gelen eşey kromozomu ile belirlendiği vurgulanır.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8FF5D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Çaprazlama soruları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D743E0" w14:textId="77777777" w:rsidR="005B069B" w:rsidRDefault="005B069B">
            <w:pPr>
              <w:spacing w:after="0" w:line="240" w:lineRule="auto"/>
            </w:pPr>
          </w:p>
        </w:tc>
      </w:tr>
      <w:tr w:rsidR="005B069B" w14:paraId="4448BF80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D9317B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EKİM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4C3EB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7. Hafta:</w:t>
            </w:r>
            <w:r>
              <w:br/>
            </w:r>
            <w:r>
              <w:rPr>
                <w:color w:val="263238"/>
                <w:sz w:val="16"/>
              </w:rPr>
              <w:t>26–30 Ekim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0F804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1B9C0D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DNA VE GENETİK KOD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E2710A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8.2.2. Kalıtım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B5D040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F.8.2.2.2. Tek karakter çaprazlamaları ile ilgili problemler çözerek sonuçlar hakkında yorum yapar.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F.8.2.2.3. Akraba evliliklerinin genetik sonuçlarını tartışır.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02DFF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F.8.2.2.2.</w:t>
            </w:r>
            <w:r>
              <w:br/>
            </w:r>
            <w:r>
              <w:rPr>
                <w:color w:val="263238"/>
                <w:sz w:val="16"/>
              </w:rPr>
              <w:t>a. Çaprazlamalarda sadece bezelye karakterleri kullanılır.</w:t>
            </w:r>
            <w:r>
              <w:br/>
            </w:r>
            <w:r>
              <w:rPr>
                <w:color w:val="263238"/>
                <w:sz w:val="16"/>
              </w:rPr>
              <w:t>b. Diğer canlılarda da karakterlerin aktarımının benzer olduğu vurgulanır.</w:t>
            </w:r>
            <w:r>
              <w:br/>
            </w:r>
            <w:r>
              <w:rPr>
                <w:color w:val="263238"/>
                <w:sz w:val="16"/>
              </w:rPr>
              <w:t>c. İnsanda çocuğun cinsiyetinin babadan gelen eşey kromozomu ile belirlendiği vurgulanır.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E571A30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Problem çözme ve tartışma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948F43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Cumhuriyet Bayramı (29 Ekim)</w:t>
            </w:r>
          </w:p>
        </w:tc>
      </w:tr>
      <w:tr w:rsidR="005B069B" w14:paraId="44B258C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E77A40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KASIM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49C08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8. Hafta:</w:t>
            </w:r>
            <w:r>
              <w:br/>
            </w:r>
            <w:r>
              <w:rPr>
                <w:color w:val="263238"/>
                <w:sz w:val="16"/>
              </w:rPr>
              <w:t>2–6 Kasım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46C5F6E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C95A4A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DNA VE GENETİK KOD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DA5C2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8.2.3. Mutasyon ve Modifikasyon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8.2.4. Adaptasyon (Çevreye Uyum)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B0E3AE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F.8.2.3.1. Örneklerden yola çıkarak mutasyonu açıklar.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F.8.2.3.2. Örneklerden yola çıkarak modifikasyonu açıklar.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F.8.2.3.3. Mutasyonla modifikasyon arasındaki farklar ile ilgili çıkarımda bulunur.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F.8.2.4.1. Canlıların yaşadıkları çevreye uyumlarını gözlem yaparak açıklar.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F7927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F.8.2.4.1.</w:t>
            </w:r>
            <w:r>
              <w:br/>
            </w:r>
            <w:r>
              <w:rPr>
                <w:color w:val="263238"/>
                <w:sz w:val="16"/>
              </w:rPr>
              <w:t>Adaptasyonların kalıtsal olduğu vurgulanır.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BB403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(2–13 Kasım 2026)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9C4FE8" w14:textId="77777777" w:rsidR="005B069B" w:rsidRDefault="005B069B">
            <w:pPr>
              <w:spacing w:after="0" w:line="240" w:lineRule="auto"/>
            </w:pPr>
          </w:p>
        </w:tc>
      </w:tr>
      <w:tr w:rsidR="005B069B" w14:paraId="38406CC9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90416BF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KASIM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E9520F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9. Hafta:</w:t>
            </w:r>
            <w:r>
              <w:br/>
            </w:r>
            <w:r>
              <w:rPr>
                <w:color w:val="263238"/>
                <w:sz w:val="16"/>
              </w:rPr>
              <w:t>9–13 Kasım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FDFDE4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2+1+1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01D1C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2. ÜNİTE: DNA VE GENETİK KOD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DA3AE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8.2.5. Biyoteknoloji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1287D0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F.8.2.5.1. Genetik mühendisliğini ve biyoteknolojiyi ilişkilendirir.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F.8.2.5.2. Biyoteknolojik uygulamalar kapsamında oluşturulan ikilemlerle bu uygulamaların insanlık için yararlı ve zararlı yönlerini tartışır.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F.8.2.5.3. Gelecekteki genetik mühendisliği ve biyoteknoloji uygulamalarının neler olabileceği hakkında tahminde bulunur.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F0EC8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F.8.2.5.1.</w:t>
            </w:r>
            <w:r>
              <w:br/>
            </w:r>
            <w:r>
              <w:rPr>
                <w:color w:val="263238"/>
                <w:sz w:val="16"/>
              </w:rPr>
              <w:t>Islah, aşılama, gen aktarımı, klonlama, gen tedavisi örnekleri üzerinde durulur.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AE2F0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Araştırma raporu ve tartışma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4F6E1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Atatürk Haftası (10–16 Kasım)</w:t>
            </w:r>
          </w:p>
        </w:tc>
      </w:tr>
      <w:tr w:rsidR="005B069B" w14:paraId="26C2C66D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9A267A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  <w:sz w:val="17"/>
              </w:rPr>
              <w:t>1. DÖNEM ARA TATİLİ: 16–20 KASIM 2026</w:t>
            </w:r>
          </w:p>
        </w:tc>
      </w:tr>
      <w:tr w:rsidR="005B069B" w14:paraId="5774781F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430E9B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KASIM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93FCF7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10. Hafta:</w:t>
            </w:r>
            <w:r>
              <w:br/>
            </w:r>
            <w:r>
              <w:rPr>
                <w:color w:val="263238"/>
                <w:sz w:val="16"/>
              </w:rPr>
              <w:t>23–27 Kasım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5C7377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9C646A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BASINÇ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90D41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8.3.1. Basınç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D24B63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F.8.3.1.1. Katı basıncını etkileyen değişkenleri deneyerek keşfeder.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46F499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F.8.3.1.1.</w:t>
            </w:r>
            <w:r>
              <w:br/>
            </w:r>
            <w:r>
              <w:rPr>
                <w:color w:val="263238"/>
                <w:sz w:val="16"/>
              </w:rPr>
              <w:t>Basınç birimi olarak Pascal verilir. Matematiksel bağıntılara girilmez.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6768E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gözlem formu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2FEBC3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Öğretmenler Günü (24 Kasım)</w:t>
            </w:r>
          </w:p>
        </w:tc>
      </w:tr>
      <w:tr w:rsidR="005B069B" w14:paraId="1EE5160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3126C3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KASIM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AA8D717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11. Hafta:</w:t>
            </w:r>
            <w:r>
              <w:br/>
            </w:r>
            <w:r>
              <w:rPr>
                <w:color w:val="263238"/>
                <w:sz w:val="16"/>
              </w:rPr>
              <w:t>30 Kasım–4 Aralık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50556F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6EA797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BASINÇ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43751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8.3.1. Basınç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2F0EF7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F.8.3.1.2. Sıvı basıncını etkileyen değişkenleri tahmin eder ve tahminlerini test eder.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1F93D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F.8.3.1.2.</w:t>
            </w:r>
            <w:r>
              <w:br/>
            </w:r>
            <w:r>
              <w:rPr>
                <w:color w:val="263238"/>
                <w:sz w:val="16"/>
              </w:rPr>
              <w:t>a. Gazların da sıvılara benzer şekilde basınç uyguladıkları belirtilir. Açık hava basıncı örneklendirilir.</w:t>
            </w:r>
            <w:r>
              <w:br/>
            </w:r>
            <w:r>
              <w:rPr>
                <w:color w:val="263238"/>
                <w:sz w:val="16"/>
              </w:rPr>
              <w:t>b. Matematiksel bağıntılara girilmez.</w:t>
            </w:r>
            <w:r>
              <w:br/>
            </w:r>
            <w:r>
              <w:rPr>
                <w:color w:val="263238"/>
                <w:sz w:val="16"/>
              </w:rPr>
              <w:t>c. Gaz basıncını etkileyen değişkenlere girilmez.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76FF8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Tahmin–gözlem–açıklama ve kısa cevaplı sorular.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36FF1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Dünya Engelliler Günü (3 Aralık)</w:t>
            </w:r>
          </w:p>
        </w:tc>
      </w:tr>
      <w:tr w:rsidR="005B069B" w14:paraId="1107D06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8A1FEB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F7685E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12. Hafta:</w:t>
            </w:r>
            <w:r>
              <w:br/>
            </w:r>
            <w:r>
              <w:rPr>
                <w:color w:val="263238"/>
                <w:sz w:val="16"/>
              </w:rPr>
              <w:t>7–11 Aralık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6BAA8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78CDD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3. ÜNİTE: BASINÇ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4. ÜNİTE: MADDE VE ENDÜSTRİ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27E573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8.3.1. Basınç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8.4.1. Periyodik Sistem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E4170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F.8.3.1.3. Katı, sıvı ve gazların basınç özelliklerinin günlük yaşam ve teknolojideki uygulamalarına örnekler verir.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F.8.4.1.1. Periyodik sistemde, grup ve periyotların nasıl oluşturulduğunu açıklar.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54E0D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F.8.3.1.3.</w:t>
            </w:r>
            <w:r>
              <w:br/>
            </w:r>
            <w:r>
              <w:rPr>
                <w:color w:val="263238"/>
                <w:sz w:val="16"/>
              </w:rPr>
              <w:t>a. Sıvı basıncı ile ilgili Pascal prensibinin uygulamalarından örnekler verilir.</w:t>
            </w:r>
            <w:r>
              <w:br/>
            </w:r>
            <w:r>
              <w:rPr>
                <w:color w:val="263238"/>
                <w:sz w:val="16"/>
              </w:rPr>
              <w:t>b. Bilimsel bilgi türü olarak ilke ve prensiplere vurgu yapılır.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F.8.4.1.1.</w:t>
            </w:r>
            <w:r>
              <w:br/>
            </w:r>
            <w:r>
              <w:rPr>
                <w:color w:val="263238"/>
                <w:sz w:val="16"/>
              </w:rPr>
              <w:t>Periyodik sisteme duyulan ihtiyaç ve periyodik sistemin oluşturulma süreci ayrıntıya girilmeden vurgulanır.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420B1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Günlük yaşam örnekleri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AF7427" w14:textId="77777777" w:rsidR="005B069B" w:rsidRDefault="005B069B">
            <w:pPr>
              <w:spacing w:after="0" w:line="240" w:lineRule="auto"/>
            </w:pPr>
          </w:p>
        </w:tc>
      </w:tr>
      <w:tr w:rsidR="005B069B" w14:paraId="26E45B19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3D24618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D808A4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13. Hafta:</w:t>
            </w:r>
            <w:r>
              <w:br/>
            </w:r>
            <w:r>
              <w:rPr>
                <w:color w:val="263238"/>
                <w:sz w:val="16"/>
              </w:rPr>
              <w:t>14–18 Aralık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ED07A95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FB7B6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MADDE VE ENDÜSTRİ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0B9C6A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8.4.1. Periyodik Sistem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8.4.2. Fiziksel ve Kimyasal Değişimler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06E34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F.8.4.1.2. Elementleri periyodik tablo üzerinde metal, yarımetal ve ametal olarak sınıflandırır.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F.8.4.2.1. Fiziksel ve kimyasal değişim arasındaki farkları, çeşitli olayları gözlemleyerek açıklar.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D495F1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F.8.4.1.2.</w:t>
            </w:r>
            <w:r>
              <w:br/>
            </w:r>
            <w:r>
              <w:rPr>
                <w:color w:val="263238"/>
                <w:sz w:val="16"/>
              </w:rPr>
              <w:t>a. Elementlerin özelliklerine girilmez.</w:t>
            </w:r>
            <w:r>
              <w:br/>
            </w:r>
            <w:r>
              <w:rPr>
                <w:color w:val="263238"/>
                <w:sz w:val="16"/>
              </w:rPr>
              <w:t>b. Soygazların üzerinde durulur.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2D14A4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Sınıflandırma tablosu ve gözlem formu.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21B2843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Tutum, Yatırım ve Türk Malları Haftası (12–18 Aralık)</w:t>
            </w:r>
          </w:p>
        </w:tc>
      </w:tr>
      <w:tr w:rsidR="005B069B" w14:paraId="1EFE5136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878FDF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ARALIK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8A723EB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14. Hafta:</w:t>
            </w:r>
            <w:r>
              <w:br/>
            </w:r>
            <w:r>
              <w:rPr>
                <w:color w:val="263238"/>
                <w:sz w:val="16"/>
              </w:rPr>
              <w:t>21–25 Aralık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19DA44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D7521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MADDE VE ENDÜSTRİ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764CF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8.4.2. Fiziksel ve Kimyasal Değişimler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8.4.3. Kimyasal Tepkimeler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74B56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F.8.4.2.1. Fiziksel ve kimyasal değişim arasındaki farkları, çeşitli olayları gözlemleyerek açıklar.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F.8.4.3.1. Bileşiklerin kimyasal tepkime sonucunda oluştuğunu bilir.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15FA69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F.8.4.3.1.</w:t>
            </w:r>
            <w:r>
              <w:br/>
            </w:r>
            <w:r>
              <w:rPr>
                <w:color w:val="263238"/>
                <w:sz w:val="16"/>
              </w:rPr>
              <w:t>Kimyasal tepkime denklemlerine formüller kullanılarak girilmez.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8743A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Gözlem formu ve kısa cevaplı sorular.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3B321C" w14:textId="77777777" w:rsidR="005B069B" w:rsidRDefault="005B069B">
            <w:pPr>
              <w:spacing w:after="0" w:line="240" w:lineRule="auto"/>
            </w:pPr>
          </w:p>
        </w:tc>
      </w:tr>
      <w:tr w:rsidR="005B069B" w14:paraId="2CC3804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D7E53D2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ARALIK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262528B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15. Hafta:</w:t>
            </w:r>
            <w:r>
              <w:br/>
            </w:r>
            <w:r>
              <w:rPr>
                <w:color w:val="263238"/>
                <w:sz w:val="16"/>
              </w:rPr>
              <w:t>28 Aralık–1 Ocak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055B43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1+1+1+1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8AFF1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MADDE VE ENDÜSTRİ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6908D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8.4.3. Kimyasal Tepkimeler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8.4.4. Asitler ve Bazlar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84369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F.8.4.3.1. Bileşiklerin kimyasal tepkime sonucunda oluştuğunu bilir.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F.8.4.4.1. Asit ve bazların genel özelliklerini ifade eder.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F.8.4.4.2. Asit ve bazlara günlük yaşamdan örnekler verir.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F.8.4.4.3. Günlük hayatta ulaşılabilecek malzemeleri asit-baz ayracı olarak kullanır.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32FBBB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F.8.4.3.1.</w:t>
            </w:r>
            <w:r>
              <w:br/>
            </w:r>
            <w:r>
              <w:rPr>
                <w:color w:val="263238"/>
                <w:sz w:val="16"/>
              </w:rPr>
              <w:t>Kimyasal tepkime denklemlerine formüller kullanılarak girilmez.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421CE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(28 Aralık 2026–8 Ocak 2027)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5C6CB8" w14:textId="77777777" w:rsidR="005B069B" w:rsidRDefault="005B069B">
            <w:pPr>
              <w:spacing w:after="0" w:line="240" w:lineRule="auto"/>
            </w:pPr>
          </w:p>
        </w:tc>
      </w:tr>
      <w:tr w:rsidR="005B069B" w14:paraId="18139B32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31DB8F3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OCAK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4D3E36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16. Hafta:</w:t>
            </w:r>
            <w:r>
              <w:br/>
            </w:r>
            <w:r>
              <w:rPr>
                <w:color w:val="263238"/>
                <w:sz w:val="16"/>
              </w:rPr>
              <w:t>4–8 Ocak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5861BA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2+1+1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A9FAA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MADDE VE ENDÜSTRİ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502C47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8.4.4. Asitler ve Bazlar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6371E1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F.8.4.4.4. Maddelerin asitlik ve bazlık durumlarına ilişkin pH değerlerini kullanarak çıkarımda bulunur.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F.8.4.4.5. Asit ve bazların çeşitli maddeler üzerindeki etkilerini gözlemler.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F.8.4.4.6. Asit ve bazların temizlik malzemesi olarak kullanılması esnasında oluşabilecek tehlikelerle ilgili gerekli tedbirleri alır.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89EF3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F.8.4.4.4.</w:t>
            </w:r>
            <w:r>
              <w:br/>
            </w:r>
            <w:r>
              <w:rPr>
                <w:color w:val="263238"/>
                <w:sz w:val="16"/>
              </w:rPr>
              <w:t>Konu ile ilgili deney yolu ile çıkarımlarda bulunmaları sağlanır.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AAAD8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raporu ve çıkarım soruları.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CFF5BF" w14:textId="77777777" w:rsidR="005B069B" w:rsidRDefault="005B069B">
            <w:pPr>
              <w:spacing w:after="0" w:line="240" w:lineRule="auto"/>
            </w:pPr>
          </w:p>
        </w:tc>
      </w:tr>
      <w:tr w:rsidR="005B069B" w14:paraId="414701F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3359BEA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OCAK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AB362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17. Hafta:</w:t>
            </w:r>
            <w:r>
              <w:br/>
            </w:r>
            <w:r>
              <w:rPr>
                <w:color w:val="263238"/>
                <w:sz w:val="16"/>
              </w:rPr>
              <w:t>11–15 Ocak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54A31D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1+1+2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66E8A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MADDE VE ENDÜSTRİ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8F96AC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8.4.4. Asitler ve Bazlar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8.4.5. Maddenin Isı ile Etkileşimi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8208A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F.8.4.4.7. Asit yağmurlarının önlenmesine yönelik çözüm önerileri sunar.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F.8.4.5.1. Isınmanın maddenin cinsine, kütlesine ve/veya sıcaklık değişimine bağlı olduğunu deney yaparak keşfeder.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F.8.4.5.2. Hâl değiştirmek için gerekli ısının maddenin cinsi ve kütlesiyle ilişkili olduğunu deney yaparak keşfeder.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9360B0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F.8.4.4.7.</w:t>
            </w:r>
            <w:r>
              <w:br/>
            </w:r>
            <w:r>
              <w:rPr>
                <w:color w:val="263238"/>
                <w:sz w:val="16"/>
              </w:rPr>
              <w:t>Asit yağmurlarının oluşum sebepleri ve sonuçlarına değinilir.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F.8.4.5.1.</w:t>
            </w:r>
            <w:r>
              <w:br/>
            </w:r>
            <w:r>
              <w:rPr>
                <w:color w:val="263238"/>
                <w:sz w:val="16"/>
              </w:rPr>
              <w:t>a. Q=m.c. Δt bağıntısına girilmez.</w:t>
            </w:r>
            <w:r>
              <w:br/>
            </w:r>
            <w:r>
              <w:rPr>
                <w:color w:val="263238"/>
                <w:sz w:val="16"/>
              </w:rPr>
              <w:t>b. Bağımlı, bağımsız ve kontrol edilen değişkenler örneklerle açıklanır.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F.8.4.5.2.</w:t>
            </w:r>
            <w:r>
              <w:br/>
            </w:r>
            <w:r>
              <w:rPr>
                <w:color w:val="263238"/>
                <w:sz w:val="16"/>
              </w:rPr>
              <w:t>a. Saf maddelerin hâl değişimi sırasında sıcaklığının sabit kaldığına değinilir.</w:t>
            </w:r>
            <w:r>
              <w:br/>
            </w:r>
            <w:r>
              <w:rPr>
                <w:color w:val="263238"/>
                <w:sz w:val="16"/>
              </w:rPr>
              <w:t>b. Matematiksel hesaplamalara girilmez.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6F10E3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raporu ve grafik yorumlama.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BC0CE1" w14:textId="77777777" w:rsidR="005B069B" w:rsidRDefault="005B069B">
            <w:pPr>
              <w:spacing w:after="0" w:line="240" w:lineRule="auto"/>
            </w:pPr>
          </w:p>
        </w:tc>
      </w:tr>
      <w:tr w:rsidR="005B069B" w14:paraId="78ACCA3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22F542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OCAK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27DC56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18. Hafta:</w:t>
            </w:r>
            <w:r>
              <w:br/>
            </w:r>
            <w:r>
              <w:rPr>
                <w:color w:val="263238"/>
                <w:sz w:val="16"/>
              </w:rPr>
              <w:t>18–22 Ocak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3CB6A5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1+1+2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37A4E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MADDE VE ENDÜSTRİ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DBDAD9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8.4.5. Maddenin Isı ile Etkileşimi</w:t>
            </w:r>
            <w:r>
              <w:br/>
            </w:r>
            <w:r>
              <w:rPr>
                <w:color w:val="263238"/>
                <w:sz w:val="16"/>
              </w:rPr>
              <w:t>8.4.6. Türkiye’de Kimya Endüstrisi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B8A5B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F.8.4.5.3. Maddelerin hâl değişimi ve ısınma grafiğini çizerek yorumlar.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F.8.4.5.4. Günlük yaşamda meydana gelen hâl değişimleri ile ısı alışverişini ilişkilendirir.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F.8.4.6.1. Geçmişten günümüze Türkiye’deki kimya endüstrisinin gelişimini araştırır.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BA11A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F.8.4.6.1.</w:t>
            </w:r>
            <w:r>
              <w:br/>
            </w:r>
            <w:r>
              <w:rPr>
                <w:color w:val="263238"/>
                <w:sz w:val="16"/>
              </w:rPr>
              <w:t>a. Ülkemizdeki kimya endüstrisinin gelişimine katkı sağlayan resmî/özel kurum ve sivil toplum kuruluşlarının yaptığı çalışmalara değinilir.</w:t>
            </w:r>
            <w:r>
              <w:br/>
            </w:r>
            <w:r>
              <w:rPr>
                <w:color w:val="263238"/>
                <w:sz w:val="16"/>
              </w:rPr>
              <w:t>b. İthal ve ihraç edilen kimyasal ürünlerden birkaç önemli örnek verilerek Türkiye kimya endüstrisinin işleyişine değinilir.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433783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Grafik çizme ve araştırma sunumu.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B57741" w14:textId="77777777" w:rsidR="005B069B" w:rsidRDefault="005B069B">
            <w:pPr>
              <w:spacing w:after="0" w:line="240" w:lineRule="auto"/>
            </w:pPr>
          </w:p>
        </w:tc>
      </w:tr>
      <w:tr w:rsidR="005B069B" w14:paraId="132FEDF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7D64C0B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  <w:sz w:val="17"/>
              </w:rPr>
              <w:t>YARIYIL TATİLİ: 25 OCAK–5 ŞUBAT 2027</w:t>
            </w:r>
          </w:p>
        </w:tc>
      </w:tr>
      <w:tr w:rsidR="005B069B" w14:paraId="301A100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C98190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ŞUBAT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7C40D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19. Hafta:</w:t>
            </w:r>
            <w:r>
              <w:br/>
            </w:r>
            <w:r>
              <w:rPr>
                <w:color w:val="263238"/>
                <w:sz w:val="16"/>
              </w:rPr>
              <w:t>8–12 Şubat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2CF3AAF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30B449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4. ÜNİTE: MADDE VE ENDÜSTRİ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5. ÜNİTE: BASİT MAKİNELER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52EF6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8.4.6. Türkiye’de Kimya Endüstrisi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8.5.1. Basit Makineler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2B6419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F.8.4.6.2. Kimya endüstrisinde meslek dallarını araştırır ve gelecekteki yeni meslek alanları hakkında öneriler sunar.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F.8.5.1.1. Basit makinelerin sağladığı avantajları örnekler üzerinden açıklar.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5001B0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F.8.5.1.1.</w:t>
            </w:r>
            <w:r>
              <w:br/>
            </w:r>
            <w:r>
              <w:rPr>
                <w:color w:val="263238"/>
                <w:sz w:val="16"/>
              </w:rPr>
              <w:t>a. Basit makinelerden, sabit makara, hareketli makara, palanga, kaldıraç, eğik düzlem ve çıkrık üzerinde durulur.</w:t>
            </w:r>
            <w:r>
              <w:br/>
            </w:r>
            <w:r>
              <w:rPr>
                <w:color w:val="263238"/>
                <w:sz w:val="16"/>
              </w:rPr>
              <w:t>b. Dişli çarklar, vida ve kasnakların da birer basit makine olduğu görsellerle belirtilir, ayrıntıya girilmez.</w:t>
            </w:r>
            <w:r>
              <w:br/>
            </w:r>
            <w:r>
              <w:rPr>
                <w:color w:val="263238"/>
                <w:sz w:val="16"/>
              </w:rPr>
              <w:t>c. Basit makinelerde işten kazanç olmadığı vurgulanır.</w:t>
            </w:r>
            <w:r>
              <w:br/>
            </w:r>
            <w:r>
              <w:rPr>
                <w:color w:val="263238"/>
                <w:sz w:val="16"/>
              </w:rPr>
              <w:t>ç. Matematiksel bağıntılara girilmez.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01979B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Araştırma raporu ve çalışma kâğıdı.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602938" w14:textId="77777777" w:rsidR="005B069B" w:rsidRDefault="005B069B">
            <w:pPr>
              <w:spacing w:after="0" w:line="240" w:lineRule="auto"/>
            </w:pPr>
          </w:p>
        </w:tc>
      </w:tr>
      <w:tr w:rsidR="005B069B" w14:paraId="01FE619E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E4B4DA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ŞUBAT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AFAFBC4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20. Hafta:</w:t>
            </w:r>
            <w:r>
              <w:br/>
            </w:r>
            <w:r>
              <w:rPr>
                <w:color w:val="263238"/>
                <w:sz w:val="16"/>
              </w:rPr>
              <w:t>15–19 Şubat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996FB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5E727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BASİT MAKİNELER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5A8D5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8.5.1. Basit Makineler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4EDD07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F.8.5.1.1. Basit makinelerin sağladığı avantajları örnekler üzerinden açıklar.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647C7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F.8.5.1.1.</w:t>
            </w:r>
            <w:r>
              <w:br/>
            </w:r>
            <w:r>
              <w:rPr>
                <w:color w:val="263238"/>
                <w:sz w:val="16"/>
              </w:rPr>
              <w:t>a. Basit makinelerden, sabit makara, hareketli makara, palanga, kaldıraç, eğik düzlem ve çıkrık üzerinde durulur.</w:t>
            </w:r>
            <w:r>
              <w:br/>
            </w:r>
            <w:r>
              <w:rPr>
                <w:color w:val="263238"/>
                <w:sz w:val="16"/>
              </w:rPr>
              <w:t>b. Dişli çarklar, vida ve kasnakların da birer basit makine olduğu görsellerle belirtilir, ayrıntıya girilmez.</w:t>
            </w:r>
            <w:r>
              <w:br/>
            </w:r>
            <w:r>
              <w:rPr>
                <w:color w:val="263238"/>
                <w:sz w:val="16"/>
              </w:rPr>
              <w:t>c. Basit makinelerde işten kazanç olmadığı vurgulanır.</w:t>
            </w:r>
            <w:r>
              <w:br/>
            </w:r>
            <w:r>
              <w:rPr>
                <w:color w:val="263238"/>
                <w:sz w:val="16"/>
              </w:rPr>
              <w:t>ç. Matematiksel bağıntılara girilmez.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07C36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Kavram haritası ve kısa cevaplı sorular.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8DF8502" w14:textId="77777777" w:rsidR="005B069B" w:rsidRDefault="005B069B">
            <w:pPr>
              <w:spacing w:after="0" w:line="240" w:lineRule="auto"/>
            </w:pPr>
          </w:p>
        </w:tc>
      </w:tr>
      <w:tr w:rsidR="005B069B" w14:paraId="04A078E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6F38D3E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ŞUBAT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7E48C3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21. Hafta:</w:t>
            </w:r>
            <w:r>
              <w:br/>
            </w:r>
            <w:r>
              <w:rPr>
                <w:color w:val="263238"/>
                <w:sz w:val="16"/>
              </w:rPr>
              <w:t>22–26 Şubat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BA2506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32B3C4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5. ÜNİTE: BASİT MAKİNELER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B38B1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8.5.1. Basit Makineler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EEBC66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F.8.5.1.2. Basit makinelerden yararlanarak günlük yaşamda iş kolaylığı sağlayacak bir düzenek tasarlar.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627171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F.8.5.1.2.</w:t>
            </w:r>
            <w:r>
              <w:br/>
            </w:r>
            <w:r>
              <w:rPr>
                <w:color w:val="263238"/>
                <w:sz w:val="16"/>
              </w:rPr>
              <w:t>Öncelikle tasarımını çizimle ifade etmesi istenir. Şartlar uygunsa üç boyutlu modele dönüştürmesi istenebilir.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4AE8820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Tasarım çizimi ve dereceli puanlama anahtarı.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A93699" w14:textId="77777777" w:rsidR="005B069B" w:rsidRDefault="005B069B">
            <w:pPr>
              <w:spacing w:after="0" w:line="240" w:lineRule="auto"/>
            </w:pPr>
          </w:p>
        </w:tc>
      </w:tr>
      <w:tr w:rsidR="005B069B" w14:paraId="3EFBAD9A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4B1049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MART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BC763F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22. Hafta:</w:t>
            </w:r>
            <w:r>
              <w:br/>
            </w:r>
            <w:r>
              <w:rPr>
                <w:color w:val="263238"/>
                <w:sz w:val="16"/>
              </w:rPr>
              <w:t>1–5 Mart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110B6E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F04BC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ENERJİ DÖNÜŞÜMLERİ VE ÇEVRE BİLİMİ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991DA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8.6.1. Besin Zinciri ve Enerji Akışı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8.6.2. Enerji Dönüşümleri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13D7F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F.8.6.1.1. Besin zincirindeki üretici, tüketici, ayrıştırıcılara örnekler verir.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F.8.6.2.1. Bitkilerde besin üretiminde fotosentezin önemini fark eder.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850734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F.8.6.1.1.</w:t>
            </w:r>
            <w:r>
              <w:br/>
            </w:r>
            <w:r>
              <w:rPr>
                <w:color w:val="263238"/>
                <w:sz w:val="16"/>
              </w:rPr>
              <w:t>a. Parazit besin zincirlerine değinilmez.</w:t>
            </w:r>
            <w:r>
              <w:br/>
            </w:r>
            <w:r>
              <w:rPr>
                <w:color w:val="263238"/>
                <w:sz w:val="16"/>
              </w:rPr>
              <w:t>b. Ekoloji piramitlerinde enerji aktarımı, vücut büyüklüğü, birey sayısı ve biyolojik birikim vurgulanır.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F.8.6.2.1.</w:t>
            </w:r>
            <w:r>
              <w:br/>
            </w:r>
            <w:r>
              <w:rPr>
                <w:color w:val="263238"/>
                <w:sz w:val="16"/>
              </w:rPr>
              <w:t>a. Fotosentezde karbondioksit ve su kullanıldığı, besin ve oksijen üretildiği vurgulanır. Kimyasal denklemine girilmez.</w:t>
            </w:r>
            <w:r>
              <w:br/>
            </w:r>
            <w:r>
              <w:rPr>
                <w:color w:val="263238"/>
                <w:sz w:val="16"/>
              </w:rPr>
              <w:t>b. Fotosentezin yapay ışıkta da meydana gelebileceği vurgulanır.</w:t>
            </w:r>
            <w:r>
              <w:br/>
            </w:r>
            <w:r>
              <w:rPr>
                <w:color w:val="263238"/>
                <w:sz w:val="16"/>
              </w:rPr>
              <w:t>c. Fotosentez yapan canlıların üretici olduğu ifade edilir.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6310C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Besin zinciri şeması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87A618" w14:textId="77777777" w:rsidR="005B069B" w:rsidRDefault="005B069B">
            <w:pPr>
              <w:spacing w:after="0" w:line="240" w:lineRule="auto"/>
            </w:pPr>
          </w:p>
        </w:tc>
      </w:tr>
      <w:tr w:rsidR="005B069B" w14:paraId="20C2A9D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83FC057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  <w:sz w:val="17"/>
              </w:rPr>
              <w:t>2. DÖNEM ARA TATİLİ: 8–12 MART 2027</w:t>
            </w:r>
            <w:r>
              <w:br/>
            </w:r>
            <w:r>
              <w:rPr>
                <w:b/>
                <w:color w:val="8A4A2A"/>
                <w:sz w:val="17"/>
              </w:rPr>
              <w:t>Ramazan Bayramı: 9–11 Mart 2027 • Arefe: 8 Mart</w:t>
            </w:r>
            <w:r>
              <w:br/>
            </w:r>
            <w:r>
              <w:rPr>
                <w:b/>
                <w:color w:val="8A4A2A"/>
                <w:sz w:val="17"/>
              </w:rPr>
              <w:t>12 Mart: İstiklâl Marşı’nın Kabulü ve Mehmet Âkif Ersoy’u Anma Günü</w:t>
            </w:r>
          </w:p>
        </w:tc>
      </w:tr>
      <w:tr w:rsidR="005B069B" w14:paraId="1B5A23B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F97317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MART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AC13417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23. Hafta:</w:t>
            </w:r>
            <w:r>
              <w:br/>
            </w:r>
            <w:r>
              <w:rPr>
                <w:color w:val="263238"/>
                <w:sz w:val="16"/>
              </w:rPr>
              <w:t>15–19 Mart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F81E1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9A61F2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ENERJİ DÖNÜŞÜMLERİ VE ÇEVRE BİLİMİ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05349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8.6.2. Enerji Dönüşümleri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BF6B8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F.8.6.2.2. Fotosentez hızını etkileyen faktörler ile ilgili çıkarımlarda bulunur.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F.8.6.2.3. Canlılarda solunumun önemini belirtir.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18C2E3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F.8.6.2.2.</w:t>
            </w:r>
            <w:r>
              <w:br/>
            </w:r>
            <w:r>
              <w:rPr>
                <w:color w:val="263238"/>
                <w:sz w:val="16"/>
              </w:rPr>
              <w:t>Işık rengi, karbondioksit miktarı, su miktarı, ışık şiddeti ve sıcaklık vurgulanır.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F.8.6.2.3.</w:t>
            </w:r>
            <w:r>
              <w:br/>
            </w:r>
            <w:r>
              <w:rPr>
                <w:color w:val="263238"/>
                <w:sz w:val="16"/>
              </w:rPr>
              <w:t>a. Solunumun kimyasal denklemine girilmez.</w:t>
            </w:r>
            <w:r>
              <w:br/>
            </w:r>
            <w:r>
              <w:rPr>
                <w:color w:val="263238"/>
                <w:sz w:val="16"/>
              </w:rPr>
              <w:t>b. Bitkilerin gece ve gündüz solunum yaptığına değinilir.</w:t>
            </w:r>
            <w:r>
              <w:br/>
            </w:r>
            <w:r>
              <w:rPr>
                <w:color w:val="263238"/>
                <w:sz w:val="16"/>
              </w:rPr>
              <w:t>c. Oksijenli ve oksijensiz solunum evrelerine girilmeden verilir fakat açığa çıkan enerji miktarları sayısal olarak belirtilmez.</w:t>
            </w:r>
            <w:r>
              <w:br/>
            </w:r>
            <w:r>
              <w:rPr>
                <w:color w:val="263238"/>
                <w:sz w:val="16"/>
              </w:rPr>
              <w:t>ç. ATP’nin yapısına girilmeden isminden bahsedilir.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D60BE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sonuçları ve kısa cevaplı sorular.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94B7C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18 Mart Çanakkale Zaferi ve Şehitleri Anma Günü</w:t>
            </w:r>
            <w:r>
              <w:br/>
            </w:r>
            <w:r>
              <w:rPr>
                <w:color w:val="263238"/>
                <w:sz w:val="16"/>
              </w:rPr>
              <w:t>Türk Dünyası ve Toplulukları Haftası</w:t>
            </w:r>
          </w:p>
        </w:tc>
      </w:tr>
      <w:tr w:rsidR="005B069B" w14:paraId="50059F7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C1994BF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MART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6C5F1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24. Hafta:</w:t>
            </w:r>
            <w:r>
              <w:br/>
            </w:r>
            <w:r>
              <w:rPr>
                <w:color w:val="263238"/>
                <w:sz w:val="16"/>
              </w:rPr>
              <w:t>22–26 Mart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88F15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A047D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ENERJİ DÖNÜŞÜMLERİ VE ÇEVRE BİLİMİ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F1C34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8.6.2. Enerji Dönüşümleri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8.6.3. Madde Döngüleri ve Çevre Sorunları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CDD340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F.8.6.2.3. Canlılarda solunumun önemini belirtir.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F.8.6.3.1. Madde döngülerini şema üzerinde göstererek açıklar.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D2234C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F.8.6.2.3.</w:t>
            </w:r>
            <w:r>
              <w:br/>
            </w:r>
            <w:r>
              <w:rPr>
                <w:color w:val="263238"/>
                <w:sz w:val="16"/>
              </w:rPr>
              <w:t>a. Solunumun kimyasal denklemine girilmez.</w:t>
            </w:r>
            <w:r>
              <w:br/>
            </w:r>
            <w:r>
              <w:rPr>
                <w:color w:val="263238"/>
                <w:sz w:val="16"/>
              </w:rPr>
              <w:t>b. Bitkilerin gece ve gündüz solunum yaptığına değinilir.</w:t>
            </w:r>
            <w:r>
              <w:br/>
            </w:r>
            <w:r>
              <w:rPr>
                <w:color w:val="263238"/>
                <w:sz w:val="16"/>
              </w:rPr>
              <w:t>c. Oksijenli ve oksijensiz solunum evrelerine girilmeden verilir fakat açığa çıkan enerji miktarları sayısal olarak belirtilmez.</w:t>
            </w:r>
            <w:r>
              <w:br/>
            </w:r>
            <w:r>
              <w:rPr>
                <w:color w:val="263238"/>
                <w:sz w:val="16"/>
              </w:rPr>
              <w:t>ç. ATP’nin yapısına girilmeden isminden bahsedilir.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44FABA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Şema tamamlama ve çalışma kâğıdı.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F782A8F" w14:textId="77777777" w:rsidR="005B069B" w:rsidRDefault="005B069B">
            <w:pPr>
              <w:spacing w:after="0" w:line="240" w:lineRule="auto"/>
            </w:pPr>
          </w:p>
        </w:tc>
      </w:tr>
      <w:tr w:rsidR="005B069B" w14:paraId="49E3B9CA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C296AF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MART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1B68E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25. Hafta:</w:t>
            </w:r>
            <w:r>
              <w:br/>
            </w:r>
            <w:r>
              <w:rPr>
                <w:color w:val="263238"/>
                <w:sz w:val="16"/>
              </w:rPr>
              <w:t>29 Mart–2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934725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91D4B4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ENERJİ DÖNÜŞÜMLERİ VE ÇEVRE BİLİMİ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DCDD5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8.6.3. Madde Döngüleri ve Çevre Sorunları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B2465E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F.8.6.3.2. Madde döngülerinin yaşam açısından önemini sorgular.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F.8.6.3.3. Küresel iklim değişikliklerinin nedenlerini ve olası sonuçlarını tartışır.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669FE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F.8.6.3.3.</w:t>
            </w:r>
            <w:r>
              <w:br/>
            </w:r>
            <w:r>
              <w:rPr>
                <w:color w:val="263238"/>
                <w:sz w:val="16"/>
              </w:rPr>
              <w:t>a. Sera etkisi açıklanır.</w:t>
            </w:r>
            <w:r>
              <w:br/>
            </w:r>
            <w:r>
              <w:rPr>
                <w:color w:val="263238"/>
                <w:sz w:val="16"/>
              </w:rPr>
              <w:t>b. Küresel iklim değişikliği bağlamında çevre sorunlarının Dünya'nın geleceğine ve insan yaşamına nasıl bir etkisi olabileceği sorgulanır.</w:t>
            </w:r>
            <w:r>
              <w:br/>
            </w:r>
            <w:r>
              <w:rPr>
                <w:color w:val="263238"/>
                <w:sz w:val="16"/>
              </w:rPr>
              <w:t>c. Çevre sorunlarının dünyanın geleceğine nasıl bir etkisinin olabileceğine yönelik öngörüleri sanatsal yollarla ifade etmeleri istenir.</w:t>
            </w:r>
            <w:r>
              <w:br/>
            </w:r>
            <w:r>
              <w:rPr>
                <w:color w:val="263238"/>
                <w:sz w:val="16"/>
              </w:rPr>
              <w:t>ç. Öğrencilerin ekolojik ayak izini hesaplaması (uzantısı edu, org ve mil gibi güvenli sitelerden yararlanılabilinir) sağlanır.</w:t>
            </w:r>
            <w:r>
              <w:br/>
            </w:r>
            <w:r>
              <w:rPr>
                <w:color w:val="263238"/>
                <w:sz w:val="16"/>
              </w:rPr>
              <w:t>d. Dünya ülkelerinin küresel iklim değişikliğini önlemek için aldıkları önlemlere (ör. Kyoto Protokolü) değinilir.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699BD4C" w14:textId="77777777" w:rsidR="005B069B" w:rsidRDefault="00000000">
            <w:pPr>
              <w:spacing w:after="0" w:line="240" w:lineRule="auto"/>
              <w:rPr>
                <w:color w:val="263238"/>
                <w:sz w:val="16"/>
              </w:rPr>
            </w:pPr>
            <w:r>
              <w:rPr>
                <w:color w:val="263238"/>
                <w:sz w:val="16"/>
              </w:rPr>
              <w:t xml:space="preserve">Araştırma </w:t>
            </w:r>
            <w:proofErr w:type="spellStart"/>
            <w:r>
              <w:rPr>
                <w:color w:val="263238"/>
                <w:sz w:val="16"/>
              </w:rPr>
              <w:t>raporu</w:t>
            </w:r>
            <w:proofErr w:type="spellEnd"/>
            <w:r>
              <w:rPr>
                <w:color w:val="263238"/>
                <w:sz w:val="16"/>
              </w:rPr>
              <w:t xml:space="preserve"> </w:t>
            </w:r>
            <w:proofErr w:type="spellStart"/>
            <w:r>
              <w:rPr>
                <w:color w:val="263238"/>
                <w:sz w:val="16"/>
              </w:rPr>
              <w:t>ve</w:t>
            </w:r>
            <w:proofErr w:type="spellEnd"/>
            <w:r>
              <w:rPr>
                <w:color w:val="263238"/>
                <w:sz w:val="16"/>
              </w:rPr>
              <w:t xml:space="preserve"> </w:t>
            </w:r>
            <w:proofErr w:type="spellStart"/>
            <w:r>
              <w:rPr>
                <w:color w:val="263238"/>
                <w:sz w:val="16"/>
              </w:rPr>
              <w:t>tartışma</w:t>
            </w:r>
            <w:proofErr w:type="spellEnd"/>
            <w:r>
              <w:rPr>
                <w:color w:val="263238"/>
                <w:sz w:val="16"/>
              </w:rPr>
              <w:t xml:space="preserve"> </w:t>
            </w:r>
            <w:proofErr w:type="spellStart"/>
            <w:r>
              <w:rPr>
                <w:color w:val="263238"/>
                <w:sz w:val="16"/>
              </w:rPr>
              <w:t>formu</w:t>
            </w:r>
            <w:proofErr w:type="spellEnd"/>
            <w:r>
              <w:rPr>
                <w:color w:val="263238"/>
                <w:sz w:val="16"/>
              </w:rPr>
              <w:t>.</w:t>
            </w:r>
          </w:p>
          <w:p w14:paraId="4210DE85" w14:textId="5D491AD4" w:rsidR="00D87CA9" w:rsidRDefault="00D87CA9">
            <w:pPr>
              <w:spacing w:after="0" w:line="240" w:lineRule="auto"/>
            </w:pPr>
            <w:hyperlink r:id="rId8" w:history="1">
              <w:r w:rsidRPr="00D87CA9">
                <w:rPr>
                  <w:rStyle w:val="Kpr"/>
                  <w:color w:val="FFFFFF" w:themeColor="background1"/>
                  <w:sz w:val="16"/>
                </w:rPr>
                <w:t>https://fenbilimleri.org</w:t>
              </w:r>
            </w:hyperlink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C35755A" w14:textId="77777777" w:rsidR="005B069B" w:rsidRDefault="005B069B">
            <w:pPr>
              <w:spacing w:after="0" w:line="240" w:lineRule="auto"/>
            </w:pPr>
          </w:p>
        </w:tc>
      </w:tr>
      <w:tr w:rsidR="005B069B" w14:paraId="0E64B598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05B47C9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8DDB5DA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26. Hafta:</w:t>
            </w:r>
            <w:r>
              <w:br/>
            </w:r>
            <w:r>
              <w:rPr>
                <w:color w:val="263238"/>
                <w:sz w:val="16"/>
              </w:rPr>
              <w:t>5–9 Nisan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C9618C7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2+1+1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41670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ENERJİ DÖNÜŞÜMLERİ VE ÇEVRE BİLİMİ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1B58F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8.6.3. Madde Döngüleri ve Çevre Sorunları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8.6.4. Sürdürülebilir Kalkınma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31674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F.8.6.3.3. Küresel iklim değişikliklerinin nedenlerini ve olası sonuçlarını tartışır.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F.8.6.4.1. Kaynakların kullanımında tasarruflu davranmaya özen gösterir.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F.8.6.4.2. Kaynakların tasarruflu kullanımına yönelik proje tasarlar.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54F82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F.8.6.3.3.</w:t>
            </w:r>
            <w:r>
              <w:br/>
            </w:r>
            <w:r>
              <w:rPr>
                <w:color w:val="263238"/>
                <w:sz w:val="16"/>
              </w:rPr>
              <w:t>a. Sera etkisi açıklanır.</w:t>
            </w:r>
            <w:r>
              <w:br/>
            </w:r>
            <w:r>
              <w:rPr>
                <w:color w:val="263238"/>
                <w:sz w:val="16"/>
              </w:rPr>
              <w:t>b. Küresel iklim değişikliği bağlamında çevre sorunlarının Dünya'nın geleceğine ve insan yaşamına nasıl bir etkisi olabileceği sorgulanır.</w:t>
            </w:r>
            <w:r>
              <w:br/>
            </w:r>
            <w:r>
              <w:rPr>
                <w:color w:val="263238"/>
                <w:sz w:val="16"/>
              </w:rPr>
              <w:t>c. Çevre sorunlarının dünyanın geleceğine nasıl bir etkisinin olabileceğine yönelik öngörüleri sanatsal yollarla ifade etmeleri istenir.</w:t>
            </w:r>
            <w:r>
              <w:br/>
            </w:r>
            <w:r>
              <w:rPr>
                <w:color w:val="263238"/>
                <w:sz w:val="16"/>
              </w:rPr>
              <w:t>ç. Öğrencilerin ekolojik ayak izini hesaplaması (uzantısı edu, org ve mil gibi güvenli sitelerden yararlanılabilinir) sağlanır.</w:t>
            </w:r>
            <w:r>
              <w:br/>
            </w:r>
            <w:r>
              <w:rPr>
                <w:color w:val="263238"/>
                <w:sz w:val="16"/>
              </w:rPr>
              <w:t>d. Dünya ülkelerinin küresel iklim değişikliğini önlemek için aldıkları önlemlere (ör. Kyoto Protokolü) değinilir.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C18BD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(5–16 Nisan 2027)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91ED1D5" w14:textId="77777777" w:rsidR="005B069B" w:rsidRDefault="005B069B">
            <w:pPr>
              <w:spacing w:after="0" w:line="240" w:lineRule="auto"/>
            </w:pPr>
          </w:p>
        </w:tc>
      </w:tr>
      <w:tr w:rsidR="005B069B" w14:paraId="1176F13D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973A32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CA06FE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27. Hafta:</w:t>
            </w:r>
            <w:r>
              <w:br/>
            </w:r>
            <w:r>
              <w:rPr>
                <w:color w:val="263238"/>
                <w:sz w:val="16"/>
              </w:rPr>
              <w:t>12–16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F28FD1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1+1+2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84321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6. ÜNİTE: ENERJİ DÖNÜŞÜMLERİ VE ÇEVRE BİLİMİ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82B58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8.6.4. Sürdürülebilir Kalkınma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C7A208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F.8.6.4.3. Geri dönüşüm için katı atıkların ayrıştırılmasının önemini açıklar.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F.8.6.4.4. Geri dönüşümün ülke ekonomisine katkısına ilişkin araştırma verilerini kullanarak çözüm önerileri sunar.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F.8.6.4.5. Kaynakların tasarruflu kullanılmaması durumunda gelecekte karşılaşılabilecek problemleri belirterek</w:t>
            </w:r>
            <w:r>
              <w:br/>
            </w:r>
            <w:r>
              <w:rPr>
                <w:color w:val="263238"/>
                <w:sz w:val="16"/>
              </w:rPr>
              <w:t>çözüm önerileri sunar.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43FC9BD" w14:textId="77777777" w:rsidR="005B069B" w:rsidRDefault="005B069B">
            <w:pPr>
              <w:spacing w:after="0" w:line="240" w:lineRule="auto"/>
            </w:pP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2B55E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Proje taslağı ve öz değerlendirme.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F8BCE51" w14:textId="77777777" w:rsidR="005B069B" w:rsidRDefault="005B069B">
            <w:pPr>
              <w:spacing w:after="0" w:line="240" w:lineRule="auto"/>
            </w:pPr>
          </w:p>
        </w:tc>
      </w:tr>
      <w:tr w:rsidR="005B069B" w14:paraId="6C8BAA75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1175A6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NİSAN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DB1589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28. Hafta:</w:t>
            </w:r>
            <w:r>
              <w:br/>
            </w:r>
            <w:r>
              <w:rPr>
                <w:color w:val="263238"/>
                <w:sz w:val="16"/>
              </w:rPr>
              <w:t>19–23 Nisan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AD5CD0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27A8CF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ELEKTRİK YÜKLERİ VE ELEKTRİK ENERJİSİ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84059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8.7.1. Elektrik Yükleri ve Elektriklenme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ED8079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F.8.7.1.1. Elektriklenmeyi, bazı doğa olayları ve teknolojideki uygulama örnekleri ile açıklar.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F.8.7.1.2. Elektrik yüklerini sınıflandırarak aynı ve farklı cins elektrik yüklerinin birbirlerine etkisini açıklar.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0A8F8FD" w14:textId="77777777" w:rsidR="005B069B" w:rsidRDefault="005B069B">
            <w:pPr>
              <w:spacing w:after="0" w:line="240" w:lineRule="auto"/>
            </w:pP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D64CB6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gözlem formu ve kısa cevaplı sorular.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EDC829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Ulusal Egemenlik ve Çocuk Bayramı (23 Nisan)</w:t>
            </w:r>
          </w:p>
        </w:tc>
      </w:tr>
      <w:tr w:rsidR="005B069B" w14:paraId="6D66480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5173A39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NİSAN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216FF4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29. Hafta:</w:t>
            </w:r>
            <w:r>
              <w:br/>
            </w:r>
            <w:r>
              <w:rPr>
                <w:color w:val="263238"/>
                <w:sz w:val="16"/>
              </w:rPr>
              <w:t>26–30 Nisan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8D0B5E9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9DF966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ELEKTRİK YÜKLERİ VE ELEKTRİK ENERJİSİ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9A5A7D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8.7.1. Elektrik Yükleri ve Elektriklenme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8.7.2. Elektrik Yüklü Cisimler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98E628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F.8.7.1.3. Deneyler yaparak elektriklenme çeşitlerini fark eder.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F.8.7.2.1. Cisimleri, sahip oldukları elektrik yükleri bakımından sınıflandırır.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6684D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F.8.7.2.1.</w:t>
            </w:r>
            <w:r>
              <w:br/>
            </w:r>
            <w:r>
              <w:rPr>
                <w:color w:val="263238"/>
                <w:sz w:val="16"/>
              </w:rPr>
              <w:t>Özellikle nötr cismin, yüksüz cisim anlamına gelmediği; nötr cisimlerde pozitif ve negatif yük miktarlarının eşit olduğu vurgusu yapılır. Elektroskopun yük ölçümünde kullanıldığı belirtilir, çalışma prensibine girilmez.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6034E7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Deney raporu ve sınıflandırma tablosu.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E6696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Kût’ül Amâre Zaferi (29 Nisan)</w:t>
            </w:r>
            <w:r>
              <w:br/>
            </w:r>
            <w:r>
              <w:rPr>
                <w:color w:val="263238"/>
                <w:sz w:val="16"/>
              </w:rPr>
              <w:t>Emek ve Dayanışma Günü (1 Mayıs)</w:t>
            </w:r>
          </w:p>
        </w:tc>
      </w:tr>
      <w:tr w:rsidR="005B069B" w14:paraId="0333D8C7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E6AD9C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MAYIS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9EE475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30. Hafta:</w:t>
            </w:r>
            <w:r>
              <w:br/>
            </w:r>
            <w:r>
              <w:rPr>
                <w:color w:val="263238"/>
                <w:sz w:val="16"/>
              </w:rPr>
              <w:t>3–7 Mayıs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5AF2B7A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23D26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ELEKTRİK YÜKLERİ VE ELEKTRİK ENERJİSİ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54B35D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8.7.2. Elektrik Yüklü Cisimler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15C9DE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F.8.7.2.1. Cisimleri, sahip oldukları elektrik yükleri bakımından sınıflandırır.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F.8.7.2.2. Topraklamayı açıklar.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23180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F.8.7.2.1.</w:t>
            </w:r>
            <w:r>
              <w:br/>
            </w:r>
            <w:r>
              <w:rPr>
                <w:color w:val="263238"/>
                <w:sz w:val="16"/>
              </w:rPr>
              <w:t>Özellikle nötr cismin, yüksüz cisim anlamına gelmediği; nötr cisimlerde pozitif ve negatif yük miktarlarının eşit olduğu vurgusu yapılır. Elektroskopun yük ölçümünde kullanıldığı belirtilir, çalışma prensibine girilmez.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F.8.7.2.2.</w:t>
            </w:r>
            <w:r>
              <w:br/>
            </w:r>
            <w:r>
              <w:rPr>
                <w:color w:val="263238"/>
                <w:sz w:val="16"/>
              </w:rPr>
              <w:t>Topraklamanın günlük yaşam ve teknolojideki uygulamaları dikkate alınarak can ve mal güvenliği açısından önemine vurgu yapılır.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5DFF0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Çalışma kâğıdı ve günlük yaşam örnekleri.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0E0072" w14:textId="77777777" w:rsidR="005B069B" w:rsidRDefault="005B069B">
            <w:pPr>
              <w:spacing w:after="0" w:line="240" w:lineRule="auto"/>
            </w:pPr>
          </w:p>
        </w:tc>
      </w:tr>
      <w:tr w:rsidR="005B069B" w14:paraId="785A1963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7100914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MAYIS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D394CB6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31. Hafta:</w:t>
            </w:r>
            <w:r>
              <w:br/>
            </w:r>
            <w:r>
              <w:rPr>
                <w:color w:val="263238"/>
                <w:sz w:val="16"/>
              </w:rPr>
              <w:t>10–14 Mayıs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A40CA0B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93DF5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ELEKTRİK YÜKLERİ VE ELEKTRİK ENERJİSİ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DECC4AE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8.7.2. Elektrik Yüklü Cisimler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8.7.3. Elektrik Enerjisinin Dönüşümü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F42358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F.8.7.2.2. Topraklamayı açıklar.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F.8.7.3.1. Elektrik enerjisinin ısı, ışık ve hareket enerjisine dönüştüğü uygulamalara örnekler verir.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A0B952B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F.8.7.2.2.</w:t>
            </w:r>
            <w:r>
              <w:br/>
            </w:r>
            <w:r>
              <w:rPr>
                <w:color w:val="263238"/>
                <w:sz w:val="16"/>
              </w:rPr>
              <w:t>Topraklamanın günlük yaşam ve teknolojideki uygulamaları dikkate alınarak can ve mal güvenliği açısından önemine vurgu yapılır.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F.8.7.3.1.</w:t>
            </w:r>
            <w:r>
              <w:br/>
            </w:r>
            <w:r>
              <w:rPr>
                <w:color w:val="263238"/>
                <w:sz w:val="16"/>
              </w:rPr>
              <w:t>a. Güvenlik açısından elektrik sigortasının önemi üzerinde durulur.</w:t>
            </w:r>
            <w:r>
              <w:br/>
            </w:r>
            <w:r>
              <w:rPr>
                <w:color w:val="263238"/>
                <w:sz w:val="16"/>
              </w:rPr>
              <w:t>b. Robotların, elektrik enerjisinin, hareket enerjisine dönüşümü temel alınarak geliştirildiği vurgulanır.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665D7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inceleme ve kısa cevaplı sorular.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1CD668" w14:textId="77777777" w:rsidR="005B069B" w:rsidRDefault="005B069B">
            <w:pPr>
              <w:spacing w:after="0" w:line="240" w:lineRule="auto"/>
            </w:pPr>
          </w:p>
        </w:tc>
      </w:tr>
      <w:tr w:rsidR="005B069B" w14:paraId="3EAE133C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16137" w:type="dxa"/>
            <w:gridSpan w:val="9"/>
            <w:shd w:val="clear" w:color="auto" w:fill="FBE4D5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38CE15A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8A4A2A"/>
                <w:sz w:val="17"/>
              </w:rPr>
              <w:t>KURBAN BAYRAMI NEDENİYLE KAZANIM PLANLANMAYAN HAFTA: 17–21 MAYIS 2027</w:t>
            </w:r>
            <w:r>
              <w:br/>
            </w:r>
            <w:r>
              <w:rPr>
                <w:b/>
                <w:color w:val="8A4A2A"/>
                <w:sz w:val="17"/>
              </w:rPr>
              <w:t>Kurban Bayramı: 16–19 Mayıs 2027 • Arefe: 15 Mayıs</w:t>
            </w:r>
            <w:r>
              <w:br/>
            </w:r>
            <w:r>
              <w:rPr>
                <w:b/>
                <w:color w:val="8A4A2A"/>
                <w:sz w:val="17"/>
              </w:rPr>
              <w:t>19 Mayıs Atatürk’ü Anma ve Gençlik ve Spor Bayramı</w:t>
            </w:r>
          </w:p>
        </w:tc>
      </w:tr>
      <w:tr w:rsidR="005B069B" w14:paraId="3A1EF501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724C0F6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MAYIS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0B60E1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32. Hafta:</w:t>
            </w:r>
            <w:r>
              <w:br/>
            </w:r>
            <w:r>
              <w:rPr>
                <w:color w:val="263238"/>
                <w:sz w:val="16"/>
              </w:rPr>
              <w:t>24–28 Mayıs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90647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2+2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6B031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ELEKTRİK YÜKLERİ VE ELEKTRİK ENERJİSİ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9619B3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8.7.3. Elektrik Enerjisinin Dönüşümü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08C4002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F.8.7.3.2. Elektrik enerjisinin ısı, ışık veya hareket enerjisine dönüşümü temel alan bir model tasarlar.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F.8.7.3.3. Güç santrallerinde elektrik enerjisinin nasıl üretildiğini açıklar.</w:t>
            </w: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F805AF4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F.8.7.3.2.</w:t>
            </w:r>
            <w:r>
              <w:br/>
            </w:r>
            <w:r>
              <w:rPr>
                <w:color w:val="263238"/>
                <w:sz w:val="16"/>
              </w:rPr>
              <w:t>Öncelikle tasarımlarını çizimle ifade etmeleri istenir. Şartlar uygunsa üç boyutlu modele dönüştürmesi istenebilir.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F.8.7.3.3.</w:t>
            </w:r>
            <w:r>
              <w:br/>
            </w:r>
            <w:r>
              <w:rPr>
                <w:color w:val="263238"/>
                <w:sz w:val="16"/>
              </w:rPr>
              <w:t>Güç santrallerinden hidroelektrik, termik, rüzgâr, jeotermal ve nükleer santrallere değinilir.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A2E0E6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Model tasarımı ve dereceli puanlama anahtarı.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3EB04A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İstanbul’un Fethi (29 Mayıs)</w:t>
            </w:r>
          </w:p>
        </w:tc>
      </w:tr>
      <w:tr w:rsidR="005B069B" w14:paraId="0B005B99" w14:textId="77777777" w:rsidTr="00D87CA9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trHeight w:val="3065"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0A9FBE2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lastRenderedPageBreak/>
              <w:t>MAYIS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30E2BF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33. Hafta:</w:t>
            </w:r>
            <w:r>
              <w:br/>
            </w:r>
            <w:r>
              <w:rPr>
                <w:color w:val="263238"/>
                <w:sz w:val="16"/>
              </w:rPr>
              <w:t>31 Mayıs–4 Haziran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277847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2+1+1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E21A33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7. ÜNİTE: ELEKTRİK YÜKLERİ VE ELEKTRİK ENERJİSİ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B7F7AF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8.7.3. Elektrik Enerjisinin Dönüşümü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49CCAC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F.8.7.3.4. Güç santrallerinin avantaj ve dezavantajları konusunda fikirler üretir.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F.8.7.3.5. Elektrik enerjisinin bilinçli ve tasarruflu kullanılmasının aile ve ülke ekonomisi bakımından önemini tartışır.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F.8.7.3.6. Evlerde elektriği tasarruflu kullanmaya özen gösterir.</w:t>
            </w: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E1C93A8" w14:textId="040C2F72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F.8.7.3.4.</w:t>
            </w:r>
            <w:r>
              <w:br/>
            </w:r>
            <w:r>
              <w:rPr>
                <w:color w:val="263238"/>
                <w:sz w:val="16"/>
              </w:rPr>
              <w:t>Güç santrallerinin yarar-zarar ve riskler yönünden değerlendirilmesine yönelik fikir üretmeleri ve bu fikirlerini savunmaları istenir.</w:t>
            </w:r>
            <w:r>
              <w:br/>
            </w:r>
            <w:r>
              <w:br/>
            </w:r>
            <w:r>
              <w:rPr>
                <w:color w:val="263238"/>
                <w:sz w:val="16"/>
              </w:rPr>
              <w:t>F.8.7.3.5.</w:t>
            </w:r>
            <w:r>
              <w:br/>
            </w:r>
            <w:r>
              <w:rPr>
                <w:color w:val="263238"/>
                <w:sz w:val="16"/>
              </w:rPr>
              <w:t>a. Enerji verimliliği konusunda ülkemizdeki resmî kurumlar ve sivil toplum kuruluşları tarafından yapılan çalışmalar ve elektrik enerjisi kullanımı bakımından yapılması gerekenler belirtilir.</w:t>
            </w:r>
            <w:r>
              <w:br/>
            </w:r>
            <w:r>
              <w:rPr>
                <w:color w:val="263238"/>
                <w:sz w:val="16"/>
              </w:rPr>
              <w:t>b. Kaçak elektrik kullanımının ülke ekonomisine verdiği zarar vurgulanır.</w:t>
            </w:r>
            <w:r>
              <w:br/>
            </w:r>
            <w:r>
              <w:br/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959599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SINAV HAFTALARI</w:t>
            </w:r>
            <w:r>
              <w:br/>
            </w:r>
            <w:r>
              <w:rPr>
                <w:color w:val="263238"/>
                <w:sz w:val="16"/>
              </w:rPr>
              <w:t>(31 Mayıs–11 Haziran 2027)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3CDD8BC" w14:textId="77777777" w:rsidR="005B069B" w:rsidRDefault="005B069B">
            <w:pPr>
              <w:spacing w:after="0" w:line="240" w:lineRule="auto"/>
            </w:pPr>
          </w:p>
        </w:tc>
      </w:tr>
      <w:tr w:rsidR="005B069B" w14:paraId="3083CFBB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7C6B202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HAZİRAN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CA7BDC3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34. Hafta:</w:t>
            </w:r>
            <w:r>
              <w:br/>
            </w:r>
            <w:r>
              <w:rPr>
                <w:color w:val="263238"/>
                <w:sz w:val="16"/>
              </w:rPr>
              <w:t>7–11 Haziran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A279CD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CB7892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FEN, MÜHENDİSLİK VE GİRİŞİMCİLİK UYGULAMALARI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815F38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Yıl Sonu Bilim Şenliği</w:t>
            </w:r>
            <w:r>
              <w:br/>
            </w:r>
            <w:r>
              <w:rPr>
                <w:color w:val="263238"/>
                <w:sz w:val="16"/>
              </w:rPr>
              <w:t>(Öğrencilerin yıl içerisinde ortaya çıkardıkları ürünü etkili bir şekilde sunmaları beklenir.)</w:t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D2CC288" w14:textId="77777777" w:rsidR="005B069B" w:rsidRDefault="005B069B">
            <w:pPr>
              <w:spacing w:after="0" w:line="240" w:lineRule="auto"/>
            </w:pP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2FCD9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Öğrencilerin yıl içerisinde ortaya çıkardıkları ürünü etkili bir şekilde sunmaları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9EF3987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Ürün sunumu.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97ECCCF" w14:textId="77777777" w:rsidR="005B069B" w:rsidRDefault="005B069B">
            <w:pPr>
              <w:spacing w:after="0" w:line="240" w:lineRule="auto"/>
            </w:pPr>
          </w:p>
        </w:tc>
      </w:tr>
      <w:tr w:rsidR="005B069B" w14:paraId="3C10CA6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BC50B0E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HAZİRAN</w:t>
            </w:r>
          </w:p>
        </w:tc>
        <w:tc>
          <w:tcPr>
            <w:tcW w:w="1218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145F4EC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35. Hafta:</w:t>
            </w:r>
            <w:r>
              <w:br/>
            </w:r>
            <w:r>
              <w:rPr>
                <w:color w:val="263238"/>
                <w:sz w:val="16"/>
              </w:rPr>
              <w:t>14–18 Haziran</w:t>
            </w:r>
          </w:p>
        </w:tc>
        <w:tc>
          <w:tcPr>
            <w:tcW w:w="6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3D1DD9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52F0495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FEN, MÜHENDİSLİK VE GİRİŞİMCİLİK UYGULAMALARI</w:t>
            </w:r>
          </w:p>
        </w:tc>
        <w:tc>
          <w:tcPr>
            <w:tcW w:w="1502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7CFA556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Yıl Sonu Bilim Şenliği</w:t>
            </w:r>
            <w:r>
              <w:br/>
            </w:r>
            <w:r>
              <w:rPr>
                <w:color w:val="263238"/>
                <w:sz w:val="16"/>
              </w:rPr>
              <w:t>(Öğrencilerin yıl içerisinde ortaya çıkardıkları ürünü etkili bir şekilde sunmaları beklenir.)</w:t>
            </w:r>
          </w:p>
        </w:tc>
        <w:tc>
          <w:tcPr>
            <w:tcW w:w="2551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406D2F3" w14:textId="77777777" w:rsidR="005B069B" w:rsidRDefault="005B069B">
            <w:pPr>
              <w:spacing w:after="0" w:line="240" w:lineRule="auto"/>
            </w:pPr>
          </w:p>
        </w:tc>
        <w:tc>
          <w:tcPr>
            <w:tcW w:w="2579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D76DAC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Öğrencilerin yıl içerisinde ortaya çıkardıkları ürünü etkili bir şekilde sunmaları</w:t>
            </w:r>
          </w:p>
        </w:tc>
        <w:tc>
          <w:tcPr>
            <w:tcW w:w="1785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7973E91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Ürün sunumu ve akran değerlendirme.</w:t>
            </w:r>
          </w:p>
        </w:tc>
        <w:tc>
          <w:tcPr>
            <w:tcW w:w="1700" w:type="dxa"/>
            <w:shd w:val="clear" w:color="auto" w:fill="FFFFF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0482DC6" w14:textId="77777777" w:rsidR="005B069B" w:rsidRDefault="005B069B">
            <w:pPr>
              <w:spacing w:after="0" w:line="240" w:lineRule="auto"/>
            </w:pPr>
          </w:p>
        </w:tc>
      </w:tr>
      <w:tr w:rsidR="005B069B" w14:paraId="3F7CC3E4" w14:textId="77777777">
        <w:tblPrEx>
          <w:tblBorders>
            <w:top w:val="single" w:sz="5" w:space="0" w:color="50666B"/>
            <w:left w:val="single" w:sz="5" w:space="0" w:color="50666B"/>
            <w:bottom w:val="single" w:sz="5" w:space="0" w:color="50666B"/>
            <w:right w:val="single" w:sz="5" w:space="0" w:color="50666B"/>
            <w:insideH w:val="single" w:sz="5" w:space="0" w:color="50666B"/>
            <w:insideV w:val="single" w:sz="5" w:space="0" w:color="50666B"/>
          </w:tblBorders>
        </w:tblPrEx>
        <w:trPr>
          <w:cantSplit/>
          <w:jc w:val="center"/>
        </w:trPr>
        <w:tc>
          <w:tcPr>
            <w:tcW w:w="708" w:type="dxa"/>
            <w:shd w:val="clear" w:color="auto" w:fill="E7F1EF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31206A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1F6964"/>
                <w:sz w:val="16"/>
              </w:rPr>
              <w:t>HAZİRAN</w:t>
            </w:r>
          </w:p>
        </w:tc>
        <w:tc>
          <w:tcPr>
            <w:tcW w:w="1218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56B5644A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36. Hafta:</w:t>
            </w:r>
            <w:r>
              <w:br/>
            </w:r>
            <w:r>
              <w:rPr>
                <w:color w:val="263238"/>
                <w:sz w:val="16"/>
              </w:rPr>
              <w:t>21–25 Haziran</w:t>
            </w:r>
          </w:p>
        </w:tc>
        <w:tc>
          <w:tcPr>
            <w:tcW w:w="6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07D54660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4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BF97C09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FEN, MÜHENDİSLİK VE GİRİŞİMCİLİK UYGULAMALARI</w:t>
            </w:r>
          </w:p>
        </w:tc>
        <w:tc>
          <w:tcPr>
            <w:tcW w:w="1502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4D1830B9" w14:textId="50F80400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Yıl Sonu Bilim Şenliği</w:t>
            </w:r>
            <w:r>
              <w:br/>
            </w:r>
          </w:p>
        </w:tc>
        <w:tc>
          <w:tcPr>
            <w:tcW w:w="2551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411FFAD" w14:textId="77777777" w:rsidR="005B069B" w:rsidRDefault="005B069B">
            <w:pPr>
              <w:spacing w:after="0" w:line="240" w:lineRule="auto"/>
            </w:pPr>
          </w:p>
        </w:tc>
        <w:tc>
          <w:tcPr>
            <w:tcW w:w="2579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318A5ADA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Öğrencilerin yıl içerisinde ortaya çıkardıkları ürünü etkili bir şekilde sunmaları</w:t>
            </w:r>
          </w:p>
        </w:tc>
        <w:tc>
          <w:tcPr>
            <w:tcW w:w="1785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3CC3038" w14:textId="77777777" w:rsidR="005B069B" w:rsidRDefault="00000000">
            <w:pPr>
              <w:spacing w:after="0" w:line="240" w:lineRule="auto"/>
            </w:pPr>
            <w:r>
              <w:rPr>
                <w:color w:val="263238"/>
                <w:sz w:val="16"/>
              </w:rPr>
              <w:t>Ürün sunumu ve öz değerlendirme.</w:t>
            </w:r>
          </w:p>
        </w:tc>
        <w:tc>
          <w:tcPr>
            <w:tcW w:w="1700" w:type="dxa"/>
            <w:shd w:val="clear" w:color="auto" w:fill="F8FBF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B6291B5" w14:textId="77777777" w:rsidR="005B069B" w:rsidRDefault="005B069B">
            <w:pPr>
              <w:spacing w:after="0" w:line="240" w:lineRule="auto"/>
            </w:pPr>
          </w:p>
        </w:tc>
      </w:tr>
    </w:tbl>
    <w:p w14:paraId="3073D47A" w14:textId="77777777" w:rsidR="005B069B" w:rsidRDefault="005B069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8"/>
        <w:gridCol w:w="4648"/>
        <w:gridCol w:w="6841"/>
      </w:tblGrid>
      <w:tr w:rsidR="005B069B" w14:paraId="4B268FA2" w14:textId="77777777" w:rsidTr="00D87CA9">
        <w:trPr>
          <w:jc w:val="center"/>
        </w:trPr>
        <w:tc>
          <w:tcPr>
            <w:tcW w:w="16137" w:type="dxa"/>
            <w:gridSpan w:val="3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6AB0D35" w14:textId="77777777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17"/>
              </w:rPr>
              <w:t>FEN BİLİMLERİ ÖĞRETMENLERİ</w:t>
            </w:r>
          </w:p>
        </w:tc>
      </w:tr>
      <w:tr w:rsidR="005B069B" w14:paraId="45AD5D1E" w14:textId="77777777" w:rsidTr="00D87CA9">
        <w:trPr>
          <w:jc w:val="center"/>
        </w:trPr>
        <w:tc>
          <w:tcPr>
            <w:tcW w:w="4648" w:type="dx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1610A7A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Ad Soyad: ................................................</w:t>
            </w:r>
          </w:p>
        </w:tc>
        <w:tc>
          <w:tcPr>
            <w:tcW w:w="4648" w:type="dx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2DBAEE2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Ad Soyad: ................................................</w:t>
            </w:r>
          </w:p>
        </w:tc>
        <w:tc>
          <w:tcPr>
            <w:tcW w:w="4648" w:type="dx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0D0CF4B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Ad Soyad: ................................................</w:t>
            </w:r>
          </w:p>
        </w:tc>
      </w:tr>
      <w:tr w:rsidR="005B069B" w14:paraId="2CF25463" w14:textId="77777777" w:rsidTr="00D87CA9">
        <w:trPr>
          <w:jc w:val="center"/>
        </w:trPr>
        <w:tc>
          <w:tcPr>
            <w:tcW w:w="4648" w:type="dx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26DA1ED1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İmza: ........................................................</w:t>
            </w:r>
          </w:p>
        </w:tc>
        <w:tc>
          <w:tcPr>
            <w:tcW w:w="4648" w:type="dx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18DD0661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İmza: ........................................................</w:t>
            </w:r>
          </w:p>
        </w:tc>
        <w:tc>
          <w:tcPr>
            <w:tcW w:w="4648" w:type="dxa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724A7188" w14:textId="77777777" w:rsidR="005B069B" w:rsidRDefault="00000000">
            <w:pPr>
              <w:spacing w:after="0" w:line="240" w:lineRule="auto"/>
              <w:jc w:val="center"/>
            </w:pPr>
            <w:r>
              <w:rPr>
                <w:color w:val="263238"/>
                <w:sz w:val="16"/>
              </w:rPr>
              <w:t>İmza: ........................................................</w:t>
            </w:r>
          </w:p>
        </w:tc>
      </w:tr>
      <w:tr w:rsidR="005B069B" w14:paraId="69F8AB7F" w14:textId="77777777" w:rsidTr="00D87CA9">
        <w:trPr>
          <w:jc w:val="center"/>
        </w:trPr>
        <w:tc>
          <w:tcPr>
            <w:tcW w:w="16137" w:type="dxa"/>
            <w:gridSpan w:val="3"/>
            <w:tcMar>
              <w:top w:w="42" w:type="dxa"/>
              <w:left w:w="52" w:type="dxa"/>
              <w:bottom w:w="42" w:type="dxa"/>
              <w:right w:w="52" w:type="dxa"/>
            </w:tcMar>
            <w:vAlign w:val="center"/>
          </w:tcPr>
          <w:p w14:paraId="6F6D11E6" w14:textId="77777777" w:rsidR="00D87CA9" w:rsidRDefault="00D87CA9">
            <w:pPr>
              <w:spacing w:after="0" w:line="240" w:lineRule="auto"/>
              <w:jc w:val="center"/>
              <w:rPr>
                <w:b/>
                <w:color w:val="244A55"/>
                <w:sz w:val="16"/>
              </w:rPr>
            </w:pPr>
          </w:p>
          <w:p w14:paraId="34170821" w14:textId="77777777" w:rsidR="00D87CA9" w:rsidRDefault="00000000">
            <w:pPr>
              <w:spacing w:after="0" w:line="240" w:lineRule="auto"/>
              <w:jc w:val="center"/>
              <w:rPr>
                <w:b/>
                <w:color w:val="244A55"/>
                <w:sz w:val="16"/>
              </w:rPr>
            </w:pPr>
            <w:r>
              <w:rPr>
                <w:b/>
                <w:color w:val="244A55"/>
                <w:sz w:val="16"/>
              </w:rPr>
              <w:t xml:space="preserve">UYGUNDUR   </w:t>
            </w:r>
          </w:p>
          <w:p w14:paraId="5A94AEF1" w14:textId="77777777" w:rsidR="00D87CA9" w:rsidRDefault="00000000">
            <w:pPr>
              <w:spacing w:after="0" w:line="240" w:lineRule="auto"/>
              <w:jc w:val="center"/>
              <w:rPr>
                <w:b/>
                <w:color w:val="244A55"/>
                <w:sz w:val="16"/>
              </w:rPr>
            </w:pPr>
            <w:r>
              <w:rPr>
                <w:b/>
                <w:color w:val="244A55"/>
                <w:sz w:val="16"/>
              </w:rPr>
              <w:t xml:space="preserve">..... / ..... / 2026 </w:t>
            </w:r>
          </w:p>
          <w:p w14:paraId="72D9C829" w14:textId="0FF58FA7" w:rsidR="00D87CA9" w:rsidRDefault="00000000">
            <w:pPr>
              <w:spacing w:after="0" w:line="240" w:lineRule="auto"/>
              <w:jc w:val="center"/>
              <w:rPr>
                <w:b/>
                <w:color w:val="244A55"/>
                <w:sz w:val="16"/>
              </w:rPr>
            </w:pPr>
            <w:r>
              <w:rPr>
                <w:b/>
                <w:color w:val="244A55"/>
                <w:sz w:val="16"/>
              </w:rPr>
              <w:t xml:space="preserve">  ..................................................   </w:t>
            </w:r>
          </w:p>
          <w:p w14:paraId="7462DE42" w14:textId="77777777" w:rsidR="00D87CA9" w:rsidRDefault="00000000">
            <w:pPr>
              <w:spacing w:after="0" w:line="240" w:lineRule="auto"/>
              <w:jc w:val="center"/>
              <w:rPr>
                <w:b/>
                <w:color w:val="244A55"/>
                <w:sz w:val="16"/>
              </w:rPr>
            </w:pPr>
            <w:proofErr w:type="spellStart"/>
            <w:r>
              <w:rPr>
                <w:b/>
                <w:color w:val="244A55"/>
                <w:sz w:val="16"/>
              </w:rPr>
              <w:t>Okul</w:t>
            </w:r>
            <w:proofErr w:type="spellEnd"/>
            <w:r>
              <w:rPr>
                <w:b/>
                <w:color w:val="244A55"/>
                <w:sz w:val="16"/>
              </w:rPr>
              <w:t xml:space="preserve"> </w:t>
            </w:r>
            <w:proofErr w:type="spellStart"/>
            <w:r>
              <w:rPr>
                <w:b/>
                <w:color w:val="244A55"/>
                <w:sz w:val="16"/>
              </w:rPr>
              <w:t>Müdürü</w:t>
            </w:r>
            <w:proofErr w:type="spellEnd"/>
          </w:p>
          <w:p w14:paraId="679C15AE" w14:textId="27E0C143" w:rsidR="005B069B" w:rsidRDefault="00000000">
            <w:pPr>
              <w:spacing w:after="0" w:line="240" w:lineRule="auto"/>
              <w:jc w:val="center"/>
            </w:pPr>
            <w:r>
              <w:rPr>
                <w:b/>
                <w:color w:val="244A55"/>
                <w:sz w:val="16"/>
              </w:rPr>
              <w:t xml:space="preserve">   İmza: ........................................</w:t>
            </w:r>
          </w:p>
        </w:tc>
      </w:tr>
    </w:tbl>
    <w:p w14:paraId="03D80793" w14:textId="77777777" w:rsidR="00EE567A" w:rsidRDefault="00EE567A"/>
    <w:sectPr w:rsidR="00EE567A" w:rsidSect="00034616">
      <w:footerReference w:type="default" r:id="rId9"/>
      <w:pgSz w:w="16838" w:h="11906" w:orient="landscape"/>
      <w:pgMar w:top="351" w:right="351" w:bottom="255" w:left="351" w:header="720" w:footer="1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E3961" w14:textId="77777777" w:rsidR="00EE567A" w:rsidRDefault="00EE567A">
      <w:pPr>
        <w:spacing w:after="0" w:line="240" w:lineRule="auto"/>
      </w:pPr>
      <w:r>
        <w:separator/>
      </w:r>
    </w:p>
  </w:endnote>
  <w:endnote w:type="continuationSeparator" w:id="0">
    <w:p w14:paraId="2E130340" w14:textId="77777777" w:rsidR="00EE567A" w:rsidRDefault="00EE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46A7" w14:textId="77777777" w:rsidR="005B069B" w:rsidRDefault="00000000">
    <w:pPr>
      <w:pStyle w:val="AltBilgi"/>
      <w:jc w:val="right"/>
    </w:pPr>
    <w:proofErr w:type="spellStart"/>
    <w:r>
      <w:rPr>
        <w:color w:val="50666B"/>
        <w:sz w:val="16"/>
      </w:rPr>
      <w:t>Sayfa</w:t>
    </w:r>
    <w:proofErr w:type="spellEnd"/>
    <w:r>
      <w:rPr>
        <w:color w:val="50666B"/>
        <w:sz w:val="16"/>
      </w:rPr>
      <w:t xml:space="preserve"> </w:t>
    </w:r>
    <w:r>
      <w:fldChar w:fldCharType="begin"/>
    </w:r>
    <w:r>
      <w:instrText>PAGE</w:instrText>
    </w:r>
    <w:r>
      <w:fldChar w:fldCharType="separate"/>
    </w:r>
    <w:r w:rsidR="00D87CA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4F51E" w14:textId="77777777" w:rsidR="00EE567A" w:rsidRDefault="00EE567A">
      <w:pPr>
        <w:spacing w:after="0" w:line="240" w:lineRule="auto"/>
      </w:pPr>
      <w:r>
        <w:separator/>
      </w:r>
    </w:p>
  </w:footnote>
  <w:footnote w:type="continuationSeparator" w:id="0">
    <w:p w14:paraId="56666BE2" w14:textId="77777777" w:rsidR="00EE567A" w:rsidRDefault="00EE5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7592208">
    <w:abstractNumId w:val="8"/>
  </w:num>
  <w:num w:numId="2" w16cid:durableId="947086855">
    <w:abstractNumId w:val="6"/>
  </w:num>
  <w:num w:numId="3" w16cid:durableId="1965650813">
    <w:abstractNumId w:val="5"/>
  </w:num>
  <w:num w:numId="4" w16cid:durableId="1285847874">
    <w:abstractNumId w:val="4"/>
  </w:num>
  <w:num w:numId="5" w16cid:durableId="737824407">
    <w:abstractNumId w:val="7"/>
  </w:num>
  <w:num w:numId="6" w16cid:durableId="1182626572">
    <w:abstractNumId w:val="3"/>
  </w:num>
  <w:num w:numId="7" w16cid:durableId="786117355">
    <w:abstractNumId w:val="2"/>
  </w:num>
  <w:num w:numId="8" w16cid:durableId="326178453">
    <w:abstractNumId w:val="1"/>
  </w:num>
  <w:num w:numId="9" w16cid:durableId="140687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7272"/>
    <w:rsid w:val="005B069B"/>
    <w:rsid w:val="00AA1D8D"/>
    <w:rsid w:val="00B47730"/>
    <w:rsid w:val="00CB0664"/>
    <w:rsid w:val="00D87CA9"/>
    <w:rsid w:val="00EE56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4315C"/>
  <w14:defaultImageDpi w14:val="300"/>
  <w15:docId w15:val="{0E58B454-41E9-4878-A0AE-EAF47957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D87CA9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87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bilimleri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Uğurcan Büyükkaya</cp:lastModifiedBy>
  <cp:revision>2</cp:revision>
  <dcterms:created xsi:type="dcterms:W3CDTF">2013-12-23T23:15:00Z</dcterms:created>
  <dcterms:modified xsi:type="dcterms:W3CDTF">2026-08-04T22:14:00Z</dcterms:modified>
  <cp:category/>
</cp:coreProperties>
</file>